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OMEGA NAUGHT Software Dependencies</w:t>
      </w:r>
    </w:p>
    <w:p>
      <w:r>
        <w:t>Dependency declarations and setup instructions for Matthew Alan Newman and Grok</w:t>
      </w:r>
    </w:p>
    <w:p>
      <w:r>
        <w:t>Source snapshot checked 12 September 2026</w:t>
      </w:r>
    </w:p>
    <w:p>
      <w:r>
        <w:t>The G6 Rust runner and the separate Rust conformance runner declare no third-party crates. Their requirements are a Rust toolchain, Cargo, and platform build tools. Other OMEGA NAUGHT branches use the Julia standard library, pinned Lean packages, or separately installed Python and plotting libraries.</w:t>
      </w:r>
    </w:p>
    <w:p>
      <w:r>
        <w:t>This document carries the dependency information and complete text of eleven declaration and lock files. Grok can use it to prepare an execution environment. Runtime binaries and the complete source code of third-party libraries are obtained through their installers and repositories; they are not embedded in this Word file.</w:t>
      </w:r>
    </w:p>
    <w:p>
      <w:pPr>
        <w:pStyle w:val="Heading1"/>
      </w:pPr>
      <w:r>
        <w:t>Dependency map</w:t>
      </w:r>
    </w:p>
    <w:tbl>
      <w:tblPr>
        <w:tblW w:type="auto" w:w="0"/>
        <w:tblLayout w:type="fixed"/>
        <w:tblLook w:firstColumn="1" w:firstRow="1" w:lastColumn="0" w:lastRow="0" w:noHBand="0" w:noVBand="1" w:val="04A0"/>
      </w:tblPr>
      <w:tblGrid>
        <w:gridCol w:w="2232"/>
        <w:gridCol w:w="4392"/>
        <w:gridCol w:w="3456"/>
      </w:tblGrid>
      <w:tr>
        <w:trPr>
          <w:tblHeader/>
        </w:trP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DCE6EF"/>
          </w:tcPr>
          <w:p>
            <w:pPr>
              <w:spacing w:after="40"/>
            </w:pPr>
            <w:r>
              <w:rPr>
                <w:b/>
                <w:sz w:val="20"/>
              </w:rPr>
              <w:t>Component</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DCE6EF"/>
          </w:tcPr>
          <w:p>
            <w:pPr>
              <w:spacing w:after="40"/>
            </w:pPr>
            <w:r>
              <w:rPr>
                <w:b/>
                <w:sz w:val="20"/>
              </w:rPr>
              <w:t>Runtime and libraries</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DCE6EF"/>
          </w:tcPr>
          <w:p>
            <w:pPr>
              <w:spacing w:after="40"/>
            </w:pPr>
            <w:r>
              <w:rPr>
                <w:b/>
                <w:sz w:val="20"/>
              </w:rPr>
              <w:t>Version status</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G6 Rust runner</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Rust and Cargo; no external crates</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Edition 2021; lock format 4; compiler version unpinned</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Rust conformance runner</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Rust and Cargo; no external crates</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Edition 2021; lock format 4; compiler version unpinned</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G6 Julia runner</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Julia; standard library SHA</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No Julia compatibility bound in its Project.toml</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Julia proof companion</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Julia; standard libraries Dates, SHA, TOML</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Compatibility 1.11; recorded runtime 1.11.6</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Lean formalization</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Lean, Lake, Git; Mathlib and eight inherited packages</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Lean 4.19.0; exact Git revisions in lock file</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Frequency 22 verifiers</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Python standard library; Julia SHA and Printf</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Recorded Python 3.12.13 and Julia 1.11.6</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Typed map audit</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Python and SymPy</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SymPy &gt;= 1.12; no exact environment lock</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Geometry checks and drift</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Python and NumPy; local geometry module</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NumPy version unpinned</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Julia geometry plot</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Julia; LinearAlgebra, Printf; external Plots</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Plots version and backend environment unpinned</w:t>
            </w:r>
          </w:p>
        </w:tc>
      </w:tr>
      <w:tr>
        <w:tc>
          <w:tcPr>
            <w:tcW w:type="dxa" w:w="223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Scalar interface certificate</w:t>
            </w:r>
          </w:p>
        </w:tc>
        <w:tc>
          <w:tcPr>
            <w:tcW w:type="dxa" w:w="4392"/>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Python standard library fractions</w:t>
            </w:r>
          </w:p>
        </w:tc>
        <w:tc>
          <w:tcPr>
            <w:tcW w:type="dxa" w:w="3456"/>
            <w:tcBorders>
              <w:top w:val="single" w:sz="4" w:color="D9D9D9"/>
              <w:bottom w:val="single" w:sz="4" w:color="D9D9D9"/>
              <w:left w:val="single" w:sz="4" w:color="D9D9D9"/>
              <w:right w:val="single" w:sz="4" w:color="D9D9D9"/>
            </w:tcBorders>
            <w:tcMar>
              <w:top w:w="90" w:type="dxa"/>
              <w:bottom w:w="90" w:type="dxa"/>
              <w:left w:w="90" w:type="dxa"/>
              <w:right w:w="90" w:type="dxa"/>
            </w:tcMar>
            <w:shd w:fill="FFFFFF"/>
          </w:tcPr>
          <w:p>
            <w:pPr>
              <w:spacing w:after="40"/>
            </w:pPr>
            <w:r>
              <w:rPr>
                <w:b w:val="0"/>
                <w:sz w:val="20"/>
              </w:rPr>
              <w:t>No third-party Python dependency</w:t>
            </w:r>
          </w:p>
        </w:tc>
      </w:tr>
    </w:tbl>
    <w:p/>
    <w:p>
      <w:r>
        <w:t>Standard-library dependencies are supplied by the relevant language distribution. Local imports such as omega_reference_geometry and OmegaNaughtProofs refer to project files, not packages to install from PyPI or a registry.</w:t>
      </w:r>
    </w:p>
    <w:p>
      <w:pPr>
        <w:pStyle w:val="Heading1"/>
      </w:pPr>
      <w:r>
        <w:t>Prepare the execution environment</w:t>
      </w:r>
    </w:p>
    <w:p>
      <w:r>
        <w:t>The shell examples below target Bash on Linux. Install Python 3 with venv and pip support, Git, curl, unzip, GNU sha256sum, and platform compiler and linker tools. On Debian or Ubuntu the usual package names are shown below; other operating systems use their own package managers.</w:t>
      </w:r>
    </w:p>
    <w:p>
      <w:pPr>
        <w:pStyle w:val="Sourcecode"/>
      </w:pPr>
      <w:r>
        <w:t>sudo apt-get update</w:t>
      </w:r>
    </w:p>
    <w:p>
      <w:pPr>
        <w:pStyle w:val="Sourcecode"/>
      </w:pPr>
      <w:r>
        <w:t>sudo apt-get install -y python3 python3-venv python3-pip \</w:t>
      </w:r>
    </w:p>
    <w:p>
      <w:pPr>
        <w:pStyle w:val="Sourcecode"/>
      </w:pPr>
      <w:r>
        <w:t xml:space="preserve">  git curl unzip coreutils build-essential pkg-config</w:t>
      </w:r>
    </w:p>
    <w:p>
      <w:pPr>
        <w:spacing w:after="40"/>
      </w:pPr>
    </w:p>
    <w:p>
      <w:r>
        <w:t>Install Julia through its official installer, then select the recorded 1.11.6 version explicitly. The +1.11.6 syntax below assumes Juliaup.</w:t>
      </w:r>
    </w:p>
    <w:p>
      <w:hyperlink r:id="rId9">
        <w:r>
          <w:rPr>
            <w:color w:val="174A70"/>
          </w:rPr>
          <w:t>Official Julia installation instructions</w:t>
        </w:r>
      </w:hyperlink>
    </w:p>
    <w:p>
      <w:pPr>
        <w:pStyle w:val="Sourcecode"/>
      </w:pPr>
      <w:r>
        <w:t>curl -fsSL https://install.julialang.org -o julia-installer.sh</w:t>
      </w:r>
    </w:p>
    <w:p>
      <w:pPr>
        <w:pStyle w:val="Sourcecode"/>
      </w:pPr>
      <w:r>
        <w:t>sh julia-installer.sh</w:t>
      </w:r>
    </w:p>
    <w:p>
      <w:pPr>
        <w:pStyle w:val="Sourcecode"/>
      </w:pPr>
      <w:r>
        <w:t># Open a shell with Juliaup available on PATH, then:</w:t>
      </w:r>
    </w:p>
    <w:p>
      <w:pPr>
        <w:pStyle w:val="Sourcecode"/>
      </w:pPr>
      <w:r>
        <w:t>juliaup add 1.11.6</w:t>
      </w:r>
    </w:p>
    <w:p>
      <w:pPr>
        <w:pStyle w:val="Sourcecode"/>
      </w:pPr>
      <w:r>
        <w:t>julia +1.11.6 --version</w:t>
      </w:r>
    </w:p>
    <w:p>
      <w:pPr>
        <w:spacing w:after="40"/>
      </w:pPr>
    </w:p>
    <w:p>
      <w:hyperlink r:id="rId10">
        <w:r>
          <w:rPr>
            <w:color w:val="174A70"/>
          </w:rPr>
          <w:t>Juliaup version selection</w:t>
        </w:r>
      </w:hyperlink>
    </w:p>
    <w:p>
      <w:r>
        <w:t>Install Rust and Cargo using the official Rustup instructions. The OMEGA Cargo manifests do not pin an exact compiler version. Record rustc and Cargo versions for the run, and use a Cargo release that understands the supplied version 4 lock files.</w:t>
      </w:r>
    </w:p>
    <w:p>
      <w:hyperlink r:id="rId11">
        <w:r>
          <w:rPr>
            <w:color w:val="174A70"/>
          </w:rPr>
          <w:t>Official Rust installation instructions</w:t>
        </w:r>
      </w:hyperlink>
    </w:p>
    <w:p>
      <w:pPr>
        <w:pStyle w:val="Sourcecode"/>
      </w:pPr>
      <w:r>
        <w:t>rustc --version</w:t>
      </w:r>
    </w:p>
    <w:p>
      <w:pPr>
        <w:pStyle w:val="Sourcecode"/>
      </w:pPr>
      <w:r>
        <w:t>cargo --version</w:t>
      </w:r>
    </w:p>
    <w:p>
      <w:pPr>
        <w:pStyle w:val="Sourcecode"/>
      </w:pPr>
      <w:r>
        <w:t>python3 --version</w:t>
      </w:r>
    </w:p>
    <w:p>
      <w:pPr>
        <w:pStyle w:val="Sourcecode"/>
      </w:pPr>
      <w:r>
        <w:t>git --version</w:t>
      </w:r>
    </w:p>
    <w:p>
      <w:pPr>
        <w:spacing w:after="40"/>
      </w:pPr>
    </w:p>
    <w:p>
      <w:pPr>
        <w:pStyle w:val="Heading1"/>
      </w:pPr>
      <w:r>
        <w:t>Rust runners</w:t>
      </w:r>
    </w:p>
    <w:p>
      <w:r>
        <w:t>Both Cargo.lock files contain only their own package. Neither Cargo.toml declares a dependencies section. After Rust, Cargo, and system build tools are available, these runners have no external crates to fetch. The website wording should read: Requires an installed Rust toolchain and Cargo and the platform build tools.</w:t>
      </w:r>
    </w:p>
    <w:p>
      <w:r>
        <w:t>The working directory for the G6 Julia command is G6_RELEASE_1.1/g6. The Rust command runs in its rust subdirectory. To demonstrate that crate downloads are unnecessary, retain --offline and --locked in a verification run.</w:t>
      </w:r>
    </w:p>
    <w:p>
      <w:pPr>
        <w:pStyle w:val="Sourcecode"/>
      </w:pPr>
      <w:r>
        <w:t>cd G6_RELEASE_1.1/g6</w:t>
      </w:r>
    </w:p>
    <w:p>
      <w:pPr>
        <w:pStyle w:val="Sourcecode"/>
      </w:pPr>
      <w:r>
        <w:t>julia +1.11.6 --startup-file=no julia/run.jl</w:t>
      </w:r>
    </w:p>
    <w:p>
      <w:pPr>
        <w:pStyle w:val="Sourcecode"/>
      </w:pPr>
      <w:r>
        <w:t>(cd rust &amp;&amp; cargo run --release --offline --locked)</w:t>
      </w:r>
    </w:p>
    <w:p>
      <w:pPr>
        <w:spacing w:after="40"/>
      </w:pPr>
    </w:p>
    <w:p>
      <w:r>
        <w:t>For the separate conformance package, run its documented command from G6_RELEASE_1.1/conformance, with its required input manifest present. The two Rust packages are separate executables.</w:t>
      </w:r>
    </w:p>
    <w:p>
      <w:hyperlink r:id="rId12">
        <w:r>
          <w:rPr>
            <w:color w:val="174A70"/>
          </w:rPr>
          <w:t>G6 package download</w:t>
        </w:r>
      </w:hyperlink>
    </w:p>
    <w:p>
      <w:pPr>
        <w:pStyle w:val="Heading1"/>
      </w:pPr>
      <w:r>
        <w:t>Julia mathematical proof companion</w:t>
      </w:r>
    </w:p>
    <w:p>
      <w:r>
        <w:t>Project.toml declares Dates, SHA, and TOML. These are Julia standard libraries. The package has no declared third-party Julia dependencies and its recorded environment is Julia 1.11.6. Plots is not required for the proof companion.</w:t>
      </w:r>
    </w:p>
    <w:p>
      <w:r>
        <w:t>After extracting the companion ZIP, enter its package directory and verify the archived bytes before running it. Preserve the archived evidence separately when running scripts/reproduce.jl, which updates run records.</w:t>
      </w:r>
    </w:p>
    <w:p>
      <w:pPr>
        <w:pStyle w:val="Sourcecode"/>
      </w:pPr>
      <w:r>
        <w:t>cd OMEGA_NAUGHT_Julia_Proof_v0.1</w:t>
      </w:r>
    </w:p>
    <w:p>
      <w:pPr>
        <w:pStyle w:val="Sourcecode"/>
      </w:pPr>
      <w:r>
        <w:t>sha256sum -c SHA256SUMS</w:t>
      </w:r>
    </w:p>
    <w:p>
      <w:pPr>
        <w:pStyle w:val="Sourcecode"/>
      </w:pPr>
      <w:r>
        <w:t>julia +1.11.6 --startup-file=no --project=. \</w:t>
      </w:r>
    </w:p>
    <w:p>
      <w:pPr>
        <w:pStyle w:val="Sourcecode"/>
      </w:pPr>
      <w:r>
        <w:t xml:space="preserve">  scripts/check_inventory.jl</w:t>
      </w:r>
    </w:p>
    <w:p>
      <w:pPr>
        <w:pStyle w:val="Sourcecode"/>
      </w:pPr>
      <w:r>
        <w:t>julia +1.11.6 --startup-file=no --project=. run_proofs.jl</w:t>
      </w:r>
    </w:p>
    <w:p>
      <w:pPr>
        <w:pStyle w:val="Sourcecode"/>
      </w:pPr>
      <w:r>
        <w:t>julia +1.11.6 --startup-file=no --project=. \</w:t>
      </w:r>
    </w:p>
    <w:p>
      <w:pPr>
        <w:pStyle w:val="Sourcecode"/>
      </w:pPr>
      <w:r>
        <w:t xml:space="preserve">  examples/reconstruction.jl</w:t>
      </w:r>
    </w:p>
    <w:p>
      <w:pPr>
        <w:spacing w:after="40"/>
      </w:pPr>
    </w:p>
    <w:p>
      <w:hyperlink r:id="rId13">
        <w:r>
          <w:rPr>
            <w:color w:val="174A70"/>
          </w:rPr>
          <w:t>Julia companion and source files</w:t>
        </w:r>
      </w:hyperlink>
    </w:p>
    <w:p>
      <w:pPr>
        <w:pStyle w:val="Heading1"/>
      </w:pPr>
      <w:r>
        <w:t>Lean and Mathlib</w:t>
      </w:r>
    </w:p>
    <w:p>
      <w:r>
        <w:t>The toolchain declaration pins leanprover/lean4:v4.19.0. The direct dependency is Mathlib at the exact commit in lakefile.lean. lake-manifest.json also records eight inherited Git dependencies. Preserve all nine recorded revisions; branch names such as main and master in inputRev are not substitutes for the locked rev values.</w:t>
      </w:r>
    </w:p>
    <w:p>
      <w:hyperlink r:id="rId14">
        <w:r>
          <w:rPr>
            <w:color w:val="174A70"/>
          </w:rPr>
          <w:t>Official Lean installation instructions</w:t>
        </w:r>
      </w:hyperlink>
    </w:p>
    <w:p>
      <w:hyperlink r:id="rId15">
        <w:r>
          <w:rPr>
            <w:color w:val="174A70"/>
          </w:rPr>
          <w:t>Lean community setup instructions</w:t>
        </w:r>
      </w:hyperlink>
    </w:p>
    <w:p>
      <w:r>
        <w:t>After installing Elan and downloading the complete formal package into its own directory, use the pinned toolchain. Lake is part of the Lean toolchain. Git and network access are needed for dependency acquisition; initial package setup or widget builds can have further platform requirements.</w:t>
      </w:r>
    </w:p>
    <w:p>
      <w:pPr>
        <w:pStyle w:val="Sourcecode"/>
      </w:pPr>
      <w:r>
        <w:t>elan toolchain install leanprover/lean4:v4.19.0</w:t>
      </w:r>
    </w:p>
    <w:p>
      <w:pPr>
        <w:pStyle w:val="Sourcecode"/>
      </w:pPr>
      <w:r>
        <w:t># Run the following from the formal package root:</w:t>
      </w:r>
    </w:p>
    <w:p>
      <w:pPr>
        <w:pStyle w:val="Sourcecode"/>
      </w:pPr>
      <w:r>
        <w:t>lean --version</w:t>
      </w:r>
    </w:p>
    <w:p>
      <w:pPr>
        <w:pStyle w:val="Sourcecode"/>
      </w:pPr>
      <w:r>
        <w:t>lake --version</w:t>
      </w:r>
    </w:p>
    <w:p>
      <w:pPr>
        <w:pStyle w:val="Sourcecode"/>
      </w:pPr>
      <w:r>
        <w:t>lake exe cache get</w:t>
      </w:r>
    </w:p>
    <w:p>
      <w:pPr>
        <w:pStyle w:val="Sourcecode"/>
      </w:pPr>
      <w:r>
        <w:t>lake build</w:t>
      </w:r>
    </w:p>
    <w:p>
      <w:pPr>
        <w:spacing w:after="40"/>
      </w:pPr>
    </w:p>
    <w:p>
      <w:r>
        <w:t>The cache command can retrieve Mathlib build artifacts. It is not the build result for Omega. Retain the output and exit code from lake build. Do not run lake update merely to replace the supplied dependency revisions.</w:t>
      </w:r>
    </w:p>
    <w:p>
      <w:r>
        <w:rPr>
          <w:b/>
        </w:rPr>
        <w:t>mathlib</w:t>
      </w:r>
    </w:p>
    <w:p>
      <w:pPr>
        <w:pStyle w:val="Sourcecode"/>
      </w:pPr>
      <w:r>
        <w:t>c44e0c8ee63ca166450922a373c7409c5d26b00b</w:t>
      </w:r>
    </w:p>
    <w:p>
      <w:pPr>
        <w:spacing w:after="40"/>
      </w:pPr>
    </w:p>
    <w:p>
      <w:hyperlink r:id="rId16">
        <w:r>
          <w:rPr>
            <w:color w:val="174A70"/>
          </w:rPr>
          <w:t>https://github.com/leanprover-community/mathlib4.git</w:t>
        </w:r>
      </w:hyperlink>
    </w:p>
    <w:p>
      <w:r>
        <w:rPr>
          <w:b/>
        </w:rPr>
        <w:t>plausible</w:t>
      </w:r>
    </w:p>
    <w:p>
      <w:pPr>
        <w:pStyle w:val="Sourcecode"/>
      </w:pPr>
      <w:r>
        <w:t>77e08eddc486491d7b9e470926b3dbe50319451a</w:t>
      </w:r>
    </w:p>
    <w:p>
      <w:pPr>
        <w:spacing w:after="40"/>
      </w:pPr>
    </w:p>
    <w:p>
      <w:hyperlink r:id="rId17">
        <w:r>
          <w:rPr>
            <w:color w:val="174A70"/>
          </w:rPr>
          <w:t>https://github.com/leanprover-community/plausible</w:t>
        </w:r>
      </w:hyperlink>
    </w:p>
    <w:p>
      <w:r>
        <w:rPr>
          <w:b/>
        </w:rPr>
        <w:t>LeanSearchClient</w:t>
      </w:r>
    </w:p>
    <w:p>
      <w:pPr>
        <w:pStyle w:val="Sourcecode"/>
      </w:pPr>
      <w:r>
        <w:t>25078369972d295301f5a1e53c3e5850cf6d9d4c</w:t>
      </w:r>
    </w:p>
    <w:p>
      <w:pPr>
        <w:spacing w:after="40"/>
      </w:pPr>
    </w:p>
    <w:p>
      <w:hyperlink r:id="rId18">
        <w:r>
          <w:rPr>
            <w:color w:val="174A70"/>
          </w:rPr>
          <w:t>https://github.com/leanprover-community/LeanSearchClient</w:t>
        </w:r>
      </w:hyperlink>
    </w:p>
    <w:p>
      <w:r>
        <w:rPr>
          <w:b/>
        </w:rPr>
        <w:t>importGraph</w:t>
      </w:r>
    </w:p>
    <w:p>
      <w:pPr>
        <w:pStyle w:val="Sourcecode"/>
      </w:pPr>
      <w:r>
        <w:t>e6a9f0f5ee3ccf7443a0070f92b62f8db12ae82b</w:t>
      </w:r>
    </w:p>
    <w:p>
      <w:pPr>
        <w:spacing w:after="40"/>
      </w:pPr>
    </w:p>
    <w:p>
      <w:hyperlink r:id="rId19">
        <w:r>
          <w:rPr>
            <w:color w:val="174A70"/>
          </w:rPr>
          <w:t>https://github.com/leanprover-community/import-graph</w:t>
        </w:r>
      </w:hyperlink>
    </w:p>
    <w:p>
      <w:r>
        <w:rPr>
          <w:b/>
        </w:rPr>
        <w:t>proofwidgets</w:t>
      </w:r>
    </w:p>
    <w:p>
      <w:pPr>
        <w:pStyle w:val="Sourcecode"/>
      </w:pPr>
      <w:r>
        <w:t>c4919189477c3221e6a204008998b0d724f49904</w:t>
      </w:r>
    </w:p>
    <w:p>
      <w:pPr>
        <w:spacing w:after="40"/>
      </w:pPr>
    </w:p>
    <w:p>
      <w:hyperlink r:id="rId20">
        <w:r>
          <w:rPr>
            <w:color w:val="174A70"/>
          </w:rPr>
          <w:t>https://github.com/leanprover-community/ProofWidgets4</w:t>
        </w:r>
      </w:hyperlink>
    </w:p>
    <w:p>
      <w:r>
        <w:rPr>
          <w:b/>
        </w:rPr>
        <w:t>aesop</w:t>
      </w:r>
    </w:p>
    <w:p>
      <w:pPr>
        <w:pStyle w:val="Sourcecode"/>
      </w:pPr>
      <w:r>
        <w:t>5d50b08dedd7d69b3d9b3176e0d58a23af228884</w:t>
      </w:r>
    </w:p>
    <w:p>
      <w:pPr>
        <w:spacing w:after="40"/>
      </w:pPr>
    </w:p>
    <w:p>
      <w:hyperlink r:id="rId21">
        <w:r>
          <w:rPr>
            <w:color w:val="174A70"/>
          </w:rPr>
          <w:t>https://github.com/leanprover-community/aesop</w:t>
        </w:r>
      </w:hyperlink>
    </w:p>
    <w:p>
      <w:r>
        <w:rPr>
          <w:b/>
        </w:rPr>
        <w:t>Qq</w:t>
      </w:r>
    </w:p>
    <w:p>
      <w:pPr>
        <w:pStyle w:val="Sourcecode"/>
      </w:pPr>
      <w:r>
        <w:t>fa4f7f15d97591a9cf3aa7724ba371c7fc6dda02</w:t>
      </w:r>
    </w:p>
    <w:p>
      <w:pPr>
        <w:spacing w:after="40"/>
      </w:pPr>
    </w:p>
    <w:p>
      <w:hyperlink r:id="rId22">
        <w:r>
          <w:rPr>
            <w:color w:val="174A70"/>
          </w:rPr>
          <w:t>https://github.com/leanprover-community/quote4</w:t>
        </w:r>
      </w:hyperlink>
    </w:p>
    <w:p>
      <w:r>
        <w:rPr>
          <w:b/>
        </w:rPr>
        <w:t>batteries</w:t>
      </w:r>
    </w:p>
    <w:p>
      <w:pPr>
        <w:pStyle w:val="Sourcecode"/>
      </w:pPr>
      <w:r>
        <w:t>f5d04a9c4973d401c8c92500711518f7c656f034</w:t>
      </w:r>
    </w:p>
    <w:p>
      <w:pPr>
        <w:spacing w:after="40"/>
      </w:pPr>
    </w:p>
    <w:p>
      <w:hyperlink r:id="rId23">
        <w:r>
          <w:rPr>
            <w:color w:val="174A70"/>
          </w:rPr>
          <w:t>https://github.com/leanprover-community/batteries</w:t>
        </w:r>
      </w:hyperlink>
    </w:p>
    <w:p>
      <w:r>
        <w:rPr>
          <w:b/>
        </w:rPr>
        <w:t>Cli</w:t>
      </w:r>
    </w:p>
    <w:p>
      <w:pPr>
        <w:pStyle w:val="Sourcecode"/>
      </w:pPr>
      <w:r>
        <w:t>02dbd02bc00ec4916e99b04b2245b30200e200d0</w:t>
      </w:r>
    </w:p>
    <w:p>
      <w:pPr>
        <w:spacing w:after="40"/>
      </w:pPr>
    </w:p>
    <w:p>
      <w:hyperlink r:id="rId24">
        <w:r>
          <w:rPr>
            <w:color w:val="174A70"/>
          </w:rPr>
          <w:t>https://github.com/leanprover/lean4-cli</w:t>
        </w:r>
      </w:hyperlink>
    </w:p>
    <w:p>
      <w:r>
        <w:t>This is the full package list in the hosted Lake lock file. Browser widget tooling and platform build artifacts may be acquired by those packages; the OMEGA website frontend has its own build dependencies and requires its original package manifest and lock file for exact reproduction.</w:t>
      </w:r>
    </w:p>
    <w:p>
      <w:pPr>
        <w:pStyle w:val="Heading1"/>
      </w:pPr>
      <w:r>
        <w:t>Python checks and the separate Julia plot</w:t>
      </w:r>
    </w:p>
    <w:p>
      <w:r>
        <w:t>Use an isolated Python environment for the numerical geometry and typed map audit. NumPy is imported by verify_geometry.py and the drift experiment. The typed map audit imports SymPy and declares sympy&gt;=1.12. These declarations do not pin the complete installed environment; record the resolved versions after installation.</w:t>
      </w:r>
    </w:p>
    <w:p>
      <w:pPr>
        <w:pStyle w:val="Sourcecode"/>
      </w:pPr>
      <w:r>
        <w:t>python3 -m venv .venv</w:t>
      </w:r>
    </w:p>
    <w:p>
      <w:pPr>
        <w:pStyle w:val="Sourcecode"/>
      </w:pPr>
      <w:r>
        <w:t>source .venv/bin/activate</w:t>
      </w:r>
    </w:p>
    <w:p>
      <w:pPr>
        <w:pStyle w:val="Sourcecode"/>
      </w:pPr>
      <w:r>
        <w:t>python -m pip install numpy "sympy&gt;=1.12"</w:t>
      </w:r>
    </w:p>
    <w:p>
      <w:pPr>
        <w:pStyle w:val="Sourcecode"/>
      </w:pPr>
      <w:r>
        <w:t>python -m pip freeze &gt; resolved-python-requirements.txt</w:t>
      </w:r>
    </w:p>
    <w:p>
      <w:pPr>
        <w:pStyle w:val="Sourcecode"/>
      </w:pPr>
      <w:r>
        <w:t>python -c "import numpy, sympy; print(numpy.__version__, sympy.__version__)"</w:t>
      </w:r>
    </w:p>
    <w:p>
      <w:pPr>
        <w:spacing w:after="40"/>
      </w:pPr>
    </w:p>
    <w:p>
      <w:hyperlink r:id="rId25">
        <w:r>
          <w:rPr>
            <w:color w:val="174A70"/>
          </w:rPr>
          <w:t>NumPy installation</w:t>
        </w:r>
      </w:hyperlink>
    </w:p>
    <w:p>
      <w:hyperlink r:id="rId26">
        <w:r>
          <w:rPr>
            <w:color w:val="174A70"/>
          </w:rPr>
          <w:t>SymPy installation</w:t>
        </w:r>
      </w:hyperlink>
    </w:p>
    <w:p>
      <w:r>
        <w:t>Keep omega_reference_geometry.py beside verify_geometry.py. Install no package named omega_reference_geometry from a third-party registry. The scalar-interface certificate and the frequency-22 Python verifier use standard-library imports only. The frequency-22 Julia verifier imports SHA and Printf, both standard libraries.</w:t>
      </w:r>
    </w:p>
    <w:p>
      <w:r>
        <w:t>The separate geometry drawing script imports LinearAlgebra, Printf, and Plots. Install Plots in a dedicated environment, leaving the proof companion environment intact. Its package resolution also selects a plotting backend and binary artifacts. Save the resulting Project.toml and Manifest.toml to record those exact versions.</w:t>
      </w:r>
    </w:p>
    <w:p>
      <w:pPr>
        <w:pStyle w:val="Sourcecode"/>
      </w:pPr>
      <w:r>
        <w:t>mkdir omega-plot-env</w:t>
      </w:r>
    </w:p>
    <w:p>
      <w:pPr>
        <w:pStyle w:val="Sourcecode"/>
      </w:pPr>
      <w:r>
        <w:t>julia +1.11.6 --startup-file=no --project=omega-plot-env \</w:t>
      </w:r>
    </w:p>
    <w:p>
      <w:pPr>
        <w:pStyle w:val="Sourcecode"/>
      </w:pPr>
      <w:r>
        <w:t xml:space="preserve">  -e 'using Pkg; Pkg.add("Plots"); Pkg.status()'</w:t>
      </w:r>
    </w:p>
    <w:p>
      <w:pPr>
        <w:pStyle w:val="Sourcecode"/>
      </w:pPr>
      <w:r>
        <w:t>julia +1.11.6 --startup-file=no --project=omega-plot-env \</w:t>
      </w:r>
    </w:p>
    <w:p>
      <w:pPr>
        <w:pStyle w:val="Sourcecode"/>
      </w:pPr>
      <w:r>
        <w:t xml:space="preserve">  omega_kernel_oriented_r3.jl</w:t>
      </w:r>
    </w:p>
    <w:p>
      <w:pPr>
        <w:spacing w:after="40"/>
      </w:pPr>
    </w:p>
    <w:p>
      <w:hyperlink r:id="rId27">
        <w:r>
          <w:rPr>
            <w:color w:val="174A70"/>
          </w:rPr>
          <w:t>Plots installation and backend information</w:t>
        </w:r>
      </w:hyperlink>
    </w:p>
    <w:p>
      <w:hyperlink r:id="rId28">
        <w:r>
          <w:rPr>
            <w:color w:val="174A70"/>
          </w:rPr>
          <w:t>Geometry Julia source</w:t>
        </w:r>
      </w:hyperlink>
    </w:p>
    <w:p>
      <w:pPr>
        <w:pStyle w:val="Heading1"/>
      </w:pPr>
      <w:r>
        <w:t>Instructions for Grok</w:t>
      </w:r>
    </w:p>
    <w:p>
      <w:r>
        <w:t>Read the dependency declarations in the appendix and acquire the runtimes and libraries for the specific check being run. Verify the OMEGA package hashes before execution. Preserve the supplied Lean commits and the recorded Julia version. Resolve unpinned numerical and plotting libraries in separate environments, and retain their resulting lock files and version reports.</w:t>
      </w:r>
    </w:p>
    <w:p>
      <w:r>
        <w:t>A Word document transfers instructions and source text to Grok. The execution environment still needs the actual runtimes and installed libraries. Loading this document alone does not install Rust, Julia, Lean, Python, Mathlib, NumPy, SymPy, or Plots.</w:t>
      </w:r>
    </w:p>
    <w:p>
      <w:r>
        <w:t>For each run, record the operating system and architecture, working directory, runtime versions, dependency revisions, exact command, stdout, stderr, and exit code. Record a successful language build or verifier execution only after it has actually completed. Keep package acquisition, checksum verification, mathematical verification, and browser tests as separately named results.</w:t>
      </w:r>
    </w:p>
    <w:p>
      <w:r>
        <w:t>For an offline execution bundle, provision the target platform online first, then preserve the Julia environments and artifacts, the Lean toolchain and populated .lake dependencies, or the Python wheels and pinned requirements as applicable. These are platform-specific software payloads. The Rust runners need no vendored third-party crates.</w:t>
      </w:r>
    </w:p>
    <w:p>
      <w:pPr>
        <w:pStyle w:val="Heading1"/>
      </w:pPr>
      <w:r>
        <w:t>Complete dependency declarations</w:t>
      </w:r>
    </w:p>
    <w:p>
      <w:r>
        <w:t>The following eleven files are transcribed completely. Source lines remain plain text for copying into Grok. Each entry gives its original byte length and SHA-256; line endings in Word are represented as paragraphs. The hashes identify the source files, not the DOCX serialization.</w:t>
      </w:r>
    </w:p>
    <w:p>
      <w:pPr>
        <w:pStyle w:val="Heading2"/>
      </w:pPr>
      <w:r>
        <w:t>Source 1</w:t>
      </w:r>
    </w:p>
    <w:p>
      <w:r>
        <w:t>g6/rust/Cargo.toml</w:t>
      </w:r>
    </w:p>
    <w:p>
      <w:r>
        <w:t>308 bytes</w:t>
      </w:r>
    </w:p>
    <w:p>
      <w:pPr>
        <w:pStyle w:val="Sourcecode"/>
      </w:pPr>
      <w:r>
        <w:t>SHA256 e21017486809bed73af26733faa049ffe426bf6924d51329c5ade998bf757faa</w:t>
      </w:r>
    </w:p>
    <w:p>
      <w:pPr>
        <w:spacing w:after="40"/>
      </w:pPr>
    </w:p>
    <w:p>
      <w:hyperlink r:id="rId12">
        <w:r>
          <w:rPr>
            <w:color w:val="174A70"/>
          </w:rPr>
          <w:t>Source location</w:t>
        </w:r>
      </w:hyperlink>
    </w:p>
    <w:p>
      <w:pPr>
        <w:pStyle w:val="Sourcecode"/>
      </w:pPr>
      <w:r>
        <w:t>[package]</w:t>
      </w:r>
    </w:p>
    <w:p>
      <w:pPr>
        <w:pStyle w:val="Sourcecode"/>
      </w:pPr>
      <w:r>
        <w:t>name = "g6_verify"</w:t>
      </w:r>
    </w:p>
    <w:p>
      <w:pPr>
        <w:pStyle w:val="Sourcecode"/>
      </w:pPr>
      <w:r>
        <w:t>version = "1.0.0"</w:t>
      </w:r>
    </w:p>
    <w:p>
      <w:pPr>
        <w:pStyle w:val="Sourcecode"/>
      </w:pPr>
      <w:r>
        <w:t>edition = "2021"</w:t>
      </w:r>
    </w:p>
    <w:p>
      <w:pPr>
        <w:pStyle w:val="Sourcecode"/>
      </w:pPr>
      <w:r>
        <w:t>description = "NEWMAN_GLOBAL_OBJECT/1.0 runner. References frozen OMEGA_NAUGHT/1.0. Dependency-free."</w:t>
      </w:r>
    </w:p>
    <w:p>
      <w:pPr>
        <w:pStyle w:val="Sourcecode"/>
      </w:pPr>
      <w:r>
        <w:t>license = "CC-BY-4.0"</w:t>
      </w:r>
    </w:p>
    <w:p>
      <w:pPr>
        <w:pStyle w:val="Sourcecode"/>
      </w:pPr>
      <w:r>
        <w:t>publish = false</w:t>
      </w:r>
    </w:p>
    <w:p>
      <w:pPr>
        <w:pStyle w:val="Sourcecode"/>
      </w:pPr>
    </w:p>
    <w:p>
      <w:pPr>
        <w:pStyle w:val="Sourcecode"/>
      </w:pPr>
      <w:r>
        <w:t>[lib]</w:t>
      </w:r>
    </w:p>
    <w:p>
      <w:pPr>
        <w:pStyle w:val="Sourcecode"/>
      </w:pPr>
      <w:r>
        <w:t>name = "newman_global_math"</w:t>
      </w:r>
    </w:p>
    <w:p>
      <w:pPr>
        <w:pStyle w:val="Sourcecode"/>
      </w:pPr>
      <w:r>
        <w:t>path = "src/lib.rs"</w:t>
      </w:r>
    </w:p>
    <w:p>
      <w:pPr>
        <w:pStyle w:val="Sourcecode"/>
      </w:pPr>
    </w:p>
    <w:p>
      <w:pPr>
        <w:pStyle w:val="Sourcecode"/>
      </w:pPr>
      <w:r>
        <w:t>[[bin]]</w:t>
      </w:r>
    </w:p>
    <w:p>
      <w:pPr>
        <w:pStyle w:val="Sourcecode"/>
      </w:pPr>
      <w:r>
        <w:t>name = "g6_verify"</w:t>
      </w:r>
    </w:p>
    <w:p>
      <w:pPr>
        <w:pStyle w:val="Sourcecode"/>
      </w:pPr>
      <w:r>
        <w:t>path = "src/main.rs"</w:t>
      </w:r>
    </w:p>
    <w:p>
      <w:pPr>
        <w:spacing w:after="40"/>
      </w:pPr>
    </w:p>
    <w:p>
      <w:pPr>
        <w:pStyle w:val="Heading2"/>
      </w:pPr>
      <w:r>
        <w:t>Source 2</w:t>
      </w:r>
    </w:p>
    <w:p>
      <w:r>
        <w:t>g6/rust/Cargo.lock</w:t>
      </w:r>
    </w:p>
    <w:p>
      <w:r>
        <w:t>153 bytes</w:t>
      </w:r>
    </w:p>
    <w:p>
      <w:pPr>
        <w:pStyle w:val="Sourcecode"/>
      </w:pPr>
      <w:r>
        <w:t>SHA256 4e67c276261bb832db5c438ebb366d05ce108e3a51cd1efc2137c14b70a7993a</w:t>
      </w:r>
    </w:p>
    <w:p>
      <w:pPr>
        <w:spacing w:after="40"/>
      </w:pPr>
    </w:p>
    <w:p>
      <w:hyperlink r:id="rId12">
        <w:r>
          <w:rPr>
            <w:color w:val="174A70"/>
          </w:rPr>
          <w:t>Source location</w:t>
        </w:r>
      </w:hyperlink>
    </w:p>
    <w:p>
      <w:pPr>
        <w:pStyle w:val="Sourcecode"/>
      </w:pPr>
      <w:r>
        <w:t># This file is automatically @generated by Cargo.</w:t>
      </w:r>
    </w:p>
    <w:p>
      <w:pPr>
        <w:pStyle w:val="Sourcecode"/>
      </w:pPr>
      <w:r>
        <w:t># It is not intended for manual editing.</w:t>
      </w:r>
    </w:p>
    <w:p>
      <w:pPr>
        <w:pStyle w:val="Sourcecode"/>
      </w:pPr>
      <w:r>
        <w:t>version = 4</w:t>
      </w:r>
    </w:p>
    <w:p>
      <w:pPr>
        <w:pStyle w:val="Sourcecode"/>
      </w:pPr>
    </w:p>
    <w:p>
      <w:pPr>
        <w:pStyle w:val="Sourcecode"/>
      </w:pPr>
      <w:r>
        <w:t>[[package]]</w:t>
      </w:r>
    </w:p>
    <w:p>
      <w:pPr>
        <w:pStyle w:val="Sourcecode"/>
      </w:pPr>
      <w:r>
        <w:t>name = "g6_verify"</w:t>
      </w:r>
    </w:p>
    <w:p>
      <w:pPr>
        <w:pStyle w:val="Sourcecode"/>
      </w:pPr>
      <w:r>
        <w:t>version = "1.0.0"</w:t>
      </w:r>
    </w:p>
    <w:p>
      <w:pPr>
        <w:spacing w:after="40"/>
      </w:pPr>
    </w:p>
    <w:p>
      <w:pPr>
        <w:pStyle w:val="Heading2"/>
      </w:pPr>
      <w:r>
        <w:t>Source 3</w:t>
      </w:r>
    </w:p>
    <w:p>
      <w:r>
        <w:t>conformance/Cargo.toml</w:t>
      </w:r>
    </w:p>
    <w:p>
      <w:r>
        <w:t>370 bytes</w:t>
      </w:r>
    </w:p>
    <w:p>
      <w:pPr>
        <w:pStyle w:val="Sourcecode"/>
      </w:pPr>
      <w:r>
        <w:t>SHA256 c37a46515bb95f1e884131427e15903546176930f47ee336bf05c258fac389de</w:t>
      </w:r>
    </w:p>
    <w:p>
      <w:pPr>
        <w:spacing w:after="40"/>
      </w:pPr>
    </w:p>
    <w:p>
      <w:hyperlink r:id="rId12">
        <w:r>
          <w:rPr>
            <w:color w:val="174A70"/>
          </w:rPr>
          <w:t>Source location</w:t>
        </w:r>
      </w:hyperlink>
    </w:p>
    <w:p>
      <w:pPr>
        <w:pStyle w:val="Sourcecode"/>
      </w:pPr>
      <w:r>
        <w:t>[package]</w:t>
      </w:r>
    </w:p>
    <w:p>
      <w:pPr>
        <w:pStyle w:val="Sourcecode"/>
      </w:pPr>
      <w:r>
        <w:t>name = "omega_naught_conformance"</w:t>
      </w:r>
    </w:p>
    <w:p>
      <w:pPr>
        <w:pStyle w:val="Sourcecode"/>
      </w:pPr>
      <w:r>
        <w:t>version = "1.0.0"</w:t>
      </w:r>
    </w:p>
    <w:p>
      <w:pPr>
        <w:pStyle w:val="Sourcecode"/>
      </w:pPr>
      <w:r>
        <w:t>edition = "2021"</w:t>
      </w:r>
    </w:p>
    <w:p>
      <w:pPr>
        <w:pStyle w:val="Sourcecode"/>
      </w:pPr>
      <w:r>
        <w:t>authors = ["Matt Newman"]</w:t>
      </w:r>
    </w:p>
    <w:p>
      <w:pPr>
        <w:pStyle w:val="Sourcecode"/>
      </w:pPr>
      <w:r>
        <w:t>description = "Rust conformance runner for the frozen OMEGA_NAUGHT/1.0 machine contract"</w:t>
      </w:r>
    </w:p>
    <w:p>
      <w:pPr>
        <w:pStyle w:val="Sourcecode"/>
      </w:pPr>
      <w:r>
        <w:t>publish = false</w:t>
      </w:r>
    </w:p>
    <w:p>
      <w:pPr>
        <w:pStyle w:val="Sourcecode"/>
      </w:pPr>
    </w:p>
    <w:p>
      <w:pPr>
        <w:pStyle w:val="Sourcecode"/>
      </w:pPr>
      <w:r>
        <w:t>[[bin]]</w:t>
      </w:r>
    </w:p>
    <w:p>
      <w:pPr>
        <w:pStyle w:val="Sourcecode"/>
      </w:pPr>
      <w:r>
        <w:t>name = "omega_naught_conformance"</w:t>
      </w:r>
    </w:p>
    <w:p>
      <w:pPr>
        <w:pStyle w:val="Sourcecode"/>
      </w:pPr>
      <w:r>
        <w:t>path = "omega_naught_conformance.rs"</w:t>
      </w:r>
    </w:p>
    <w:p>
      <w:pPr>
        <w:pStyle w:val="Sourcecode"/>
      </w:pPr>
    </w:p>
    <w:p>
      <w:pPr>
        <w:pStyle w:val="Sourcecode"/>
      </w:pPr>
      <w:r>
        <w:t>[profile.dev]</w:t>
      </w:r>
    </w:p>
    <w:p>
      <w:pPr>
        <w:pStyle w:val="Sourcecode"/>
      </w:pPr>
      <w:r>
        <w:t>overflow-checks = true</w:t>
      </w:r>
    </w:p>
    <w:p>
      <w:pPr>
        <w:pStyle w:val="Sourcecode"/>
      </w:pPr>
    </w:p>
    <w:p>
      <w:pPr>
        <w:pStyle w:val="Sourcecode"/>
      </w:pPr>
      <w:r>
        <w:t>[profile.release]</w:t>
      </w:r>
    </w:p>
    <w:p>
      <w:pPr>
        <w:pStyle w:val="Sourcecode"/>
      </w:pPr>
      <w:r>
        <w:t>overflow-checks = true</w:t>
      </w:r>
    </w:p>
    <w:p>
      <w:pPr>
        <w:spacing w:after="40"/>
      </w:pPr>
    </w:p>
    <w:p>
      <w:pPr>
        <w:pStyle w:val="Heading2"/>
      </w:pPr>
      <w:r>
        <w:t>Source 4</w:t>
      </w:r>
    </w:p>
    <w:p>
      <w:r>
        <w:t>conformance/Cargo.lock</w:t>
      </w:r>
    </w:p>
    <w:p>
      <w:r>
        <w:t>168 bytes</w:t>
      </w:r>
    </w:p>
    <w:p>
      <w:pPr>
        <w:pStyle w:val="Sourcecode"/>
      </w:pPr>
      <w:r>
        <w:t>SHA256 c73276451f5cac46132826555d3fa274be5aeed0f505ee23a9211bfe0bb8a1bf</w:t>
      </w:r>
    </w:p>
    <w:p>
      <w:pPr>
        <w:spacing w:after="40"/>
      </w:pPr>
    </w:p>
    <w:p>
      <w:hyperlink r:id="rId12">
        <w:r>
          <w:rPr>
            <w:color w:val="174A70"/>
          </w:rPr>
          <w:t>Source location</w:t>
        </w:r>
      </w:hyperlink>
    </w:p>
    <w:p>
      <w:pPr>
        <w:pStyle w:val="Sourcecode"/>
      </w:pPr>
      <w:r>
        <w:t># This file is automatically @generated by Cargo.</w:t>
      </w:r>
    </w:p>
    <w:p>
      <w:pPr>
        <w:pStyle w:val="Sourcecode"/>
      </w:pPr>
      <w:r>
        <w:t># It is not intended for manual editing.</w:t>
      </w:r>
    </w:p>
    <w:p>
      <w:pPr>
        <w:pStyle w:val="Sourcecode"/>
      </w:pPr>
      <w:r>
        <w:t>version = 4</w:t>
      </w:r>
    </w:p>
    <w:p>
      <w:pPr>
        <w:pStyle w:val="Sourcecode"/>
      </w:pPr>
    </w:p>
    <w:p>
      <w:pPr>
        <w:pStyle w:val="Sourcecode"/>
      </w:pPr>
      <w:r>
        <w:t>[[package]]</w:t>
      </w:r>
    </w:p>
    <w:p>
      <w:pPr>
        <w:pStyle w:val="Sourcecode"/>
      </w:pPr>
      <w:r>
        <w:t>name = "omega_naught_conformance"</w:t>
      </w:r>
    </w:p>
    <w:p>
      <w:pPr>
        <w:pStyle w:val="Sourcecode"/>
      </w:pPr>
      <w:r>
        <w:t>version = "1.0.0"</w:t>
      </w:r>
    </w:p>
    <w:p>
      <w:pPr>
        <w:spacing w:after="40"/>
      </w:pPr>
    </w:p>
    <w:p>
      <w:pPr>
        <w:pStyle w:val="Heading2"/>
      </w:pPr>
      <w:r>
        <w:t>Source 5</w:t>
      </w:r>
    </w:p>
    <w:p>
      <w:r>
        <w:t>g6/julia/Project.toml</w:t>
      </w:r>
    </w:p>
    <w:p>
      <w:r>
        <w:t>177 bytes</w:t>
      </w:r>
    </w:p>
    <w:p>
      <w:pPr>
        <w:pStyle w:val="Sourcecode"/>
      </w:pPr>
      <w:r>
        <w:t>SHA256 e679b16ebdfc573bd3ce5446b5bac1781fbe91ffe427fbc6e48be127959b0cf5</w:t>
      </w:r>
    </w:p>
    <w:p>
      <w:pPr>
        <w:spacing w:after="40"/>
      </w:pPr>
    </w:p>
    <w:p>
      <w:hyperlink r:id="rId12">
        <w:r>
          <w:rPr>
            <w:color w:val="174A70"/>
          </w:rPr>
          <w:t>Source location</w:t>
        </w:r>
      </w:hyperlink>
    </w:p>
    <w:p>
      <w:pPr>
        <w:pStyle w:val="Sourcecode"/>
      </w:pPr>
      <w:r>
        <w:t>name = "NewmanGlobalMath"</w:t>
      </w:r>
    </w:p>
    <w:p>
      <w:pPr>
        <w:pStyle w:val="Sourcecode"/>
      </w:pPr>
      <w:r>
        <w:t>uuid = "7e3c9f2a-4b81-4d0e-9c6a-1f8d2e5b7a90"</w:t>
      </w:r>
    </w:p>
    <w:p>
      <w:pPr>
        <w:pStyle w:val="Sourcecode"/>
      </w:pPr>
      <w:r>
        <w:t>version = "1.0.0"</w:t>
      </w:r>
    </w:p>
    <w:p>
      <w:pPr>
        <w:pStyle w:val="Sourcecode"/>
      </w:pPr>
      <w:r>
        <w:t>authors = ["Matthew Alan Newman"]</w:t>
      </w:r>
    </w:p>
    <w:p>
      <w:pPr>
        <w:pStyle w:val="Sourcecode"/>
      </w:pPr>
    </w:p>
    <w:p>
      <w:pPr>
        <w:pStyle w:val="Sourcecode"/>
      </w:pPr>
      <w:r>
        <w:t>[deps]</w:t>
      </w:r>
    </w:p>
    <w:p>
      <w:pPr>
        <w:pStyle w:val="Sourcecode"/>
      </w:pPr>
      <w:r>
        <w:t>SHA = "ea8e919c-243c-51af-8825-aaa63cd721ce"</w:t>
      </w:r>
    </w:p>
    <w:p>
      <w:pPr>
        <w:spacing w:after="40"/>
      </w:pPr>
    </w:p>
    <w:p>
      <w:pPr>
        <w:pStyle w:val="Heading2"/>
      </w:pPr>
      <w:r>
        <w:t>Source 6</w:t>
      </w:r>
    </w:p>
    <w:p>
      <w:r>
        <w:t>julia-proofs/Project.toml</w:t>
      </w:r>
    </w:p>
    <w:p>
      <w:r>
        <w:t>262 bytes</w:t>
      </w:r>
    </w:p>
    <w:p>
      <w:pPr>
        <w:pStyle w:val="Sourcecode"/>
      </w:pPr>
      <w:r>
        <w:t>SHA256 0b350943d4b1fd4532f02177de414f7406be8fb75372d10cf3e8677d85c77211</w:t>
      </w:r>
    </w:p>
    <w:p>
      <w:pPr>
        <w:spacing w:after="40"/>
      </w:pPr>
    </w:p>
    <w:p>
      <w:hyperlink r:id="rId29">
        <w:r>
          <w:rPr>
            <w:color w:val="174A70"/>
          </w:rPr>
          <w:t>Source location</w:t>
        </w:r>
      </w:hyperlink>
    </w:p>
    <w:p>
      <w:pPr>
        <w:pStyle w:val="Sourcecode"/>
      </w:pPr>
      <w:r>
        <w:t>name = "OmegaNaughtProofs"</w:t>
      </w:r>
    </w:p>
    <w:p>
      <w:pPr>
        <w:pStyle w:val="Sourcecode"/>
      </w:pPr>
      <w:r>
        <w:t>uuid = "ce7051c8-1e3c-4a41-942b-a29bda16e583"</w:t>
      </w:r>
    </w:p>
    <w:p>
      <w:pPr>
        <w:pStyle w:val="Sourcecode"/>
      </w:pPr>
      <w:r>
        <w:t>version = "0.1.0"</w:t>
      </w:r>
    </w:p>
    <w:p>
      <w:pPr>
        <w:pStyle w:val="Sourcecode"/>
      </w:pPr>
    </w:p>
    <w:p>
      <w:pPr>
        <w:pStyle w:val="Sourcecode"/>
      </w:pPr>
      <w:r>
        <w:t>[deps]</w:t>
      </w:r>
    </w:p>
    <w:p>
      <w:pPr>
        <w:pStyle w:val="Sourcecode"/>
      </w:pPr>
      <w:r>
        <w:t>Dates = "ade2ca70-3891-5945-98fb-dc099432e06a"</w:t>
      </w:r>
    </w:p>
    <w:p>
      <w:pPr>
        <w:pStyle w:val="Sourcecode"/>
      </w:pPr>
      <w:r>
        <w:t>SHA = "ea8e919c-243c-51af-8825-aaa63cd721ce"</w:t>
      </w:r>
    </w:p>
    <w:p>
      <w:pPr>
        <w:pStyle w:val="Sourcecode"/>
      </w:pPr>
      <w:r>
        <w:t>TOML = "fa267f1f-6049-4f14-aa54-33bafae1ed76"</w:t>
      </w:r>
    </w:p>
    <w:p>
      <w:pPr>
        <w:pStyle w:val="Sourcecode"/>
      </w:pPr>
    </w:p>
    <w:p>
      <w:pPr>
        <w:pStyle w:val="Sourcecode"/>
      </w:pPr>
      <w:r>
        <w:t>[compat]</w:t>
      </w:r>
    </w:p>
    <w:p>
      <w:pPr>
        <w:pStyle w:val="Sourcecode"/>
      </w:pPr>
      <w:r>
        <w:t>julia = "1.11"</w:t>
      </w:r>
    </w:p>
    <w:p>
      <w:pPr>
        <w:spacing w:after="40"/>
      </w:pPr>
    </w:p>
    <w:p>
      <w:pPr>
        <w:pStyle w:val="Heading2"/>
      </w:pPr>
      <w:r>
        <w:t>Source 7</w:t>
      </w:r>
    </w:p>
    <w:p>
      <w:r>
        <w:t>julia-proofs/julia-version</w:t>
      </w:r>
    </w:p>
    <w:p>
      <w:r>
        <w:t>7 bytes</w:t>
      </w:r>
    </w:p>
    <w:p>
      <w:pPr>
        <w:pStyle w:val="Sourcecode"/>
      </w:pPr>
      <w:r>
        <w:t>SHA256 0ee46b684ed08be98c69d1631b632b5a5607c638cd1b8cce2e4bdb9443b7d0b3</w:t>
      </w:r>
    </w:p>
    <w:p>
      <w:pPr>
        <w:spacing w:after="40"/>
      </w:pPr>
    </w:p>
    <w:p>
      <w:hyperlink r:id="rId30">
        <w:r>
          <w:rPr>
            <w:color w:val="174A70"/>
          </w:rPr>
          <w:t>Source location</w:t>
        </w:r>
      </w:hyperlink>
    </w:p>
    <w:p>
      <w:pPr>
        <w:pStyle w:val="Sourcecode"/>
      </w:pPr>
      <w:r>
        <w:t>1.11.6</w:t>
      </w:r>
    </w:p>
    <w:p>
      <w:pPr>
        <w:spacing w:after="40"/>
      </w:pPr>
    </w:p>
    <w:p>
      <w:pPr>
        <w:pStyle w:val="Heading2"/>
      </w:pPr>
      <w:r>
        <w:t>Source 8</w:t>
      </w:r>
    </w:p>
    <w:p>
      <w:r>
        <w:t>formal/lakefile.lean</w:t>
      </w:r>
    </w:p>
    <w:p>
      <w:r>
        <w:t>238 bytes</w:t>
      </w:r>
    </w:p>
    <w:p>
      <w:pPr>
        <w:pStyle w:val="Sourcecode"/>
      </w:pPr>
      <w:r>
        <w:t>SHA256 30e552cd01e0b82081a26f9446cab1960f1f157f9c120a86740fa3656eb56e5c</w:t>
      </w:r>
    </w:p>
    <w:p>
      <w:pPr>
        <w:spacing w:after="40"/>
      </w:pPr>
    </w:p>
    <w:p>
      <w:hyperlink r:id="rId31">
        <w:r>
          <w:rPr>
            <w:color w:val="174A70"/>
          </w:rPr>
          <w:t>Source location</w:t>
        </w:r>
      </w:hyperlink>
    </w:p>
    <w:p>
      <w:pPr>
        <w:pStyle w:val="Sourcecode"/>
      </w:pPr>
      <w:r>
        <w:t>import Lake</w:t>
      </w:r>
    </w:p>
    <w:p>
      <w:pPr>
        <w:pStyle w:val="Sourcecode"/>
      </w:pPr>
      <w:r>
        <w:t>open Lake DSL</w:t>
      </w:r>
    </w:p>
    <w:p>
      <w:pPr>
        <w:pStyle w:val="Sourcecode"/>
      </w:pPr>
      <w:r>
        <w:t>package omega_provenance where</w:t>
      </w:r>
    </w:p>
    <w:p>
      <w:pPr>
        <w:pStyle w:val="Sourcecode"/>
      </w:pPr>
      <w:r>
        <w:t xml:space="preserve">  version := v!"0.1.0"</w:t>
      </w:r>
    </w:p>
    <w:p>
      <w:pPr>
        <w:pStyle w:val="Sourcecode"/>
      </w:pPr>
      <w:r>
        <w:t>require mathlib from git "https://github.com/leanprover-community/mathlib4.git" @ "c44e0c8ee63ca166450922a373c7409c5d26b00b"</w:t>
      </w:r>
    </w:p>
    <w:p>
      <w:pPr>
        <w:pStyle w:val="Sourcecode"/>
      </w:pPr>
      <w:r>
        <w:t>@[default_target]</w:t>
      </w:r>
    </w:p>
    <w:p>
      <w:pPr>
        <w:pStyle w:val="Sourcecode"/>
      </w:pPr>
      <w:r>
        <w:t>lean_lib Omega</w:t>
      </w:r>
    </w:p>
    <w:p>
      <w:pPr>
        <w:spacing w:after="40"/>
      </w:pPr>
    </w:p>
    <w:p>
      <w:pPr>
        <w:pStyle w:val="Heading2"/>
      </w:pPr>
      <w:r>
        <w:t>Source 9</w:t>
      </w:r>
    </w:p>
    <w:p>
      <w:r>
        <w:t>formal/lean-toolchain</w:t>
      </w:r>
    </w:p>
    <w:p>
      <w:r>
        <w:t>25 bytes</w:t>
      </w:r>
    </w:p>
    <w:p>
      <w:pPr>
        <w:pStyle w:val="Sourcecode"/>
      </w:pPr>
      <w:r>
        <w:t>SHA256 55e97be96000b5e9e290c9e74482e5e317861499a5540353ce845471bded8cea</w:t>
      </w:r>
    </w:p>
    <w:p>
      <w:pPr>
        <w:spacing w:after="40"/>
      </w:pPr>
    </w:p>
    <w:p>
      <w:hyperlink r:id="rId32">
        <w:r>
          <w:rPr>
            <w:color w:val="174A70"/>
          </w:rPr>
          <w:t>Source location</w:t>
        </w:r>
      </w:hyperlink>
    </w:p>
    <w:p>
      <w:pPr>
        <w:pStyle w:val="Sourcecode"/>
      </w:pPr>
      <w:r>
        <w:t>leanprover/lean4:v4.19.0</w:t>
      </w:r>
    </w:p>
    <w:p>
      <w:pPr>
        <w:spacing w:after="40"/>
      </w:pPr>
    </w:p>
    <w:p>
      <w:pPr>
        <w:pStyle w:val="Heading2"/>
      </w:pPr>
      <w:r>
        <w:t>Source 10</w:t>
      </w:r>
    </w:p>
    <w:p>
      <w:r>
        <w:t>formal/lake-manifest.json</w:t>
      </w:r>
    </w:p>
    <w:p>
      <w:r>
        <w:t>3141 bytes</w:t>
      </w:r>
    </w:p>
    <w:p>
      <w:pPr>
        <w:pStyle w:val="Sourcecode"/>
      </w:pPr>
      <w:r>
        <w:t>SHA256 2d90f26571b91180cb175c34f8339ce30a4958bfdc573acd278f17ce2b538a3e</w:t>
      </w:r>
    </w:p>
    <w:p>
      <w:pPr>
        <w:spacing w:after="40"/>
      </w:pPr>
    </w:p>
    <w:p>
      <w:hyperlink r:id="rId33">
        <w:r>
          <w:rPr>
            <w:color w:val="174A70"/>
          </w:rPr>
          <w:t>Source location</w:t>
        </w:r>
      </w:hyperlink>
    </w:p>
    <w:p>
      <w:pPr>
        <w:pStyle w:val="Sourcecode"/>
      </w:pPr>
      <w:r>
        <w:t>{"version": "1.1.0",</w:t>
      </w:r>
    </w:p>
    <w:p>
      <w:pPr>
        <w:pStyle w:val="Sourcecode"/>
      </w:pPr>
      <w:r>
        <w:t xml:space="preserve"> "packagesDir": ".lake/packages",</w:t>
      </w:r>
    </w:p>
    <w:p>
      <w:pPr>
        <w:pStyle w:val="Sourcecode"/>
      </w:pPr>
      <w:r>
        <w:t xml:space="preserve"> "packages":</w:t>
      </w:r>
    </w:p>
    <w:p>
      <w:pPr>
        <w:pStyle w:val="Sourcecode"/>
      </w:pPr>
      <w:r>
        <w:t xml:space="preserve"> [{"url": "https://github.com/leanprover-community/mathlib4.git",</w:t>
      </w:r>
    </w:p>
    <w:p>
      <w:pPr>
        <w:pStyle w:val="Sourcecode"/>
      </w:pPr>
      <w:r>
        <w:t xml:space="preserve">   "type": "git",</w:t>
      </w:r>
    </w:p>
    <w:p>
      <w:pPr>
        <w:pStyle w:val="Sourcecode"/>
      </w:pPr>
      <w:r>
        <w:t xml:space="preserve">   "subDir": null,</w:t>
      </w:r>
    </w:p>
    <w:p>
      <w:pPr>
        <w:pStyle w:val="Sourcecode"/>
      </w:pPr>
      <w:r>
        <w:t xml:space="preserve">   "scope": "",</w:t>
      </w:r>
    </w:p>
    <w:p>
      <w:pPr>
        <w:pStyle w:val="Sourcecode"/>
      </w:pPr>
      <w:r>
        <w:t xml:space="preserve">   "rev": "c44e0c8ee63ca166450922a373c7409c5d26b00b",</w:t>
      </w:r>
    </w:p>
    <w:p>
      <w:pPr>
        <w:pStyle w:val="Sourcecode"/>
      </w:pPr>
      <w:r>
        <w:t xml:space="preserve">   "name": "mathlib",</w:t>
      </w:r>
    </w:p>
    <w:p>
      <w:pPr>
        <w:pStyle w:val="Sourcecode"/>
      </w:pPr>
      <w:r>
        <w:t xml:space="preserve">   "manifestFile": "lake-manifest.json",</w:t>
      </w:r>
    </w:p>
    <w:p>
      <w:pPr>
        <w:pStyle w:val="Sourcecode"/>
      </w:pPr>
      <w:r>
        <w:t xml:space="preserve">   "inputRev": "c44e0c8ee63ca166450922a373c7409c5d26b00b",</w:t>
      </w:r>
    </w:p>
    <w:p>
      <w:pPr>
        <w:pStyle w:val="Sourcecode"/>
      </w:pPr>
      <w:r>
        <w:t xml:space="preserve">   "inherited": false,</w:t>
      </w:r>
    </w:p>
    <w:p>
      <w:pPr>
        <w:pStyle w:val="Sourcecode"/>
      </w:pPr>
      <w:r>
        <w:t xml:space="preserve">   "configFile": "lakefile.lean"},</w:t>
      </w:r>
    </w:p>
    <w:p>
      <w:pPr>
        <w:pStyle w:val="Sourcecode"/>
      </w:pPr>
      <w:r>
        <w:t xml:space="preserve">  {"url": "https://github.com/leanprover-community/plausible",</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"77e08eddc486491d7b9e470926b3dbe50319451a",</w:t>
      </w:r>
    </w:p>
    <w:p>
      <w:pPr>
        <w:pStyle w:val="Sourcecode"/>
      </w:pPr>
      <w:r>
        <w:t xml:space="preserve">   "name": "plausible",</w:t>
      </w:r>
    </w:p>
    <w:p>
      <w:pPr>
        <w:pStyle w:val="Sourcecode"/>
      </w:pPr>
      <w:r>
        <w:t xml:space="preserve">   "manifestFile": "lake-manifest.json",</w:t>
      </w:r>
    </w:p>
    <w:p>
      <w:pPr>
        <w:pStyle w:val="Sourcecode"/>
      </w:pPr>
      <w:r>
        <w:t xml:space="preserve">   "inputRev": "main",</w:t>
      </w:r>
    </w:p>
    <w:p>
      <w:pPr>
        <w:pStyle w:val="Sourcecode"/>
      </w:pPr>
      <w:r>
        <w:t xml:space="preserve">   "inherited": true,</w:t>
      </w:r>
    </w:p>
    <w:p>
      <w:pPr>
        <w:pStyle w:val="Sourcecode"/>
      </w:pPr>
      <w:r>
        <w:t xml:space="preserve">   "configFile": "lakefile.toml"},</w:t>
      </w:r>
    </w:p>
    <w:p>
      <w:pPr>
        <w:pStyle w:val="Sourcecode"/>
      </w:pPr>
      <w:r>
        <w:t xml:space="preserve">  {"url": "https://github.com/leanprover-community/LeanSearchClient",</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"25078369972d295301f5a1e53c3e5850cf6d9d4c",</w:t>
      </w:r>
    </w:p>
    <w:p>
      <w:pPr>
        <w:pStyle w:val="Sourcecode"/>
      </w:pPr>
      <w:r>
        <w:t xml:space="preserve">   "name": "LeanSearchClient",</w:t>
      </w:r>
    </w:p>
    <w:p>
      <w:pPr>
        <w:pStyle w:val="Sourcecode"/>
      </w:pPr>
      <w:r>
        <w:t xml:space="preserve">   "manifestFile": "lake-manifest.json",</w:t>
      </w:r>
    </w:p>
    <w:p>
      <w:pPr>
        <w:pStyle w:val="Sourcecode"/>
      </w:pPr>
      <w:r>
        <w:t xml:space="preserve">   "inputRev": "main",</w:t>
      </w:r>
    </w:p>
    <w:p>
      <w:pPr>
        <w:pStyle w:val="Sourcecode"/>
      </w:pPr>
      <w:r>
        <w:t xml:space="preserve">   "inherited": true,</w:t>
      </w:r>
    </w:p>
    <w:p>
      <w:pPr>
        <w:pStyle w:val="Sourcecode"/>
      </w:pPr>
      <w:r>
        <w:t xml:space="preserve">   "configFile": "lakefile.toml"},</w:t>
      </w:r>
    </w:p>
    <w:p>
      <w:pPr>
        <w:pStyle w:val="Sourcecode"/>
      </w:pPr>
      <w:r>
        <w:t xml:space="preserve">  {"url": "https://github.com/leanprover-community/import-graph",</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"e6a9f0f5ee3ccf7443a0070f92b62f8db12ae82b",</w:t>
      </w:r>
    </w:p>
    <w:p>
      <w:pPr>
        <w:pStyle w:val="Sourcecode"/>
      </w:pPr>
      <w:r>
        <w:t xml:space="preserve">   "name": "importGraph",</w:t>
      </w:r>
    </w:p>
    <w:p>
      <w:pPr>
        <w:pStyle w:val="Sourcecode"/>
      </w:pPr>
      <w:r>
        <w:t xml:space="preserve">   "manifestFile": "lake-manifest.json",</w:t>
      </w:r>
    </w:p>
    <w:p>
      <w:pPr>
        <w:pStyle w:val="Sourcecode"/>
      </w:pPr>
      <w:r>
        <w:t xml:space="preserve">   "inputRev": "main",</w:t>
      </w:r>
    </w:p>
    <w:p>
      <w:pPr>
        <w:pStyle w:val="Sourcecode"/>
      </w:pPr>
      <w:r>
        <w:t xml:space="preserve">   "inherited": true,</w:t>
      </w:r>
    </w:p>
    <w:p>
      <w:pPr>
        <w:pStyle w:val="Sourcecode"/>
      </w:pPr>
      <w:r>
        <w:t xml:space="preserve">   "configFile": "lakefile.toml"},</w:t>
      </w:r>
    </w:p>
    <w:p>
      <w:pPr>
        <w:pStyle w:val="Sourcecode"/>
      </w:pPr>
      <w:r>
        <w:t xml:space="preserve">  {"url": "https://github.com/leanprover-community/ProofWidgets4",</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"c4919189477c3221e6a204008998b0d724f49904",</w:t>
      </w:r>
    </w:p>
    <w:p>
      <w:pPr>
        <w:pStyle w:val="Sourcecode"/>
      </w:pPr>
      <w:r>
        <w:t xml:space="preserve">   "name": "proofwidgets",</w:t>
      </w:r>
    </w:p>
    <w:p>
      <w:pPr>
        <w:pStyle w:val="Sourcecode"/>
      </w:pPr>
      <w:r>
        <w:t xml:space="preserve">   "manifestFile": "lake-manifest.json",</w:t>
      </w:r>
    </w:p>
    <w:p>
      <w:pPr>
        <w:pStyle w:val="Sourcecode"/>
      </w:pPr>
      <w:r>
        <w:t xml:space="preserve">   "inputRev": "v0.0.57",</w:t>
      </w:r>
    </w:p>
    <w:p>
      <w:pPr>
        <w:pStyle w:val="Sourcecode"/>
      </w:pPr>
      <w:r>
        <w:t xml:space="preserve">   "inherited": true,</w:t>
      </w:r>
    </w:p>
    <w:p>
      <w:pPr>
        <w:pStyle w:val="Sourcecode"/>
      </w:pPr>
      <w:r>
        <w:t xml:space="preserve">   "configFile": "lakefile.lean"},</w:t>
      </w:r>
    </w:p>
    <w:p>
      <w:pPr>
        <w:pStyle w:val="Sourcecode"/>
      </w:pPr>
      <w:r>
        <w:t xml:space="preserve">  {"url": "https://github.com/leanprover-community/aesop",</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"5d50b08dedd7d69b3d9b3176e0d58a23af228884",</w:t>
      </w:r>
    </w:p>
    <w:p>
      <w:pPr>
        <w:pStyle w:val="Sourcecode"/>
      </w:pPr>
      <w:r>
        <w:t xml:space="preserve">   "name": "aesop",</w:t>
      </w:r>
    </w:p>
    <w:p>
      <w:pPr>
        <w:pStyle w:val="Sourcecode"/>
      </w:pPr>
      <w:r>
        <w:t xml:space="preserve">   "manifestFile": "lake-manifest.json",</w:t>
      </w:r>
    </w:p>
    <w:p>
      <w:pPr>
        <w:pStyle w:val="Sourcecode"/>
      </w:pPr>
      <w:r>
        <w:t xml:space="preserve">   "inputRev": "master",</w:t>
      </w:r>
    </w:p>
    <w:p>
      <w:pPr>
        <w:pStyle w:val="Sourcecode"/>
      </w:pPr>
      <w:r>
        <w:t xml:space="preserve">   "inherited": true,</w:t>
      </w:r>
    </w:p>
    <w:p>
      <w:pPr>
        <w:pStyle w:val="Sourcecode"/>
      </w:pPr>
      <w:r>
        <w:t xml:space="preserve">   "configFile": "lakefile.toml"},</w:t>
      </w:r>
    </w:p>
    <w:p>
      <w:pPr>
        <w:pStyle w:val="Sourcecode"/>
      </w:pPr>
      <w:r>
        <w:t xml:space="preserve">  {"url": "https://github.com/leanprover-community/quote4",</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"fa4f7f15d97591a9cf3aa7724ba371c7fc6dda02",</w:t>
      </w:r>
    </w:p>
    <w:p>
      <w:pPr>
        <w:pStyle w:val="Sourcecode"/>
      </w:pPr>
      <w:r>
        <w:t xml:space="preserve">   "name": "Qq",</w:t>
      </w:r>
    </w:p>
    <w:p>
      <w:pPr>
        <w:pStyle w:val="Sourcecode"/>
      </w:pPr>
      <w:r>
        <w:t xml:space="preserve">   "manifestFile": "lake-manifest.json",</w:t>
      </w:r>
    </w:p>
    <w:p>
      <w:pPr>
        <w:pStyle w:val="Sourcecode"/>
      </w:pPr>
      <w:r>
        <w:t xml:space="preserve">   "inputRev": "master",</w:t>
      </w:r>
    </w:p>
    <w:p>
      <w:pPr>
        <w:pStyle w:val="Sourcecode"/>
      </w:pPr>
      <w:r>
        <w:t xml:space="preserve">   "inherited": true,</w:t>
      </w:r>
    </w:p>
    <w:p>
      <w:pPr>
        <w:pStyle w:val="Sourcecode"/>
      </w:pPr>
      <w:r>
        <w:t xml:space="preserve">   "configFile": "lakefile.toml"},</w:t>
      </w:r>
    </w:p>
    <w:p>
      <w:pPr>
        <w:pStyle w:val="Sourcecode"/>
      </w:pPr>
      <w:r>
        <w:t xml:space="preserve">  {"url": "https://github.com/leanprover-community/batteries",</w:t>
      </w:r>
    </w:p>
    <w:p>
      <w:pPr>
        <w:pStyle w:val="Sourcecode"/>
      </w:pPr>
      <w:r>
        <w:t xml:space="preserve">   "type": "git",</w:t>
      </w:r>
    </w:p>
    <w:p>
      <w:pPr>
        <w:pStyle w:val="Sourcecode"/>
      </w:pPr>
      <w:r>
        <w:t xml:space="preserve">   "subDir": null,</w:t>
      </w:r>
    </w:p>
    <w:p>
      <w:pPr>
        <w:pStyle w:val="Sourcecode"/>
      </w:pPr>
      <w:r>
        <w:t xml:space="preserve">   "scope": "leanprover-community",</w:t>
      </w:r>
    </w:p>
    <w:p>
      <w:pPr>
        <w:pStyle w:val="Sourcecode"/>
      </w:pPr>
      <w:r>
        <w:t xml:space="preserve">   "rev": "f5d04a9c4973d401c8c92500711518f7c656f034",</w:t>
      </w:r>
    </w:p>
    <w:p>
      <w:pPr>
        <w:pStyle w:val="Sourcecode"/>
      </w:pPr>
      <w:r>
        <w:t xml:space="preserve">   "name": "batteries",</w:t>
      </w:r>
    </w:p>
    <w:p>
      <w:pPr>
        <w:pStyle w:val="Sourcecode"/>
      </w:pPr>
      <w:r>
        <w:t xml:space="preserve">   "manifestFile": "lake-manifest.json",</w:t>
      </w:r>
    </w:p>
    <w:p>
      <w:pPr>
        <w:pStyle w:val="Sourcecode"/>
      </w:pPr>
      <w:r>
        <w:t xml:space="preserve">   "inputRev": "main",</w:t>
      </w:r>
    </w:p>
    <w:p>
      <w:pPr>
        <w:pStyle w:val="Sourcecode"/>
      </w:pPr>
      <w:r>
        <w:t xml:space="preserve">   "inherited": true,</w:t>
      </w:r>
    </w:p>
    <w:p>
      <w:pPr>
        <w:pStyle w:val="Sourcecode"/>
      </w:pPr>
      <w:r>
        <w:t xml:space="preserve">   "configFile": "lakefile.toml"},</w:t>
      </w:r>
    </w:p>
    <w:p>
      <w:pPr>
        <w:pStyle w:val="Sourcecode"/>
      </w:pPr>
      <w:r>
        <w:t xml:space="preserve">  {"url": "https://github.com/leanprover/lean4-cli",</w:t>
      </w:r>
    </w:p>
    <w:p>
      <w:pPr>
        <w:pStyle w:val="Sourcecode"/>
      </w:pPr>
      <w:r>
        <w:t xml:space="preserve">   "type": "git",</w:t>
      </w:r>
    </w:p>
    <w:p>
      <w:pPr>
        <w:pStyle w:val="Sourcecode"/>
      </w:pPr>
      <w:r>
        <w:t xml:space="preserve">   "subDir": null,</w:t>
      </w:r>
    </w:p>
    <w:p>
      <w:pPr>
        <w:pStyle w:val="Sourcecode"/>
      </w:pPr>
      <w:r>
        <w:t xml:space="preserve">   "scope": "leanprover",</w:t>
      </w:r>
    </w:p>
    <w:p>
      <w:pPr>
        <w:pStyle w:val="Sourcecode"/>
      </w:pPr>
      <w:r>
        <w:t xml:space="preserve">   "rev": "02dbd02bc00ec4916e99b04b2245b30200e200d0",</w:t>
      </w:r>
    </w:p>
    <w:p>
      <w:pPr>
        <w:pStyle w:val="Sourcecode"/>
      </w:pPr>
      <w:r>
        <w:t xml:space="preserve">   "name": "Cli",</w:t>
      </w:r>
    </w:p>
    <w:p>
      <w:pPr>
        <w:pStyle w:val="Sourcecode"/>
      </w:pPr>
      <w:r>
        <w:t xml:space="preserve">   "manifestFile": "lake-manifest.json",</w:t>
      </w:r>
    </w:p>
    <w:p>
      <w:pPr>
        <w:pStyle w:val="Sourcecode"/>
      </w:pPr>
      <w:r>
        <w:t xml:space="preserve">   "inputRev": "main",</w:t>
      </w:r>
    </w:p>
    <w:p>
      <w:pPr>
        <w:pStyle w:val="Sourcecode"/>
      </w:pPr>
      <w:r>
        <w:t xml:space="preserve">   "inherited": true,</w:t>
      </w:r>
    </w:p>
    <w:p>
      <w:pPr>
        <w:pStyle w:val="Sourcecode"/>
      </w:pPr>
      <w:r>
        <w:t xml:space="preserve">   "configFile": "lakefile.toml"}],</w:t>
      </w:r>
    </w:p>
    <w:p>
      <w:pPr>
        <w:pStyle w:val="Sourcecode"/>
      </w:pPr>
      <w:r>
        <w:t xml:space="preserve"> "name": "omega_provenance",</w:t>
      </w:r>
    </w:p>
    <w:p>
      <w:pPr>
        <w:pStyle w:val="Sourcecode"/>
      </w:pPr>
      <w:r>
        <w:t xml:space="preserve"> "lakeDir": ".lake"}</w:t>
      </w:r>
    </w:p>
    <w:p>
      <w:pPr>
        <w:spacing w:after="40"/>
      </w:pPr>
    </w:p>
    <w:p>
      <w:pPr>
        <w:pStyle w:val="Heading2"/>
      </w:pPr>
      <w:r>
        <w:t>Source 11</w:t>
      </w:r>
    </w:p>
    <w:p>
      <w:r>
        <w:t>network/requirements.txt</w:t>
      </w:r>
    </w:p>
    <w:p>
      <w:r>
        <w:t>12 bytes</w:t>
      </w:r>
    </w:p>
    <w:p>
      <w:pPr>
        <w:pStyle w:val="Sourcecode"/>
      </w:pPr>
      <w:r>
        <w:t>SHA256 a9029fbebed80d5530d9a770340843cfd032aac6af297d237cc24b758537ea81</w:t>
      </w:r>
    </w:p>
    <w:p>
      <w:pPr>
        <w:spacing w:after="40"/>
      </w:pPr>
    </w:p>
    <w:p>
      <w:hyperlink r:id="rId34">
        <w:r>
          <w:rPr>
            <w:color w:val="174A70"/>
          </w:rPr>
          <w:t>Source location</w:t>
        </w:r>
      </w:hyperlink>
    </w:p>
    <w:p>
      <w:pPr>
        <w:pStyle w:val="Sourcecode"/>
      </w:pPr>
      <w:r>
        <w:t>sympy&gt;=1.12</w:t>
      </w:r>
    </w:p>
    <w:p>
      <w:pPr>
        <w:spacing w:after="40"/>
      </w:pPr>
    </w:p>
    <w:p>
      <w:pPr>
        <w:pStyle w:val="Heading1"/>
      </w:pPr>
      <w:r>
        <w:t>Additional source references</w:t>
      </w:r>
    </w:p>
    <w:p>
      <w:pPr>
        <w:spacing w:after="0" w:line="240" w:lineRule="auto"/>
      </w:pPr>
      <w:hyperlink r:id="rId34">
        <w:r>
          <w:rPr>
            <w:color w:val="174A70"/>
            <w:sz w:val="18"/>
          </w:rPr>
          <w:t>Typed map requirements</w:t>
        </w:r>
      </w:hyperlink>
    </w:p>
    <w:p>
      <w:pPr>
        <w:spacing w:after="0" w:line="240" w:lineRule="auto"/>
      </w:pPr>
      <w:hyperlink r:id="rId35">
        <w:r>
          <w:rPr>
            <w:color w:val="174A70"/>
            <w:sz w:val="18"/>
          </w:rPr>
          <w:t>Typed map Python source</w:t>
        </w:r>
      </w:hyperlink>
    </w:p>
    <w:p>
      <w:pPr>
        <w:spacing w:after="0" w:line="240" w:lineRule="auto"/>
      </w:pPr>
      <w:hyperlink r:id="rId36">
        <w:r>
          <w:rPr>
            <w:color w:val="174A70"/>
            <w:sz w:val="18"/>
          </w:rPr>
          <w:t>Geometry Python verifier</w:t>
        </w:r>
      </w:hyperlink>
    </w:p>
    <w:p>
      <w:pPr>
        <w:spacing w:after="0" w:line="240" w:lineRule="auto"/>
      </w:pPr>
      <w:hyperlink r:id="rId37">
        <w:r>
          <w:rPr>
            <w:color w:val="174A70"/>
            <w:sz w:val="18"/>
          </w:rPr>
          <w:t>Geometry drift experiment</w:t>
        </w:r>
      </w:hyperlink>
    </w:p>
    <w:p>
      <w:pPr>
        <w:spacing w:after="0" w:line="240" w:lineRule="auto"/>
      </w:pPr>
      <w:hyperlink r:id="rId38">
        <w:r>
          <w:rPr>
            <w:color w:val="174A70"/>
            <w:sz w:val="18"/>
          </w:rPr>
          <w:t>Scalar interface certificate</w:t>
        </w:r>
      </w:hyperlink>
    </w:p>
    <w:p>
      <w:pPr>
        <w:spacing w:after="0" w:line="240" w:lineRule="auto"/>
      </w:pPr>
      <w:hyperlink r:id="rId39">
        <w:r>
          <w:rPr>
            <w:color w:val="174A70"/>
            <w:sz w:val="18"/>
          </w:rPr>
          <w:t>Frequency 22 package</w:t>
        </w:r>
      </w:hyperlink>
    </w:p>
    <w:p>
      <w:pPr>
        <w:spacing w:after="0" w:line="240" w:lineRule="auto"/>
      </w:pPr>
      <w:hyperlink r:id="rId40">
        <w:r>
          <w:rPr>
            <w:color w:val="174A70"/>
            <w:sz w:val="18"/>
          </w:rPr>
          <w:t>Public reproduction instructions</w:t>
        </w:r>
      </w:hyperlink>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pPr>
      <w:widowControl w:val="0"/>
      <w:spacing w:after="0" w:line="240" w:lineRule="auto"/>
    </w:pPr>
    <w:rPr>
      <w:rFonts w:ascii="Liberation Mono" w:hAnsi="Liberation Mono" w:eastAsia="Liberation Mono" w:cs="Liberation Mono"/>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cs.julialang.org/en/v1/manual/installation/" TargetMode="External"/><Relationship Id="rId10" Type="http://schemas.openxmlformats.org/officeDocument/2006/relationships/hyperlink" Target="https://github.com/JuliaLang/juliaup" TargetMode="External"/><Relationship Id="rId11" Type="http://schemas.openxmlformats.org/officeDocument/2006/relationships/hyperlink" Target="https://rust-lang.github.io/rustup/installation/index.html" TargetMode="External"/><Relationship Id="rId12" Type="http://schemas.openxmlformats.org/officeDocument/2006/relationships/hyperlink" Target="https://omega-naught.grok.me/releases/G6_RELEASE_1.1/G6_RELEASE_1.1.zip" TargetMode="External"/><Relationship Id="rId13" Type="http://schemas.openxmlformats.org/officeDocument/2006/relationships/hyperlink" Target="https://omega-naught.grok.me/julia-proofs" TargetMode="External"/><Relationship Id="rId14" Type="http://schemas.openxmlformats.org/officeDocument/2006/relationships/hyperlink" Target="https://lean-lang.org/install/" TargetMode="External"/><Relationship Id="rId15" Type="http://schemas.openxmlformats.org/officeDocument/2006/relationships/hyperlink" Target="https://leanprover-community.github.io/get_started.html" TargetMode="External"/><Relationship Id="rId16" Type="http://schemas.openxmlformats.org/officeDocument/2006/relationships/hyperlink" Target="https://github.com/leanprover-community/mathlib4.git" TargetMode="External"/><Relationship Id="rId17" Type="http://schemas.openxmlformats.org/officeDocument/2006/relationships/hyperlink" Target="https://github.com/leanprover-community/plausible" TargetMode="External"/><Relationship Id="rId18" Type="http://schemas.openxmlformats.org/officeDocument/2006/relationships/hyperlink" Target="https://github.com/leanprover-community/LeanSearchClient" TargetMode="External"/><Relationship Id="rId19" Type="http://schemas.openxmlformats.org/officeDocument/2006/relationships/hyperlink" Target="https://github.com/leanprover-community/import-graph" TargetMode="External"/><Relationship Id="rId20" Type="http://schemas.openxmlformats.org/officeDocument/2006/relationships/hyperlink" Target="https://github.com/leanprover-community/ProofWidgets4" TargetMode="External"/><Relationship Id="rId21" Type="http://schemas.openxmlformats.org/officeDocument/2006/relationships/hyperlink" Target="https://github.com/leanprover-community/aesop" TargetMode="External"/><Relationship Id="rId22" Type="http://schemas.openxmlformats.org/officeDocument/2006/relationships/hyperlink" Target="https://github.com/leanprover-community/quote4" TargetMode="External"/><Relationship Id="rId23" Type="http://schemas.openxmlformats.org/officeDocument/2006/relationships/hyperlink" Target="https://github.com/leanprover-community/batteries" TargetMode="External"/><Relationship Id="rId24" Type="http://schemas.openxmlformats.org/officeDocument/2006/relationships/hyperlink" Target="https://github.com/leanprover/lean4-cli" TargetMode="External"/><Relationship Id="rId25" Type="http://schemas.openxmlformats.org/officeDocument/2006/relationships/hyperlink" Target="https://numpy.org/install/" TargetMode="External"/><Relationship Id="rId26" Type="http://schemas.openxmlformats.org/officeDocument/2006/relationships/hyperlink" Target="https://docs.sympy.org/latest/install.html" TargetMode="External"/><Relationship Id="rId27" Type="http://schemas.openxmlformats.org/officeDocument/2006/relationships/hyperlink" Target="https://docs.juliaplots.org/stable/install/" TargetMode="External"/><Relationship Id="rId28" Type="http://schemas.openxmlformats.org/officeDocument/2006/relationships/hyperlink" Target="https://omega-naught.grok.me/geometry/kernel/omega_kernel_oriented_r3.jl" TargetMode="External"/><Relationship Id="rId29" Type="http://schemas.openxmlformats.org/officeDocument/2006/relationships/hyperlink" Target="https://omega-naught.grok.me/julia-proofs/Project.toml" TargetMode="External"/><Relationship Id="rId30" Type="http://schemas.openxmlformats.org/officeDocument/2006/relationships/hyperlink" Target="https://omega-naught.grok.me/julia-proofs/julia-version" TargetMode="External"/><Relationship Id="rId31" Type="http://schemas.openxmlformats.org/officeDocument/2006/relationships/hyperlink" Target="https://omega-naught.grok.me/formal/lakefile.lean" TargetMode="External"/><Relationship Id="rId32" Type="http://schemas.openxmlformats.org/officeDocument/2006/relationships/hyperlink" Target="https://omega-naught.grok.me/formal/lean-toolchain" TargetMode="External"/><Relationship Id="rId33" Type="http://schemas.openxmlformats.org/officeDocument/2006/relationships/hyperlink" Target="https://omega-naught.grok.me/formal/lake-manifest.json" TargetMode="External"/><Relationship Id="rId34" Type="http://schemas.openxmlformats.org/officeDocument/2006/relationships/hyperlink" Target="https://omega-naught.grok.me/network/requirements.txt" TargetMode="External"/><Relationship Id="rId35" Type="http://schemas.openxmlformats.org/officeDocument/2006/relationships/hyperlink" Target="https://omega-naught.grok.me/network/typed_connection_proof.py" TargetMode="External"/><Relationship Id="rId36" Type="http://schemas.openxmlformats.org/officeDocument/2006/relationships/hyperlink" Target="https://omega-naught.grok.me/geometry/kernel/verify_geometry.py" TargetMode="External"/><Relationship Id="rId37" Type="http://schemas.openxmlformats.org/officeDocument/2006/relationships/hyperlink" Target="https://omega-naught.grok.me/geometry/drift/omega_drift_experiment.py" TargetMode="External"/><Relationship Id="rId38" Type="http://schemas.openxmlformats.org/officeDocument/2006/relationships/hyperlink" Target="https://omega-naught.grok.me/geometry/construct/verify_scalar_interface_exact.py" TargetMode="External"/><Relationship Id="rId39" Type="http://schemas.openxmlformats.org/officeDocument/2006/relationships/hyperlink" Target="https://omega-naught.grok.me/cubature/Omega_Naught_ClassI_f22_certificate_package.zip" TargetMode="External"/><Relationship Id="rId40" Type="http://schemas.openxmlformats.org/officeDocument/2006/relationships/hyperlink" Target="https://omega-naught.grok.me/reprod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OMEGA NAUGHT Software Dependencies</dc:title>
  <dc:subject>Dependency declarations and installation instructions for Grok</dc:subject>
  <dc:creator>Prepared for Matthew Alan Newman</dc:creator>
  <cp:keywords/>
  <dc:description>generated by python-docx</dc:description>
  <cp:lastModifiedBy/>
  <cp:revision>1</cp:revision>
  <dcterms:created xsi:type="dcterms:W3CDTF">2013-12-23T23:15:00Z</dcterms:created>
  <dcterms:modified xsi:type="dcterms:W3CDTF">2013-12-23T23:15:00Z</dcterms:modified>
  <cp:category/>
</cp:coreProperties>
</file>