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OMEGA NAUGHT Lean proof archive</w:t>
      </w:r>
    </w:p>
    <w:p>
      <w:pPr>
        <w:pStyle w:val="Subtitle"/>
      </w:pPr>
      <w:r>
        <w:t>Complete verbatim Word transcription</w:t>
      </w:r>
    </w:p>
    <w:p>
      <w:r>
        <w:t>All 29 files from the supplied version 0.1 ZIP are reproduced below. Each file appears once, under its exact archive path and in archive order. The source text retains its original characters, indentation and line breaks.</w:t>
      </w:r>
    </w:p>
    <w:p>
      <w:r>
        <w:t>Markdown and LaTeX remain literal source text. No prose corrections have been inserted into the archived files. Headings, navigation and page numbers are outside the source blocks; visual line wrapping does not change their contents.</w:t>
      </w:r>
    </w:p>
    <w:p>
      <w:pPr>
        <w:pStyle w:val="ArchiveMeta"/>
      </w:pPr>
      <w:r>
        <w:t>Archive contents  29 files  |  98,418 UTF-8 bytes</w:t>
      </w:r>
    </w:p>
    <w:p>
      <w:pPr>
        <w:pStyle w:val="ArchiveMeta"/>
        <w:spacing w:after="40"/>
      </w:pPr>
      <w:r>
        <w:t>ZIP SHA256</w:t>
      </w:r>
    </w:p>
    <w:p>
      <w:pPr>
        <w:pStyle w:val="ArchivePath"/>
        <w:spacing w:after="200"/>
      </w:pPr>
      <w:r>
        <w:rPr>
          <w:sz w:val="16"/>
        </w:rPr>
        <w:t>f77f83d0edd127b5377f7c796963ec9d0cb5610bae14116361b9c6aec8437178</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20" w:type="dxa"/>
          <w:bottom w:w="20" w:type="dxa"/>
          <w:left w:w="75" w:type="dxa"/>
          <w:right w:w="75" w:type="dxa"/>
        </w:tblCellMar>
      </w:tblPr>
      <w:tblGrid>
        <w:gridCol w:w="547"/>
        <w:gridCol w:w="8294"/>
        <w:gridCol w:w="1238"/>
      </w:tblGrid>
      <w:tr>
        <w:trPr>
          <w:tblHeader/>
          <w:cantSplit/>
        </w:trPr>
        <w:tc>
          <w:tcPr>
            <w:tcW w:type="dxa" w:w="547"/>
            <w:shd w:fill="E9EEF3"/>
            <w:vAlign w:val="center"/>
          </w:tcPr>
          <w:p>
            <w:pPr>
              <w:pStyle w:val="ArchiveIndex"/>
              <w:jc w:val="center"/>
            </w:pPr>
            <w:r>
              <w:rPr>
                <w:b/>
              </w:rPr>
              <w:t>No</w:t>
            </w:r>
          </w:p>
        </w:tc>
        <w:tc>
          <w:tcPr>
            <w:tcW w:type="dxa" w:w="8294"/>
            <w:shd w:fill="E9EEF3"/>
            <w:vAlign w:val="center"/>
          </w:tcPr>
          <w:p>
            <w:pPr>
              <w:pStyle w:val="ArchiveIndex"/>
              <w:jc w:val="left"/>
            </w:pPr>
            <w:r>
              <w:rPr>
                <w:b/>
              </w:rPr>
              <w:t>File path within archive root</w:t>
            </w:r>
          </w:p>
        </w:tc>
        <w:tc>
          <w:tcPr>
            <w:tcW w:type="dxa" w:w="1238"/>
            <w:shd w:fill="E9EEF3"/>
            <w:vAlign w:val="center"/>
          </w:tcPr>
          <w:p>
            <w:pPr>
              <w:pStyle w:val="ArchiveIndex"/>
              <w:jc w:val="right"/>
            </w:pPr>
            <w:r>
              <w:rPr>
                <w:b/>
              </w:rPr>
              <w:t>Bytes</w:t>
            </w:r>
          </w:p>
        </w:tc>
      </w:tr>
      <w:tr>
        <w:trPr>
          <w:cantSplit/>
        </w:trPr>
        <w:tc>
          <w:tcPr>
            <w:tcW w:type="dxa" w:w="547"/>
            <w:vAlign w:val="center"/>
          </w:tcPr>
          <w:p>
            <w:pPr>
              <w:pStyle w:val="ArchiveIndex"/>
              <w:jc w:val="center"/>
            </w:pPr>
            <w:r>
              <w:t>01</w:t>
            </w:r>
          </w:p>
        </w:tc>
        <w:tc>
          <w:tcPr>
            <w:tcW w:type="dxa" w:w="8294"/>
            <w:vAlign w:val="center"/>
          </w:tcPr>
          <w:p>
            <w:pPr>
              <w:pStyle w:val="ArchiveIndex"/>
              <w:jc w:val="left"/>
            </w:pPr>
            <w:hyperlink w:anchor="archive_01">
              <w:r>
                <w:rPr>
                  <w:color w:val="000000"/>
                </w:rPr>
                <w:t>Omega/Affine.lean</w:t>
              </w:r>
            </w:hyperlink>
          </w:p>
        </w:tc>
        <w:tc>
          <w:tcPr>
            <w:tcW w:type="dxa" w:w="1238"/>
            <w:vAlign w:val="center"/>
          </w:tcPr>
          <w:p>
            <w:pPr>
              <w:pStyle w:val="ArchiveIndex"/>
              <w:jc w:val="right"/>
            </w:pPr>
            <w:r>
              <w:t>2,460</w:t>
            </w:r>
          </w:p>
        </w:tc>
      </w:tr>
      <w:tr>
        <w:trPr>
          <w:cantSplit/>
        </w:trPr>
        <w:tc>
          <w:tcPr>
            <w:tcW w:type="dxa" w:w="547"/>
            <w:shd w:fill="F8F9FA"/>
            <w:vAlign w:val="center"/>
          </w:tcPr>
          <w:p>
            <w:pPr>
              <w:pStyle w:val="ArchiveIndex"/>
              <w:jc w:val="center"/>
            </w:pPr>
            <w:r>
              <w:t>02</w:t>
            </w:r>
          </w:p>
        </w:tc>
        <w:tc>
          <w:tcPr>
            <w:tcW w:type="dxa" w:w="8294"/>
            <w:shd w:fill="F8F9FA"/>
            <w:vAlign w:val="center"/>
          </w:tcPr>
          <w:p>
            <w:pPr>
              <w:pStyle w:val="ArchiveIndex"/>
              <w:jc w:val="left"/>
            </w:pPr>
            <w:hyperlink w:anchor="archive_02">
              <w:r>
                <w:rPr>
                  <w:color w:val="000000"/>
                </w:rPr>
                <w:t>Omega/AxiomAudit.lean</w:t>
              </w:r>
            </w:hyperlink>
          </w:p>
        </w:tc>
        <w:tc>
          <w:tcPr>
            <w:tcW w:type="dxa" w:w="1238"/>
            <w:shd w:fill="F8F9FA"/>
            <w:vAlign w:val="center"/>
          </w:tcPr>
          <w:p>
            <w:pPr>
              <w:pStyle w:val="ArchiveIndex"/>
              <w:jc w:val="right"/>
            </w:pPr>
            <w:r>
              <w:t>5,645</w:t>
            </w:r>
          </w:p>
        </w:tc>
      </w:tr>
      <w:tr>
        <w:trPr>
          <w:cantSplit/>
        </w:trPr>
        <w:tc>
          <w:tcPr>
            <w:tcW w:type="dxa" w:w="547"/>
            <w:vAlign w:val="center"/>
          </w:tcPr>
          <w:p>
            <w:pPr>
              <w:pStyle w:val="ArchiveIndex"/>
              <w:jc w:val="center"/>
            </w:pPr>
            <w:r>
              <w:t>03</w:t>
            </w:r>
          </w:p>
        </w:tc>
        <w:tc>
          <w:tcPr>
            <w:tcW w:type="dxa" w:w="8294"/>
            <w:vAlign w:val="center"/>
          </w:tcPr>
          <w:p>
            <w:pPr>
              <w:pStyle w:val="ArchiveIndex"/>
              <w:jc w:val="left"/>
            </w:pPr>
            <w:hyperlink w:anchor="archive_03">
              <w:r>
                <w:rPr>
                  <w:color w:val="000000"/>
                </w:rPr>
                <w:t>Omega/Constants.lean</w:t>
              </w:r>
            </w:hyperlink>
          </w:p>
        </w:tc>
        <w:tc>
          <w:tcPr>
            <w:tcW w:type="dxa" w:w="1238"/>
            <w:vAlign w:val="center"/>
          </w:tcPr>
          <w:p>
            <w:pPr>
              <w:pStyle w:val="ArchiveIndex"/>
              <w:jc w:val="right"/>
            </w:pPr>
            <w:r>
              <w:t>2,693</w:t>
            </w:r>
          </w:p>
        </w:tc>
      </w:tr>
      <w:tr>
        <w:trPr>
          <w:cantSplit/>
        </w:trPr>
        <w:tc>
          <w:tcPr>
            <w:tcW w:type="dxa" w:w="547"/>
            <w:shd w:fill="F8F9FA"/>
            <w:vAlign w:val="center"/>
          </w:tcPr>
          <w:p>
            <w:pPr>
              <w:pStyle w:val="ArchiveIndex"/>
              <w:jc w:val="center"/>
            </w:pPr>
            <w:r>
              <w:t>04</w:t>
            </w:r>
          </w:p>
        </w:tc>
        <w:tc>
          <w:tcPr>
            <w:tcW w:type="dxa" w:w="8294"/>
            <w:shd w:fill="F8F9FA"/>
            <w:vAlign w:val="center"/>
          </w:tcPr>
          <w:p>
            <w:pPr>
              <w:pStyle w:val="ArchiveIndex"/>
              <w:jc w:val="left"/>
            </w:pPr>
            <w:hyperlink w:anchor="archive_04">
              <w:r>
                <w:rPr>
                  <w:color w:val="000000"/>
                </w:rPr>
                <w:t>Omega/Dimension.lean</w:t>
              </w:r>
            </w:hyperlink>
          </w:p>
        </w:tc>
        <w:tc>
          <w:tcPr>
            <w:tcW w:type="dxa" w:w="1238"/>
            <w:shd w:fill="F8F9FA"/>
            <w:vAlign w:val="center"/>
          </w:tcPr>
          <w:p>
            <w:pPr>
              <w:pStyle w:val="ArchiveIndex"/>
              <w:jc w:val="right"/>
            </w:pPr>
            <w:r>
              <w:t>4,963</w:t>
            </w:r>
          </w:p>
        </w:tc>
      </w:tr>
      <w:tr>
        <w:trPr>
          <w:cantSplit/>
        </w:trPr>
        <w:tc>
          <w:tcPr>
            <w:tcW w:type="dxa" w:w="547"/>
            <w:vAlign w:val="center"/>
          </w:tcPr>
          <w:p>
            <w:pPr>
              <w:pStyle w:val="ArchiveIndex"/>
              <w:jc w:val="center"/>
            </w:pPr>
            <w:r>
              <w:t>05</w:t>
            </w:r>
          </w:p>
        </w:tc>
        <w:tc>
          <w:tcPr>
            <w:tcW w:type="dxa" w:w="8294"/>
            <w:vAlign w:val="center"/>
          </w:tcPr>
          <w:p>
            <w:pPr>
              <w:pStyle w:val="ArchiveIndex"/>
              <w:jc w:val="left"/>
            </w:pPr>
            <w:hyperlink w:anchor="archive_05">
              <w:r>
                <w:rPr>
                  <w:color w:val="000000"/>
                </w:rPr>
                <w:t>Omega/Extinction.lean</w:t>
              </w:r>
            </w:hyperlink>
          </w:p>
        </w:tc>
        <w:tc>
          <w:tcPr>
            <w:tcW w:type="dxa" w:w="1238"/>
            <w:vAlign w:val="center"/>
          </w:tcPr>
          <w:p>
            <w:pPr>
              <w:pStyle w:val="ArchiveIndex"/>
              <w:jc w:val="right"/>
            </w:pPr>
            <w:r>
              <w:t>1,399</w:t>
            </w:r>
          </w:p>
        </w:tc>
      </w:tr>
      <w:tr>
        <w:trPr>
          <w:cantSplit/>
        </w:trPr>
        <w:tc>
          <w:tcPr>
            <w:tcW w:type="dxa" w:w="547"/>
            <w:shd w:fill="F8F9FA"/>
            <w:vAlign w:val="center"/>
          </w:tcPr>
          <w:p>
            <w:pPr>
              <w:pStyle w:val="ArchiveIndex"/>
              <w:jc w:val="center"/>
            </w:pPr>
            <w:r>
              <w:t>06</w:t>
            </w:r>
          </w:p>
        </w:tc>
        <w:tc>
          <w:tcPr>
            <w:tcW w:type="dxa" w:w="8294"/>
            <w:shd w:fill="F8F9FA"/>
            <w:vAlign w:val="center"/>
          </w:tcPr>
          <w:p>
            <w:pPr>
              <w:pStyle w:val="ArchiveIndex"/>
              <w:jc w:val="left"/>
            </w:pPr>
            <w:hyperlink w:anchor="archive_06">
              <w:r>
                <w:rPr>
                  <w:color w:val="000000"/>
                </w:rPr>
                <w:t>Omega/Finite.lean</w:t>
              </w:r>
            </w:hyperlink>
          </w:p>
        </w:tc>
        <w:tc>
          <w:tcPr>
            <w:tcW w:type="dxa" w:w="1238"/>
            <w:shd w:fill="F8F9FA"/>
            <w:vAlign w:val="center"/>
          </w:tcPr>
          <w:p>
            <w:pPr>
              <w:pStyle w:val="ArchiveIndex"/>
              <w:jc w:val="right"/>
            </w:pPr>
            <w:r>
              <w:t>2,519</w:t>
            </w:r>
          </w:p>
        </w:tc>
      </w:tr>
      <w:tr>
        <w:trPr>
          <w:cantSplit/>
        </w:trPr>
        <w:tc>
          <w:tcPr>
            <w:tcW w:type="dxa" w:w="547"/>
            <w:vAlign w:val="center"/>
          </w:tcPr>
          <w:p>
            <w:pPr>
              <w:pStyle w:val="ArchiveIndex"/>
              <w:jc w:val="center"/>
            </w:pPr>
            <w:r>
              <w:t>07</w:t>
            </w:r>
          </w:p>
        </w:tc>
        <w:tc>
          <w:tcPr>
            <w:tcW w:type="dxa" w:w="8294"/>
            <w:vAlign w:val="center"/>
          </w:tcPr>
          <w:p>
            <w:pPr>
              <w:pStyle w:val="ArchiveIndex"/>
              <w:jc w:val="left"/>
            </w:pPr>
            <w:hyperlink w:anchor="archive_07">
              <w:r>
                <w:rPr>
                  <w:color w:val="000000"/>
                </w:rPr>
                <w:t>Omega/Floor.lean</w:t>
              </w:r>
            </w:hyperlink>
          </w:p>
        </w:tc>
        <w:tc>
          <w:tcPr>
            <w:tcW w:type="dxa" w:w="1238"/>
            <w:vAlign w:val="center"/>
          </w:tcPr>
          <w:p>
            <w:pPr>
              <w:pStyle w:val="ArchiveIndex"/>
              <w:jc w:val="right"/>
            </w:pPr>
            <w:r>
              <w:t>6,808</w:t>
            </w:r>
          </w:p>
        </w:tc>
      </w:tr>
      <w:tr>
        <w:trPr>
          <w:cantSplit/>
        </w:trPr>
        <w:tc>
          <w:tcPr>
            <w:tcW w:type="dxa" w:w="547"/>
            <w:shd w:fill="F8F9FA"/>
            <w:vAlign w:val="center"/>
          </w:tcPr>
          <w:p>
            <w:pPr>
              <w:pStyle w:val="ArchiveIndex"/>
              <w:jc w:val="center"/>
            </w:pPr>
            <w:r>
              <w:t>08</w:t>
            </w:r>
          </w:p>
        </w:tc>
        <w:tc>
          <w:tcPr>
            <w:tcW w:type="dxa" w:w="8294"/>
            <w:shd w:fill="F8F9FA"/>
            <w:vAlign w:val="center"/>
          </w:tcPr>
          <w:p>
            <w:pPr>
              <w:pStyle w:val="ArchiveIndex"/>
              <w:jc w:val="left"/>
            </w:pPr>
            <w:hyperlink w:anchor="archive_08">
              <w:r>
                <w:rPr>
                  <w:color w:val="000000"/>
                </w:rPr>
                <w:t>Omega/Geometry.lean</w:t>
              </w:r>
            </w:hyperlink>
          </w:p>
        </w:tc>
        <w:tc>
          <w:tcPr>
            <w:tcW w:type="dxa" w:w="1238"/>
            <w:shd w:fill="F8F9FA"/>
            <w:vAlign w:val="center"/>
          </w:tcPr>
          <w:p>
            <w:pPr>
              <w:pStyle w:val="ArchiveIndex"/>
              <w:jc w:val="right"/>
            </w:pPr>
            <w:r>
              <w:t>6,792</w:t>
            </w:r>
          </w:p>
        </w:tc>
      </w:tr>
      <w:tr>
        <w:trPr>
          <w:cantSplit/>
        </w:trPr>
        <w:tc>
          <w:tcPr>
            <w:tcW w:type="dxa" w:w="547"/>
            <w:vAlign w:val="center"/>
          </w:tcPr>
          <w:p>
            <w:pPr>
              <w:pStyle w:val="ArchiveIndex"/>
              <w:jc w:val="center"/>
            </w:pPr>
            <w:r>
              <w:t>09</w:t>
            </w:r>
          </w:p>
        </w:tc>
        <w:tc>
          <w:tcPr>
            <w:tcW w:type="dxa" w:w="8294"/>
            <w:vAlign w:val="center"/>
          </w:tcPr>
          <w:p>
            <w:pPr>
              <w:pStyle w:val="ArchiveIndex"/>
              <w:jc w:val="left"/>
            </w:pPr>
            <w:hyperlink w:anchor="archive_09">
              <w:r>
                <w:rPr>
                  <w:color w:val="000000"/>
                </w:rPr>
                <w:t>Omega/Interface.lean</w:t>
              </w:r>
            </w:hyperlink>
          </w:p>
        </w:tc>
        <w:tc>
          <w:tcPr>
            <w:tcW w:type="dxa" w:w="1238"/>
            <w:vAlign w:val="center"/>
          </w:tcPr>
          <w:p>
            <w:pPr>
              <w:pStyle w:val="ArchiveIndex"/>
              <w:jc w:val="right"/>
            </w:pPr>
            <w:r>
              <w:t>4,395</w:t>
            </w:r>
          </w:p>
        </w:tc>
      </w:tr>
      <w:tr>
        <w:trPr>
          <w:cantSplit/>
        </w:trPr>
        <w:tc>
          <w:tcPr>
            <w:tcW w:type="dxa" w:w="547"/>
            <w:shd w:fill="F8F9FA"/>
            <w:vAlign w:val="center"/>
          </w:tcPr>
          <w:p>
            <w:pPr>
              <w:pStyle w:val="ArchiveIndex"/>
              <w:jc w:val="center"/>
            </w:pPr>
            <w:r>
              <w:t>10</w:t>
            </w:r>
          </w:p>
        </w:tc>
        <w:tc>
          <w:tcPr>
            <w:tcW w:type="dxa" w:w="8294"/>
            <w:shd w:fill="F8F9FA"/>
            <w:vAlign w:val="center"/>
          </w:tcPr>
          <w:p>
            <w:pPr>
              <w:pStyle w:val="ArchiveIndex"/>
              <w:jc w:val="left"/>
            </w:pPr>
            <w:hyperlink w:anchor="archive_10">
              <w:r>
                <w:rPr>
                  <w:color w:val="000000"/>
                </w:rPr>
                <w:t>Omega/Ledger.lean</w:t>
              </w:r>
            </w:hyperlink>
          </w:p>
        </w:tc>
        <w:tc>
          <w:tcPr>
            <w:tcW w:type="dxa" w:w="1238"/>
            <w:shd w:fill="F8F9FA"/>
            <w:vAlign w:val="center"/>
          </w:tcPr>
          <w:p>
            <w:pPr>
              <w:pStyle w:val="ArchiveIndex"/>
              <w:jc w:val="right"/>
            </w:pPr>
            <w:r>
              <w:t>5,377</w:t>
            </w:r>
          </w:p>
        </w:tc>
      </w:tr>
      <w:tr>
        <w:trPr>
          <w:cantSplit/>
        </w:trPr>
        <w:tc>
          <w:tcPr>
            <w:tcW w:type="dxa" w:w="547"/>
            <w:vAlign w:val="center"/>
          </w:tcPr>
          <w:p>
            <w:pPr>
              <w:pStyle w:val="ArchiveIndex"/>
              <w:jc w:val="center"/>
            </w:pPr>
            <w:r>
              <w:t>11</w:t>
            </w:r>
          </w:p>
        </w:tc>
        <w:tc>
          <w:tcPr>
            <w:tcW w:type="dxa" w:w="8294"/>
            <w:vAlign w:val="center"/>
          </w:tcPr>
          <w:p>
            <w:pPr>
              <w:pStyle w:val="ArchiveIndex"/>
              <w:jc w:val="left"/>
            </w:pPr>
            <w:hyperlink w:anchor="archive_11">
              <w:r>
                <w:rPr>
                  <w:color w:val="000000"/>
                </w:rPr>
                <w:t>Omega/Main.lean</w:t>
              </w:r>
            </w:hyperlink>
          </w:p>
        </w:tc>
        <w:tc>
          <w:tcPr>
            <w:tcW w:type="dxa" w:w="1238"/>
            <w:vAlign w:val="center"/>
          </w:tcPr>
          <w:p>
            <w:pPr>
              <w:pStyle w:val="ArchiveIndex"/>
              <w:jc w:val="right"/>
            </w:pPr>
            <w:r>
              <w:t>1,412</w:t>
            </w:r>
          </w:p>
        </w:tc>
      </w:tr>
      <w:tr>
        <w:trPr>
          <w:cantSplit/>
        </w:trPr>
        <w:tc>
          <w:tcPr>
            <w:tcW w:type="dxa" w:w="547"/>
            <w:shd w:fill="F8F9FA"/>
            <w:vAlign w:val="center"/>
          </w:tcPr>
          <w:p>
            <w:pPr>
              <w:pStyle w:val="ArchiveIndex"/>
              <w:jc w:val="center"/>
            </w:pPr>
            <w:r>
              <w:t>12</w:t>
            </w:r>
          </w:p>
        </w:tc>
        <w:tc>
          <w:tcPr>
            <w:tcW w:type="dxa" w:w="8294"/>
            <w:shd w:fill="F8F9FA"/>
            <w:vAlign w:val="center"/>
          </w:tcPr>
          <w:p>
            <w:pPr>
              <w:pStyle w:val="ArchiveIndex"/>
              <w:jc w:val="left"/>
            </w:pPr>
            <w:hyperlink w:anchor="archive_12">
              <w:r>
                <w:rPr>
                  <w:color w:val="000000"/>
                </w:rPr>
                <w:t>Omega/Metrics.lean</w:t>
              </w:r>
            </w:hyperlink>
          </w:p>
        </w:tc>
        <w:tc>
          <w:tcPr>
            <w:tcW w:type="dxa" w:w="1238"/>
            <w:shd w:fill="F8F9FA"/>
            <w:vAlign w:val="center"/>
          </w:tcPr>
          <w:p>
            <w:pPr>
              <w:pStyle w:val="ArchiveIndex"/>
              <w:jc w:val="right"/>
            </w:pPr>
            <w:r>
              <w:t>2,091</w:t>
            </w:r>
          </w:p>
        </w:tc>
      </w:tr>
      <w:tr>
        <w:trPr>
          <w:cantSplit/>
        </w:trPr>
        <w:tc>
          <w:tcPr>
            <w:tcW w:type="dxa" w:w="547"/>
            <w:vAlign w:val="center"/>
          </w:tcPr>
          <w:p>
            <w:pPr>
              <w:pStyle w:val="ArchiveIndex"/>
              <w:jc w:val="center"/>
            </w:pPr>
            <w:r>
              <w:t>13</w:t>
            </w:r>
          </w:p>
        </w:tc>
        <w:tc>
          <w:tcPr>
            <w:tcW w:type="dxa" w:w="8294"/>
            <w:vAlign w:val="center"/>
          </w:tcPr>
          <w:p>
            <w:pPr>
              <w:pStyle w:val="ArchiveIndex"/>
              <w:jc w:val="left"/>
            </w:pPr>
            <w:hyperlink w:anchor="archive_13">
              <w:r>
                <w:rPr>
                  <w:color w:val="000000"/>
                </w:rPr>
                <w:t>Omega/Placement.lean</w:t>
              </w:r>
            </w:hyperlink>
          </w:p>
        </w:tc>
        <w:tc>
          <w:tcPr>
            <w:tcW w:type="dxa" w:w="1238"/>
            <w:vAlign w:val="center"/>
          </w:tcPr>
          <w:p>
            <w:pPr>
              <w:pStyle w:val="ArchiveIndex"/>
              <w:jc w:val="right"/>
            </w:pPr>
            <w:r>
              <w:t>3,424</w:t>
            </w:r>
          </w:p>
        </w:tc>
      </w:tr>
      <w:tr>
        <w:trPr>
          <w:cantSplit/>
        </w:trPr>
        <w:tc>
          <w:tcPr>
            <w:tcW w:type="dxa" w:w="547"/>
            <w:shd w:fill="F8F9FA"/>
            <w:vAlign w:val="center"/>
          </w:tcPr>
          <w:p>
            <w:pPr>
              <w:pStyle w:val="ArchiveIndex"/>
              <w:jc w:val="center"/>
            </w:pPr>
            <w:r>
              <w:t>14</w:t>
            </w:r>
          </w:p>
        </w:tc>
        <w:tc>
          <w:tcPr>
            <w:tcW w:type="dxa" w:w="8294"/>
            <w:shd w:fill="F8F9FA"/>
            <w:vAlign w:val="center"/>
          </w:tcPr>
          <w:p>
            <w:pPr>
              <w:pStyle w:val="ArchiveIndex"/>
              <w:jc w:val="left"/>
            </w:pPr>
            <w:hyperlink w:anchor="archive_14">
              <w:r>
                <w:rPr>
                  <w:color w:val="000000"/>
                </w:rPr>
                <w:t>Omega.lean</w:t>
              </w:r>
            </w:hyperlink>
          </w:p>
        </w:tc>
        <w:tc>
          <w:tcPr>
            <w:tcW w:type="dxa" w:w="1238"/>
            <w:shd w:fill="F8F9FA"/>
            <w:vAlign w:val="center"/>
          </w:tcPr>
          <w:p>
            <w:pPr>
              <w:pStyle w:val="ArchiveIndex"/>
              <w:jc w:val="right"/>
            </w:pPr>
            <w:r>
              <w:t>18</w:t>
            </w:r>
          </w:p>
        </w:tc>
      </w:tr>
      <w:tr>
        <w:trPr>
          <w:cantSplit/>
        </w:trPr>
        <w:tc>
          <w:tcPr>
            <w:tcW w:type="dxa" w:w="547"/>
            <w:vAlign w:val="center"/>
          </w:tcPr>
          <w:p>
            <w:pPr>
              <w:pStyle w:val="ArchiveIndex"/>
              <w:jc w:val="center"/>
            </w:pPr>
            <w:r>
              <w:t>15</w:t>
            </w:r>
          </w:p>
        </w:tc>
        <w:tc>
          <w:tcPr>
            <w:tcW w:type="dxa" w:w="8294"/>
            <w:vAlign w:val="center"/>
          </w:tcPr>
          <w:p>
            <w:pPr>
              <w:pStyle w:val="ArchiveIndex"/>
              <w:jc w:val="left"/>
            </w:pPr>
            <w:hyperlink w:anchor="archive_15">
              <w:r>
                <w:rPr>
                  <w:color w:val="000000"/>
                </w:rPr>
                <w:t>PROOF_GUIDE.md</w:t>
              </w:r>
            </w:hyperlink>
          </w:p>
        </w:tc>
        <w:tc>
          <w:tcPr>
            <w:tcW w:type="dxa" w:w="1238"/>
            <w:vAlign w:val="center"/>
          </w:tcPr>
          <w:p>
            <w:pPr>
              <w:pStyle w:val="ArchiveIndex"/>
              <w:jc w:val="right"/>
            </w:pPr>
            <w:r>
              <w:t>10,570</w:t>
            </w:r>
          </w:p>
        </w:tc>
      </w:tr>
      <w:tr>
        <w:trPr>
          <w:cantSplit/>
        </w:trPr>
        <w:tc>
          <w:tcPr>
            <w:tcW w:type="dxa" w:w="547"/>
            <w:shd w:fill="F8F9FA"/>
            <w:vAlign w:val="center"/>
          </w:tcPr>
          <w:p>
            <w:pPr>
              <w:pStyle w:val="ArchiveIndex"/>
              <w:jc w:val="center"/>
            </w:pPr>
            <w:r>
              <w:t>16</w:t>
            </w:r>
          </w:p>
        </w:tc>
        <w:tc>
          <w:tcPr>
            <w:tcW w:type="dxa" w:w="8294"/>
            <w:shd w:fill="F8F9FA"/>
            <w:vAlign w:val="center"/>
          </w:tcPr>
          <w:p>
            <w:pPr>
              <w:pStyle w:val="ArchiveIndex"/>
              <w:jc w:val="left"/>
            </w:pPr>
            <w:hyperlink w:anchor="archive_16">
              <w:r>
                <w:rPr>
                  <w:color w:val="000000"/>
                </w:rPr>
                <w:t>README.md</w:t>
              </w:r>
            </w:hyperlink>
          </w:p>
        </w:tc>
        <w:tc>
          <w:tcPr>
            <w:tcW w:type="dxa" w:w="1238"/>
            <w:shd w:fill="F8F9FA"/>
            <w:vAlign w:val="center"/>
          </w:tcPr>
          <w:p>
            <w:pPr>
              <w:pStyle w:val="ArchiveIndex"/>
              <w:jc w:val="right"/>
            </w:pPr>
            <w:r>
              <w:t>5,963</w:t>
            </w:r>
          </w:p>
        </w:tc>
      </w:tr>
      <w:tr>
        <w:trPr>
          <w:cantSplit/>
        </w:trPr>
        <w:tc>
          <w:tcPr>
            <w:tcW w:type="dxa" w:w="547"/>
            <w:vAlign w:val="center"/>
          </w:tcPr>
          <w:p>
            <w:pPr>
              <w:pStyle w:val="ArchiveIndex"/>
              <w:jc w:val="center"/>
            </w:pPr>
            <w:r>
              <w:t>17</w:t>
            </w:r>
          </w:p>
        </w:tc>
        <w:tc>
          <w:tcPr>
            <w:tcW w:type="dxa" w:w="8294"/>
            <w:vAlign w:val="center"/>
          </w:tcPr>
          <w:p>
            <w:pPr>
              <w:pStyle w:val="ArchiveIndex"/>
              <w:jc w:val="left"/>
            </w:pPr>
            <w:hyperlink w:anchor="archive_17">
              <w:r>
                <w:rPr>
                  <w:color w:val="000000"/>
                </w:rPr>
                <w:t>REPRODUCTION.md</w:t>
              </w:r>
            </w:hyperlink>
          </w:p>
        </w:tc>
        <w:tc>
          <w:tcPr>
            <w:tcW w:type="dxa" w:w="1238"/>
            <w:vAlign w:val="center"/>
          </w:tcPr>
          <w:p>
            <w:pPr>
              <w:pStyle w:val="ArchiveIndex"/>
              <w:jc w:val="right"/>
            </w:pPr>
            <w:r>
              <w:t>3,999</w:t>
            </w:r>
          </w:p>
        </w:tc>
      </w:tr>
      <w:tr>
        <w:trPr>
          <w:cantSplit/>
        </w:trPr>
        <w:tc>
          <w:tcPr>
            <w:tcW w:type="dxa" w:w="547"/>
            <w:shd w:fill="F8F9FA"/>
            <w:vAlign w:val="center"/>
          </w:tcPr>
          <w:p>
            <w:pPr>
              <w:pStyle w:val="ArchiveIndex"/>
              <w:jc w:val="center"/>
            </w:pPr>
            <w:r>
              <w:t>18</w:t>
            </w:r>
          </w:p>
        </w:tc>
        <w:tc>
          <w:tcPr>
            <w:tcW w:type="dxa" w:w="8294"/>
            <w:shd w:fill="F8F9FA"/>
            <w:vAlign w:val="center"/>
          </w:tcPr>
          <w:p>
            <w:pPr>
              <w:pStyle w:val="ArchiveIndex"/>
              <w:jc w:val="left"/>
            </w:pPr>
            <w:hyperlink w:anchor="archive_18">
              <w:r>
                <w:rPr>
                  <w:color w:val="000000"/>
                </w:rPr>
                <w:t>SHA256SUMS</w:t>
              </w:r>
            </w:hyperlink>
          </w:p>
        </w:tc>
        <w:tc>
          <w:tcPr>
            <w:tcW w:type="dxa" w:w="1238"/>
            <w:shd w:fill="F8F9FA"/>
            <w:vAlign w:val="center"/>
          </w:tcPr>
          <w:p>
            <w:pPr>
              <w:pStyle w:val="ArchiveIndex"/>
              <w:jc w:val="right"/>
            </w:pPr>
            <w:r>
              <w:t>2,373</w:t>
            </w:r>
          </w:p>
        </w:tc>
      </w:tr>
      <w:tr>
        <w:trPr>
          <w:cantSplit/>
        </w:trPr>
        <w:tc>
          <w:tcPr>
            <w:tcW w:type="dxa" w:w="547"/>
            <w:vAlign w:val="center"/>
          </w:tcPr>
          <w:p>
            <w:pPr>
              <w:pStyle w:val="ArchiveIndex"/>
              <w:jc w:val="center"/>
            </w:pPr>
            <w:r>
              <w:t>19</w:t>
            </w:r>
          </w:p>
        </w:tc>
        <w:tc>
          <w:tcPr>
            <w:tcW w:type="dxa" w:w="8294"/>
            <w:vAlign w:val="center"/>
          </w:tcPr>
          <w:p>
            <w:pPr>
              <w:pStyle w:val="ArchiveIndex"/>
              <w:jc w:val="left"/>
            </w:pPr>
            <w:hyperlink w:anchor="archive_19">
              <w:r>
                <w:rPr>
                  <w:color w:val="000000"/>
                </w:rPr>
                <w:t>SOURCE_MAPPING.md</w:t>
              </w:r>
            </w:hyperlink>
          </w:p>
        </w:tc>
        <w:tc>
          <w:tcPr>
            <w:tcW w:type="dxa" w:w="1238"/>
            <w:vAlign w:val="center"/>
          </w:tcPr>
          <w:p>
            <w:pPr>
              <w:pStyle w:val="ArchiveIndex"/>
              <w:jc w:val="right"/>
            </w:pPr>
            <w:r>
              <w:t>4,511</w:t>
            </w:r>
          </w:p>
        </w:tc>
      </w:tr>
      <w:tr>
        <w:trPr>
          <w:cantSplit/>
        </w:trPr>
        <w:tc>
          <w:tcPr>
            <w:tcW w:type="dxa" w:w="547"/>
            <w:shd w:fill="F8F9FA"/>
            <w:vAlign w:val="center"/>
          </w:tcPr>
          <w:p>
            <w:pPr>
              <w:pStyle w:val="ArchiveIndex"/>
              <w:jc w:val="center"/>
            </w:pPr>
            <w:r>
              <w:t>20</w:t>
            </w:r>
          </w:p>
        </w:tc>
        <w:tc>
          <w:tcPr>
            <w:tcW w:type="dxa" w:w="8294"/>
            <w:shd w:fill="F8F9FA"/>
            <w:vAlign w:val="center"/>
          </w:tcPr>
          <w:p>
            <w:pPr>
              <w:pStyle w:val="ArchiveIndex"/>
              <w:jc w:val="left"/>
            </w:pPr>
            <w:hyperlink w:anchor="archive_20">
              <w:r>
                <w:rPr>
                  <w:color w:val="000000"/>
                </w:rPr>
                <w:t>evidence/axioms.log</w:t>
              </w:r>
            </w:hyperlink>
          </w:p>
        </w:tc>
        <w:tc>
          <w:tcPr>
            <w:tcW w:type="dxa" w:w="1238"/>
            <w:shd w:fill="F8F9FA"/>
            <w:vAlign w:val="center"/>
          </w:tcPr>
          <w:p>
            <w:pPr>
              <w:pStyle w:val="ArchiveIndex"/>
              <w:jc w:val="right"/>
            </w:pPr>
            <w:r>
              <w:t>11,804</w:t>
            </w:r>
          </w:p>
        </w:tc>
      </w:tr>
      <w:tr>
        <w:trPr>
          <w:cantSplit/>
        </w:trPr>
        <w:tc>
          <w:tcPr>
            <w:tcW w:type="dxa" w:w="547"/>
            <w:vAlign w:val="center"/>
          </w:tcPr>
          <w:p>
            <w:pPr>
              <w:pStyle w:val="ArchiveIndex"/>
              <w:jc w:val="center"/>
            </w:pPr>
            <w:r>
              <w:t>21</w:t>
            </w:r>
          </w:p>
        </w:tc>
        <w:tc>
          <w:tcPr>
            <w:tcW w:type="dxa" w:w="8294"/>
            <w:vAlign w:val="center"/>
          </w:tcPr>
          <w:p>
            <w:pPr>
              <w:pStyle w:val="ArchiveIndex"/>
              <w:jc w:val="left"/>
            </w:pPr>
            <w:hyperlink w:anchor="archive_21">
              <w:r>
                <w:rPr>
                  <w:color w:val="000000"/>
                </w:rPr>
                <w:t>evidence/build.log</w:t>
              </w:r>
            </w:hyperlink>
          </w:p>
        </w:tc>
        <w:tc>
          <w:tcPr>
            <w:tcW w:type="dxa" w:w="1238"/>
            <w:vAlign w:val="center"/>
          </w:tcPr>
          <w:p>
            <w:pPr>
              <w:pStyle w:val="ArchiveIndex"/>
              <w:jc w:val="right"/>
            </w:pPr>
            <w:r>
              <w:t>1,791</w:t>
            </w:r>
          </w:p>
        </w:tc>
      </w:tr>
      <w:tr>
        <w:trPr>
          <w:cantSplit/>
        </w:trPr>
        <w:tc>
          <w:tcPr>
            <w:tcW w:type="dxa" w:w="547"/>
            <w:shd w:fill="F8F9FA"/>
            <w:vAlign w:val="center"/>
          </w:tcPr>
          <w:p>
            <w:pPr>
              <w:pStyle w:val="ArchiveIndex"/>
              <w:jc w:val="center"/>
            </w:pPr>
            <w:r>
              <w:t>22</w:t>
            </w:r>
          </w:p>
        </w:tc>
        <w:tc>
          <w:tcPr>
            <w:tcW w:type="dxa" w:w="8294"/>
            <w:shd w:fill="F8F9FA"/>
            <w:vAlign w:val="center"/>
          </w:tcPr>
          <w:p>
            <w:pPr>
              <w:pStyle w:val="ArchiveIndex"/>
              <w:jc w:val="left"/>
            </w:pPr>
            <w:hyperlink w:anchor="archive_22">
              <w:r>
                <w:rPr>
                  <w:color w:val="000000"/>
                </w:rPr>
                <w:t>evidence/setup_lake_update.log</w:t>
              </w:r>
            </w:hyperlink>
          </w:p>
        </w:tc>
        <w:tc>
          <w:tcPr>
            <w:tcW w:type="dxa" w:w="1238"/>
            <w:shd w:fill="F8F9FA"/>
            <w:vAlign w:val="center"/>
          </w:tcPr>
          <w:p>
            <w:pPr>
              <w:pStyle w:val="ArchiveIndex"/>
              <w:jc w:val="right"/>
            </w:pPr>
            <w:r>
              <w:t>1,722</w:t>
            </w:r>
          </w:p>
        </w:tc>
      </w:tr>
      <w:tr>
        <w:trPr>
          <w:cantSplit/>
        </w:trPr>
        <w:tc>
          <w:tcPr>
            <w:tcW w:type="dxa" w:w="547"/>
            <w:vAlign w:val="center"/>
          </w:tcPr>
          <w:p>
            <w:pPr>
              <w:pStyle w:val="ArchiveIndex"/>
              <w:jc w:val="center"/>
            </w:pPr>
            <w:r>
              <w:t>23</w:t>
            </w:r>
          </w:p>
        </w:tc>
        <w:tc>
          <w:tcPr>
            <w:tcW w:type="dxa" w:w="8294"/>
            <w:vAlign w:val="center"/>
          </w:tcPr>
          <w:p>
            <w:pPr>
              <w:pStyle w:val="ArchiveIndex"/>
              <w:jc w:val="left"/>
            </w:pPr>
            <w:hyperlink w:anchor="archive_23">
              <w:r>
                <w:rPr>
                  <w:color w:val="000000"/>
                </w:rPr>
                <w:t>lake-manifest.json</w:t>
              </w:r>
            </w:hyperlink>
          </w:p>
        </w:tc>
        <w:tc>
          <w:tcPr>
            <w:tcW w:type="dxa" w:w="1238"/>
            <w:vAlign w:val="center"/>
          </w:tcPr>
          <w:p>
            <w:pPr>
              <w:pStyle w:val="ArchiveIndex"/>
              <w:jc w:val="right"/>
            </w:pPr>
            <w:r>
              <w:t>3,141</w:t>
            </w:r>
          </w:p>
        </w:tc>
      </w:tr>
      <w:tr>
        <w:trPr>
          <w:cantSplit/>
        </w:trPr>
        <w:tc>
          <w:tcPr>
            <w:tcW w:type="dxa" w:w="547"/>
            <w:shd w:fill="F8F9FA"/>
            <w:vAlign w:val="center"/>
          </w:tcPr>
          <w:p>
            <w:pPr>
              <w:pStyle w:val="ArchiveIndex"/>
              <w:jc w:val="center"/>
            </w:pPr>
            <w:r>
              <w:t>24</w:t>
            </w:r>
          </w:p>
        </w:tc>
        <w:tc>
          <w:tcPr>
            <w:tcW w:type="dxa" w:w="8294"/>
            <w:shd w:fill="F8F9FA"/>
            <w:vAlign w:val="center"/>
          </w:tcPr>
          <w:p>
            <w:pPr>
              <w:pStyle w:val="ArchiveIndex"/>
              <w:jc w:val="left"/>
            </w:pPr>
            <w:hyperlink w:anchor="archive_24">
              <w:r>
                <w:rPr>
                  <w:color w:val="000000"/>
                </w:rPr>
                <w:t>lakefile.lean</w:t>
              </w:r>
            </w:hyperlink>
          </w:p>
        </w:tc>
        <w:tc>
          <w:tcPr>
            <w:tcW w:type="dxa" w:w="1238"/>
            <w:shd w:fill="F8F9FA"/>
            <w:vAlign w:val="center"/>
          </w:tcPr>
          <w:p>
            <w:pPr>
              <w:pStyle w:val="ArchiveIndex"/>
              <w:jc w:val="right"/>
            </w:pPr>
            <w:r>
              <w:t>238</w:t>
            </w:r>
          </w:p>
        </w:tc>
      </w:tr>
      <w:tr>
        <w:trPr>
          <w:cantSplit/>
        </w:trPr>
        <w:tc>
          <w:tcPr>
            <w:tcW w:type="dxa" w:w="547"/>
            <w:vAlign w:val="center"/>
          </w:tcPr>
          <w:p>
            <w:pPr>
              <w:pStyle w:val="ArchiveIndex"/>
              <w:jc w:val="center"/>
            </w:pPr>
            <w:r>
              <w:t>25</w:t>
            </w:r>
          </w:p>
        </w:tc>
        <w:tc>
          <w:tcPr>
            <w:tcW w:type="dxa" w:w="8294"/>
            <w:vAlign w:val="center"/>
          </w:tcPr>
          <w:p>
            <w:pPr>
              <w:pStyle w:val="ArchiveIndex"/>
              <w:jc w:val="left"/>
            </w:pPr>
            <w:hyperlink w:anchor="archive_25">
              <w:r>
                <w:rPr>
                  <w:color w:val="000000"/>
                </w:rPr>
                <w:t>lean-toolchain</w:t>
              </w:r>
            </w:hyperlink>
          </w:p>
        </w:tc>
        <w:tc>
          <w:tcPr>
            <w:tcW w:type="dxa" w:w="1238"/>
            <w:vAlign w:val="center"/>
          </w:tcPr>
          <w:p>
            <w:pPr>
              <w:pStyle w:val="ArchiveIndex"/>
              <w:jc w:val="right"/>
            </w:pPr>
            <w:r>
              <w:t>25</w:t>
            </w:r>
          </w:p>
        </w:tc>
      </w:tr>
      <w:tr>
        <w:trPr>
          <w:cantSplit/>
        </w:trPr>
        <w:tc>
          <w:tcPr>
            <w:tcW w:type="dxa" w:w="547"/>
            <w:shd w:fill="F8F9FA"/>
            <w:vAlign w:val="center"/>
          </w:tcPr>
          <w:p>
            <w:pPr>
              <w:pStyle w:val="ArchiveIndex"/>
              <w:jc w:val="center"/>
            </w:pPr>
            <w:r>
              <w:t>26</w:t>
            </w:r>
          </w:p>
        </w:tc>
        <w:tc>
          <w:tcPr>
            <w:tcW w:type="dxa" w:w="8294"/>
            <w:shd w:fill="F8F9FA"/>
            <w:vAlign w:val="center"/>
          </w:tcPr>
          <w:p>
            <w:pPr>
              <w:pStyle w:val="ArchiveIndex"/>
              <w:jc w:val="left"/>
            </w:pPr>
            <w:hyperlink w:anchor="archive_26">
              <w:r>
                <w:rPr>
                  <w:color w:val="000000"/>
                </w:rPr>
                <w:t>scripts/check_axioms.py</w:t>
              </w:r>
            </w:hyperlink>
          </w:p>
        </w:tc>
        <w:tc>
          <w:tcPr>
            <w:tcW w:type="dxa" w:w="1238"/>
            <w:shd w:fill="F8F9FA"/>
            <w:vAlign w:val="center"/>
          </w:tcPr>
          <w:p>
            <w:pPr>
              <w:pStyle w:val="ArchiveIndex"/>
              <w:jc w:val="right"/>
            </w:pPr>
            <w:r>
              <w:t>1,326</w:t>
            </w:r>
          </w:p>
        </w:tc>
      </w:tr>
      <w:tr>
        <w:trPr>
          <w:cantSplit/>
        </w:trPr>
        <w:tc>
          <w:tcPr>
            <w:tcW w:type="dxa" w:w="547"/>
            <w:vAlign w:val="center"/>
          </w:tcPr>
          <w:p>
            <w:pPr>
              <w:pStyle w:val="ArchiveIndex"/>
              <w:jc w:val="center"/>
            </w:pPr>
            <w:r>
              <w:t>27</w:t>
            </w:r>
          </w:p>
        </w:tc>
        <w:tc>
          <w:tcPr>
            <w:tcW w:type="dxa" w:w="8294"/>
            <w:vAlign w:val="center"/>
          </w:tcPr>
          <w:p>
            <w:pPr>
              <w:pStyle w:val="ArchiveIndex"/>
              <w:jc w:val="left"/>
            </w:pPr>
            <w:hyperlink w:anchor="archive_27">
              <w:r>
                <w:rPr>
                  <w:color w:val="000000"/>
                </w:rPr>
                <w:t>scripts/lean_local.sh</w:t>
              </w:r>
            </w:hyperlink>
          </w:p>
        </w:tc>
        <w:tc>
          <w:tcPr>
            <w:tcW w:type="dxa" w:w="1238"/>
            <w:vAlign w:val="center"/>
          </w:tcPr>
          <w:p>
            <w:pPr>
              <w:pStyle w:val="ArchiveIndex"/>
              <w:jc w:val="right"/>
            </w:pPr>
            <w:r>
              <w:t>165</w:t>
            </w:r>
          </w:p>
        </w:tc>
      </w:tr>
      <w:tr>
        <w:trPr>
          <w:cantSplit/>
        </w:trPr>
        <w:tc>
          <w:tcPr>
            <w:tcW w:type="dxa" w:w="547"/>
            <w:shd w:fill="F8F9FA"/>
            <w:vAlign w:val="center"/>
          </w:tcPr>
          <w:p>
            <w:pPr>
              <w:pStyle w:val="ArchiveIndex"/>
              <w:jc w:val="center"/>
            </w:pPr>
            <w:r>
              <w:t>28</w:t>
            </w:r>
          </w:p>
        </w:tc>
        <w:tc>
          <w:tcPr>
            <w:tcW w:type="dxa" w:w="8294"/>
            <w:shd w:fill="F8F9FA"/>
            <w:vAlign w:val="center"/>
          </w:tcPr>
          <w:p>
            <w:pPr>
              <w:pStyle w:val="ArchiveIndex"/>
              <w:jc w:val="left"/>
            </w:pPr>
            <w:hyperlink w:anchor="archive_28">
              <w:r>
                <w:rPr>
                  <w:color w:val="000000"/>
                </w:rPr>
                <w:t>scripts/self_exe.c</w:t>
              </w:r>
            </w:hyperlink>
          </w:p>
        </w:tc>
        <w:tc>
          <w:tcPr>
            <w:tcW w:type="dxa" w:w="1238"/>
            <w:shd w:fill="F8F9FA"/>
            <w:vAlign w:val="center"/>
          </w:tcPr>
          <w:p>
            <w:pPr>
              <w:pStyle w:val="ArchiveIndex"/>
              <w:jc w:val="right"/>
            </w:pPr>
            <w:r>
              <w:t>530</w:t>
            </w:r>
          </w:p>
        </w:tc>
      </w:tr>
      <w:tr>
        <w:trPr>
          <w:cantSplit/>
        </w:trPr>
        <w:tc>
          <w:tcPr>
            <w:tcW w:type="dxa" w:w="547"/>
            <w:vAlign w:val="center"/>
          </w:tcPr>
          <w:p>
            <w:pPr>
              <w:pStyle w:val="ArchiveIndex"/>
              <w:jc w:val="center"/>
            </w:pPr>
            <w:r>
              <w:t>29</w:t>
            </w:r>
          </w:p>
        </w:tc>
        <w:tc>
          <w:tcPr>
            <w:tcW w:type="dxa" w:w="8294"/>
            <w:vAlign w:val="center"/>
          </w:tcPr>
          <w:p>
            <w:pPr>
              <w:pStyle w:val="ArchiveIndex"/>
              <w:jc w:val="left"/>
            </w:pPr>
            <w:hyperlink w:anchor="archive_29">
              <w:r>
                <w:rPr>
                  <w:color w:val="000000"/>
                </w:rPr>
                <w:t>scripts/verify.sh</w:t>
              </w:r>
            </w:hyperlink>
          </w:p>
        </w:tc>
        <w:tc>
          <w:tcPr>
            <w:tcW w:type="dxa" w:w="1238"/>
            <w:vAlign w:val="center"/>
          </w:tcPr>
          <w:p>
            <w:pPr>
              <w:pStyle w:val="ArchiveIndex"/>
              <w:jc w:val="right"/>
            </w:pPr>
            <w:r>
              <w:t>264</w:t>
            </w:r>
          </w:p>
        </w:tc>
      </w:tr>
    </w:tbl>
    <w:p>
      <w:bookmarkStart w:id="1" w:name="archive_01"/>
      <w:pPr>
        <w:pStyle w:val="Heading1"/>
        <w:pageBreakBefore/>
      </w:pPr>
      <w:r>
        <w:t>File 01</w:t>
      </w:r>
      <w:bookmarkEnd w:id="1"/>
    </w:p>
    <w:p>
      <w:pPr>
        <w:pStyle w:val="ArchivePath"/>
      </w:pPr>
      <w:r>
        <w:t>OMEGA_NAUGHT_Lean_Proof_v0.1/Omega/Affine.lean</w:t>
      </w:r>
    </w:p>
    <w:p>
      <w:pPr>
        <w:pStyle w:val="ArchiveMeta"/>
      </w:pPr>
      <w:r>
        <w:t>2,460 bytes  |  77 original line breaks</w:t>
      </w:r>
    </w:p>
    <w:sdt>
      <w:sdtPr>
        <w:tag w:val="archive-file:OMEGA_NAUGHT_Lean_Proof_v0.1/Omega/Affine.lean"/>
        <w:alias w:val="OMEGA_NAUGHT_Lean_Proof_v0.1/Omega/Affine.lean"/>
      </w:sdtPr>
      <w:sdtContent>
        <w:p>
          <w:pPr>
            <w:pStyle w:val="ArchiveText"/>
          </w:pPr>
          <w:r>
            <w:rPr>
              <w:noProof/>
            </w:rPr>
            <w:t>import Omega.Constants</w:t>
          </w:r>
        </w:p>
        <w:p>
          <w:pPr>
            <w:pStyle w:val="ArchiveText"/>
          </w:pPr>
          <w:r>
            <w:rPr>
              <w:noProof/>
            </w:rPr>
            <w:t>import Mathlib.Analysis.SpecialFunctions.Pow.Real</w:t>
          </w:r>
        </w:p>
        <w:p>
          <w:pPr>
            <w:pStyle w:val="ArchiveText"/>
          </w:pPr>
          <w:r>
            <w:rPr>
              <w:noProof/>
            </w:rPr>
            <w:t>import Mathlib.Algebra.Order.Floor.Ring</w:t>
          </w:r>
        </w:p>
        <w:p>
          <w:pPr>
            <w:pStyle w:val="ArchiveText"/>
          </w:pPr>
          <w:r>
            <w:rPr>
              <w:noProof/>
            </w:rPr>
          </w:r>
        </w:p>
        <w:p>
          <w:pPr>
            <w:pStyle w:val="ArchiveText"/>
          </w:pPr>
          <w:r>
            <w:rPr>
              <w:noProof/>
            </w:rPr>
            <w:t>namespace Omega</w:t>
          </w:r>
        </w:p>
        <w:p>
          <w:pPr>
            <w:pStyle w:val="ArchiveText"/>
          </w:pPr>
          <w:r>
            <w:rPr>
              <w:noProof/>
            </w:rPr>
            <w:t>noncomputable section</w:t>
          </w:r>
        </w:p>
        <w:p>
          <w:pPr>
            <w:pStyle w:val="ArchiveText"/>
          </w:pPr>
          <w:r>
            <w:rPr>
              <w:noProof/>
            </w:rPr>
          </w:r>
        </w:p>
        <w:p>
          <w:pPr>
            <w:pStyle w:val="ArchiveText"/>
          </w:pPr>
          <w:r>
            <w:rPr>
              <w:noProof/>
            </w:rPr>
            <w:t>def T (x : ℝ) : ℝ := 1 + lam * (x - 1)</w:t>
          </w:r>
        </w:p>
        <w:p>
          <w:pPr>
            <w:pStyle w:val="ArchiveText"/>
          </w:pPr>
          <w:r>
            <w:rPr>
              <w:noProof/>
            </w:rPr>
            <w:t>def Tk (k x : ℝ) : ℝ := 1 + k * (x - 1)</w:t>
          </w:r>
        </w:p>
        <w:p>
          <w:pPr>
            <w:pStyle w:val="ArchiveText"/>
          </w:pPr>
          <w:r>
            <w:rPr>
              <w:noProof/>
            </w:rPr>
          </w:r>
        </w:p>
        <w:p>
          <w:pPr>
            <w:pStyle w:val="ArchiveText"/>
          </w:pPr>
          <w:r>
            <w:rPr>
              <w:noProof/>
            </w:rPr>
            <w:t>theorem weighted_mean (a x : ℝ) (ha : 0 &lt; a) :</w:t>
          </w:r>
        </w:p>
        <w:p>
          <w:pPr>
            <w:pStyle w:val="ArchiveText"/>
          </w:pPr>
          <w:r>
            <w:rPr>
              <w:noProof/>
            </w:rPr>
            <w:t xml:space="preserve">    (a * phi * x + a * Real.pi) / (a * phi + a * Real.pi) = T x := by</w:t>
          </w:r>
        </w:p>
        <w:p>
          <w:pPr>
            <w:pStyle w:val="ArchiveText"/>
          </w:pPr>
          <w:r>
            <w:rPr>
              <w:noProof/>
            </w:rPr>
            <w:t xml:space="preserve">  have hd : a * phi + a * Real.pi ≠ 0 := by</w:t>
          </w:r>
        </w:p>
        <w:p>
          <w:pPr>
            <w:pStyle w:val="ArchiveText"/>
          </w:pPr>
          <w:r>
            <w:rPr>
              <w:noProof/>
            </w:rPr>
            <w:t xml:space="preserve">    have := mul_pos ha denominator_pos</w:t>
          </w:r>
        </w:p>
        <w:p>
          <w:pPr>
            <w:pStyle w:val="ArchiveText"/>
          </w:pPr>
          <w:r>
            <w:rPr>
              <w:noProof/>
            </w:rPr>
            <w:t xml:space="preserve">    nlinarith</w:t>
          </w:r>
        </w:p>
        <w:p>
          <w:pPr>
            <w:pStyle w:val="ArchiveText"/>
          </w:pPr>
          <w:r>
            <w:rPr>
              <w:noProof/>
            </w:rPr>
            <w:t xml:space="preserve">  unfold T lam</w:t>
          </w:r>
        </w:p>
        <w:p>
          <w:pPr>
            <w:pStyle w:val="ArchiveText"/>
          </w:pPr>
          <w:r>
            <w:rPr>
              <w:noProof/>
            </w:rPr>
            <w:t xml:space="preserve">  field_simp [hd, ne_of_gt denominator_pos]</w:t>
          </w:r>
        </w:p>
        <w:p>
          <w:pPr>
            <w:pStyle w:val="ArchiveText"/>
          </w:pPr>
          <w:r>
            <w:rPr>
              <w:noProof/>
            </w:rPr>
            <w:t xml:space="preserve">  &lt;;&gt; ring</w:t>
          </w:r>
        </w:p>
        <w:p>
          <w:pPr>
            <w:pStyle w:val="ArchiveText"/>
          </w:pPr>
          <w:r>
            <w:rPr>
              <w:noProof/>
            </w:rPr>
          </w:r>
        </w:p>
        <w:p>
          <w:pPr>
            <w:pStyle w:val="ArchiveText"/>
          </w:pPr>
          <w:r>
            <w:rPr>
              <w:noProof/>
            </w:rPr>
            <w:t>theorem displacement_conjugacy (x : ℝ) : T x - 1 = lam * (x - 1) := by</w:t>
          </w:r>
        </w:p>
        <w:p>
          <w:pPr>
            <w:pStyle w:val="ArchiveText"/>
          </w:pPr>
          <w:r>
            <w:rPr>
              <w:noProof/>
            </w:rPr>
            <w:t xml:space="preserve">  unfold T</w:t>
          </w:r>
        </w:p>
        <w:p>
          <w:pPr>
            <w:pStyle w:val="ArchiveText"/>
          </w:pPr>
          <w:r>
            <w:rPr>
              <w:noProof/>
            </w:rPr>
            <w:t xml:space="preserve">  ring</w:t>
          </w:r>
        </w:p>
        <w:p>
          <w:pPr>
            <w:pStyle w:val="ArchiveText"/>
          </w:pPr>
          <w:r>
            <w:rPr>
              <w:noProof/>
            </w:rPr>
          </w:r>
        </w:p>
        <w:p>
          <w:pPr>
            <w:pStyle w:val="ArchiveText"/>
          </w:pPr>
          <w:r>
            <w:rPr>
              <w:noProof/>
            </w:rPr>
            <w:t>theorem affine_iterate (n : ℕ) (x : ℝ) :</w:t>
          </w:r>
        </w:p>
        <w:p>
          <w:pPr>
            <w:pStyle w:val="ArchiveText"/>
          </w:pPr>
          <w:r>
            <w:rPr>
              <w:noProof/>
            </w:rPr>
            <w:t xml:space="preserve">    T^[n] x = 1 + lam^n * (x - 1) := by</w:t>
          </w:r>
        </w:p>
        <w:p>
          <w:pPr>
            <w:pStyle w:val="ArchiveText"/>
          </w:pPr>
          <w:r>
            <w:rPr>
              <w:noProof/>
            </w:rPr>
            <w:t xml:space="preserve">  induction n with</w:t>
          </w:r>
        </w:p>
        <w:p>
          <w:pPr>
            <w:pStyle w:val="ArchiveText"/>
          </w:pPr>
          <w:r>
            <w:rPr>
              <w:noProof/>
            </w:rPr>
            <w:t xml:space="preserve">  | zero =&gt; simp</w:t>
          </w:r>
        </w:p>
        <w:p>
          <w:pPr>
            <w:pStyle w:val="ArchiveText"/>
          </w:pPr>
          <w:r>
            <w:rPr>
              <w:noProof/>
            </w:rPr>
            <w:t xml:space="preserve">  | succ n ih =&gt;</w:t>
          </w:r>
        </w:p>
        <w:p>
          <w:pPr>
            <w:pStyle w:val="ArchiveText"/>
          </w:pPr>
          <w:r>
            <w:rPr>
              <w:noProof/>
            </w:rPr>
            <w:t xml:space="preserve">    rw [Function.iterate_succ_apply', ih]</w:t>
          </w:r>
        </w:p>
        <w:p>
          <w:pPr>
            <w:pStyle w:val="ArchiveText"/>
          </w:pPr>
          <w:r>
            <w:rPr>
              <w:noProof/>
            </w:rPr>
            <w:t xml:space="preserve">    unfold T</w:t>
          </w:r>
        </w:p>
        <w:p>
          <w:pPr>
            <w:pStyle w:val="ArchiveText"/>
          </w:pPr>
          <w:r>
            <w:rPr>
              <w:noProof/>
            </w:rPr>
            <w:t xml:space="preserve">    rw [pow_succ]</w:t>
          </w:r>
        </w:p>
        <w:p>
          <w:pPr>
            <w:pStyle w:val="ArchiveText"/>
          </w:pPr>
          <w:r>
            <w:rPr>
              <w:noProof/>
            </w:rPr>
            <w:t xml:space="preserve">    ring</w:t>
          </w:r>
        </w:p>
        <w:p>
          <w:pPr>
            <w:pStyle w:val="ArchiveText"/>
          </w:pPr>
          <w:r>
            <w:rPr>
              <w:noProof/>
            </w:rPr>
          </w:r>
        </w:p>
        <w:p>
          <w:pPr>
            <w:pStyle w:val="ArchiveText"/>
          </w:pPr>
          <w:r>
            <w:rPr>
              <w:noProof/>
            </w:rPr>
            <w:t>variable {V : Type*} [AddCommGroup V] [Module ℝ V]</w:t>
          </w:r>
        </w:p>
        <w:p>
          <w:pPr>
            <w:pStyle w:val="ArchiveText"/>
          </w:pPr>
          <w:r>
            <w:rPr>
              <w:noProof/>
            </w:rPr>
          </w:r>
        </w:p>
        <w:p>
          <w:pPr>
            <w:pStyle w:val="ArchiveText"/>
          </w:pPr>
          <w:r>
            <w:rPr>
              <w:noProof/>
            </w:rPr>
            <w:t>def homothety (k : ℝ) (α z : V) : V := α + k • (z - α)</w:t>
          </w:r>
        </w:p>
        <w:p>
          <w:pPr>
            <w:pStyle w:val="ArchiveText"/>
          </w:pPr>
          <w:r>
            <w:rPr>
              <w:noProof/>
            </w:rPr>
            <w:t>def observation (L : V →ₗ[ℝ] ℝ) (α z : V) : ℝ := 1 + L (z - α)</w:t>
          </w:r>
        </w:p>
        <w:p>
          <w:pPr>
            <w:pStyle w:val="ArchiveText"/>
          </w:pPr>
          <w:r>
            <w:rPr>
              <w:noProof/>
            </w:rPr>
          </w:r>
        </w:p>
        <w:p>
          <w:pPr>
            <w:pStyle w:val="ArchiveText"/>
          </w:pPr>
          <w:r>
            <w:rPr>
              <w:noProof/>
            </w:rPr>
            <w:t>theorem homothety_comp (k l : ℝ) (α z : V) :</w:t>
          </w:r>
        </w:p>
        <w:p>
          <w:pPr>
            <w:pStyle w:val="ArchiveText"/>
          </w:pPr>
          <w:r>
            <w:rPr>
              <w:noProof/>
            </w:rPr>
            <w:t xml:space="preserve">    homothety k α (homothety l α z) = homothety (k*l) α z := by</w:t>
          </w:r>
        </w:p>
        <w:p>
          <w:pPr>
            <w:pStyle w:val="ArchiveText"/>
          </w:pPr>
          <w:r>
            <w:rPr>
              <w:noProof/>
            </w:rPr>
            <w:t xml:space="preserve">  simp [homothety, smul_smul]</w:t>
          </w:r>
        </w:p>
        <w:p>
          <w:pPr>
            <w:pStyle w:val="ArchiveText"/>
          </w:pPr>
          <w:r>
            <w:rPr>
              <w:noProof/>
            </w:rPr>
          </w:r>
        </w:p>
        <w:p>
          <w:pPr>
            <w:pStyle w:val="ArchiveText"/>
          </w:pPr>
          <w:r>
            <w:rPr>
              <w:noProof/>
            </w:rPr>
            <w:t>theorem homothety_one (α z : V) : homothety 1 α z = z := by</w:t>
          </w:r>
        </w:p>
        <w:p>
          <w:pPr>
            <w:pStyle w:val="ArchiveText"/>
          </w:pPr>
          <w:r>
            <w:rPr>
              <w:noProof/>
            </w:rPr>
            <w:t xml:space="preserve">  simp [homothety]</w:t>
          </w:r>
        </w:p>
        <w:p>
          <w:pPr>
            <w:pStyle w:val="ArchiveText"/>
          </w:pPr>
          <w:r>
            <w:rPr>
              <w:noProof/>
            </w:rPr>
          </w:r>
        </w:p>
        <w:p>
          <w:pPr>
            <w:pStyle w:val="ArchiveText"/>
          </w:pPr>
          <w:r>
            <w:rPr>
              <w:noProof/>
            </w:rPr>
            <w:t>theorem observation_commutes (L : V →ₗ[ℝ] ℝ) (k : ℝ) (α z : V) :</w:t>
          </w:r>
        </w:p>
        <w:p>
          <w:pPr>
            <w:pStyle w:val="ArchiveText"/>
          </w:pPr>
          <w:r>
            <w:rPr>
              <w:noProof/>
            </w:rPr>
            <w:t xml:space="preserve">    observation L α (homothety k α z) = Tk k (observation L α z) := by</w:t>
          </w:r>
        </w:p>
        <w:p>
          <w:pPr>
            <w:pStyle w:val="ArchiveText"/>
          </w:pPr>
          <w:r>
            <w:rPr>
              <w:noProof/>
            </w:rPr>
            <w:t xml:space="preserve">  simp [observation, homothety, Tk]</w:t>
          </w:r>
        </w:p>
        <w:p>
          <w:pPr>
            <w:pStyle w:val="ArchiveText"/>
          </w:pPr>
          <w:r>
            <w:rPr>
              <w:noProof/>
            </w:rPr>
          </w:r>
        </w:p>
        <w:p>
          <w:pPr>
            <w:pStyle w:val="ArchiveText"/>
          </w:pPr>
          <w:r>
            <w:rPr>
              <w:noProof/>
            </w:rPr>
            <w:t>theorem observation_iterate (L : V →ₗ[ℝ] ℝ) (n : ℕ) (α z : V) :</w:t>
          </w:r>
        </w:p>
        <w:p>
          <w:pPr>
            <w:pStyle w:val="ArchiveText"/>
          </w:pPr>
          <w:r>
            <w:rPr>
              <w:noProof/>
            </w:rPr>
            <w:t xml:space="preserve">    observation L α (homothety (lam^n) α z) = T^[n] (observation L α z) := by</w:t>
          </w:r>
        </w:p>
        <w:p>
          <w:pPr>
            <w:pStyle w:val="ArchiveText"/>
          </w:pPr>
          <w:r>
            <w:rPr>
              <w:noProof/>
            </w:rPr>
            <w:t xml:space="preserve">  rw [observation_commutes, affine_iterate]</w:t>
          </w:r>
        </w:p>
        <w:p>
          <w:pPr>
            <w:pStyle w:val="ArchiveText"/>
          </w:pPr>
          <w:r>
            <w:rPr>
              <w:noProof/>
            </w:rPr>
            <w:t xml:space="preserve">  rfl</w:t>
          </w:r>
        </w:p>
        <w:p>
          <w:pPr>
            <w:pStyle w:val="ArchiveText"/>
          </w:pPr>
          <w:r>
            <w:rPr>
              <w:noProof/>
            </w:rPr>
          </w:r>
        </w:p>
        <w:p>
          <w:pPr>
            <w:pStyle w:val="ArchiveText"/>
          </w:pPr>
          <w:r>
            <w:rPr>
              <w:noProof/>
            </w:rPr>
            <w:t>theorem real_time_semigroup (t u : ℝ) (α z : V) :</w:t>
          </w:r>
        </w:p>
        <w:p>
          <w:pPr>
            <w:pStyle w:val="ArchiveText"/>
          </w:pPr>
          <w:r>
            <w:rPr>
              <w:noProof/>
            </w:rPr>
            <w:t xml:space="preserve">    homothety (lam^t) α (homothety (lam^u) α z) = homothety (lam^(t+u)) α z := by</w:t>
          </w:r>
        </w:p>
        <w:p>
          <w:pPr>
            <w:pStyle w:val="ArchiveText"/>
          </w:pPr>
          <w:r>
            <w:rPr>
              <w:noProof/>
            </w:rPr>
            <w:t xml:space="preserve">  rw [homothety_comp, Real.rpow_add lam_pos]</w:t>
          </w:r>
        </w:p>
        <w:p>
          <w:pPr>
            <w:pStyle w:val="ArchiveText"/>
          </w:pPr>
          <w:r>
            <w:rPr>
              <w:noProof/>
            </w:rPr>
          </w:r>
        </w:p>
        <w:p>
          <w:pPr>
            <w:pStyle w:val="ArchiveText"/>
          </w:pPr>
          <w:r>
            <w:rPr>
              <w:noProof/>
            </w:rPr>
            <w:t>theorem arbitrary_intercept_defect (L : V →ₗ[ℝ] ℝ) (k b : ℝ) (α z : V) :</w:t>
          </w:r>
        </w:p>
        <w:p>
          <w:pPr>
            <w:pStyle w:val="ArchiveText"/>
          </w:pPr>
          <w:r>
            <w:rPr>
              <w:noProof/>
            </w:rPr>
            <w:t xml:space="preserve">    (b + L (homothety k α z - α)) - Tk k (b + L (z - α)) =</w:t>
          </w:r>
        </w:p>
        <w:p>
          <w:pPr>
            <w:pStyle w:val="ArchiveText"/>
          </w:pPr>
          <w:r>
            <w:rPr>
              <w:noProof/>
            </w:rPr>
            <w:t xml:space="preserve">      (1-k)*(b-1) := by</w:t>
          </w:r>
        </w:p>
        <w:p>
          <w:pPr>
            <w:pStyle w:val="ArchiveText"/>
          </w:pPr>
          <w:r>
            <w:rPr>
              <w:noProof/>
            </w:rPr>
            <w:t xml:space="preserve">  simp only [homothety, Tk, add_sub_cancel_left, map_smul,smul_eq_mul]</w:t>
          </w:r>
        </w:p>
        <w:p>
          <w:pPr>
            <w:pStyle w:val="ArchiveText"/>
          </w:pPr>
          <w:r>
            <w:rPr>
              <w:noProof/>
            </w:rPr>
            <w:t xml:space="preserve">  ring</w:t>
          </w:r>
        </w:p>
        <w:p>
          <w:pPr>
            <w:pStyle w:val="ArchiveText"/>
          </w:pPr>
          <w:r>
            <w:rPr>
              <w:noProof/>
            </w:rPr>
          </w:r>
        </w:p>
        <w:p>
          <w:pPr>
            <w:pStyle w:val="ArchiveText"/>
          </w:pPr>
          <w:r>
            <w:rPr>
              <w:noProof/>
            </w:rPr>
            <w:t>def quantize (h y : ℝ) : ℝ := h * (Int.floor (y/h) : ℝ)</w:t>
          </w:r>
        </w:p>
        <w:p>
          <w:pPr>
            <w:pStyle w:val="ArchiveText"/>
          </w:pPr>
          <w:r>
            <w:rPr>
              <w:noProof/>
            </w:rPr>
            <w:t>def quantizedStep (h y : ℝ) : ℝ := quantize h (lam*y)</w:t>
          </w:r>
        </w:p>
        <w:p>
          <w:pPr>
            <w:pStyle w:val="ArchiveText"/>
          </w:pPr>
          <w:r>
            <w:rPr>
              <w:noProof/>
            </w:rPr>
          </w:r>
        </w:p>
        <w:p>
          <w:pPr>
            <w:pStyle w:val="ArchiveText"/>
          </w:pPr>
          <w:r>
            <w:rPr>
              <w:noProof/>
            </w:rPr>
            <w:t>theorem grid_interface (h : ℝ) (hh : 0 &lt; h) (d : ℤ) :</w:t>
          </w:r>
        </w:p>
        <w:p>
          <w:pPr>
            <w:pStyle w:val="ArchiveText"/>
          </w:pPr>
          <w:r>
            <w:rPr>
              <w:noProof/>
            </w:rPr>
            <w:t xml:space="preserve">    quantizedStep h (h*d) = h * (Int.floor (lam*d) : ℝ) := by</w:t>
          </w:r>
        </w:p>
        <w:p>
          <w:pPr>
            <w:pStyle w:val="ArchiveText"/>
          </w:pPr>
          <w:r>
            <w:rPr>
              <w:noProof/>
            </w:rPr>
            <w:t xml:space="preserve">  unfold quantizedStep quantize</w:t>
          </w:r>
        </w:p>
        <w:p>
          <w:pPr>
            <w:pStyle w:val="ArchiveText"/>
          </w:pPr>
          <w:r>
            <w:rPr>
              <w:noProof/>
            </w:rPr>
            <w:t xml:space="preserve">  have he : lam*(h*(d:ℝ))/h=lam*d := by</w:t>
          </w:r>
        </w:p>
        <w:p>
          <w:pPr>
            <w:pStyle w:val="ArchiveText"/>
          </w:pPr>
          <w:r>
            <w:rPr>
              <w:noProof/>
            </w:rPr>
            <w:t xml:space="preserve">    field_simp</w:t>
          </w:r>
        </w:p>
        <w:p>
          <w:pPr>
            <w:pStyle w:val="ArchiveText"/>
          </w:pPr>
          <w:r>
            <w:rPr>
              <w:noProof/>
            </w:rPr>
            <w:t xml:space="preserve">    &lt;;&gt; ring</w:t>
          </w:r>
        </w:p>
        <w:p>
          <w:pPr>
            <w:pStyle w:val="ArchiveText"/>
          </w:pPr>
          <w:r>
            <w:rPr>
              <w:noProof/>
            </w:rPr>
            <w:t xml:space="preserve">  rw [he]</w:t>
          </w:r>
        </w:p>
        <w:p>
          <w:pPr>
            <w:pStyle w:val="ArchiveText"/>
          </w:pPr>
          <w:r>
            <w:rPr>
              <w:noProof/>
            </w:rPr>
          </w:r>
        </w:p>
        <w:p>
          <w:pPr>
            <w:pStyle w:val="ArchiveText"/>
          </w:pPr>
          <w:r>
            <w:rPr>
              <w:noProof/>
            </w:rPr>
            <w:t>end</w:t>
          </w:r>
        </w:p>
        <w:p>
          <w:pPr>
            <w:pStyle w:val="ArchiveText"/>
          </w:pPr>
          <w:r>
            <w:rPr>
              <w:noProof/>
            </w:rPr>
            <w:t>end Omega</w:t>
          </w:r>
        </w:p>
        <w:p>
          <w:pPr>
            <w:pStyle w:val="ArchiveText"/>
          </w:pPr>
          <w:r>
            <w:rPr>
              <w:noProof/>
            </w:rPr>
          </w:r>
        </w:p>
      </w:sdtContent>
    </w:sdt>
    <w:p>
      <w:bookmarkStart w:id="2" w:name="archive_02"/>
      <w:pPr>
        <w:pStyle w:val="Heading1"/>
        <w:pageBreakBefore w:val="0"/>
      </w:pPr>
      <w:r>
        <w:t>File 02</w:t>
      </w:r>
      <w:bookmarkEnd w:id="2"/>
    </w:p>
    <w:p>
      <w:pPr>
        <w:pStyle w:val="ArchivePath"/>
      </w:pPr>
      <w:r>
        <w:t>OMEGA_NAUGHT_Lean_Proof_v0.1/Omega/AxiomAudit.lean</w:t>
      </w:r>
    </w:p>
    <w:p>
      <w:pPr>
        <w:pStyle w:val="ArchiveMeta"/>
      </w:pPr>
      <w:r>
        <w:t>5,645 bytes  |  151 original line breaks</w:t>
      </w:r>
    </w:p>
    <w:sdt>
      <w:sdtPr>
        <w:tag w:val="archive-file:OMEGA_NAUGHT_Lean_Proof_v0.1/Omega/AxiomAudit.lean"/>
        <w:alias w:val="OMEGA_NAUGHT_Lean_Proof_v0.1/Omega/AxiomAudit.lean"/>
      </w:sdtPr>
      <w:sdtContent>
        <w:p>
          <w:pPr>
            <w:pStyle w:val="ArchiveText"/>
          </w:pPr>
          <w:r>
            <w:rPr>
              <w:noProof/>
            </w:rPr>
            <w:t>import Omega.Main</w:t>
          </w:r>
        </w:p>
        <w:p>
          <w:pPr>
            <w:pStyle w:val="ArchiveText"/>
          </w:pPr>
          <w:r>
            <w:rPr>
              <w:noProof/>
            </w:rPr>
          </w:r>
        </w:p>
        <w:p>
          <w:pPr>
            <w:pStyle w:val="ArchiveText"/>
          </w:pPr>
          <w:r>
            <w:rPr>
              <w:noProof/>
            </w:rPr>
            <w:t>/-! Every project theorem's transitive axiom dependencies. -/</w:t>
          </w:r>
        </w:p>
        <w:p>
          <w:pPr>
            <w:pStyle w:val="ArchiveText"/>
          </w:pPr>
          <w:r>
            <w:rPr>
              <w:noProof/>
            </w:rPr>
          </w:r>
        </w:p>
        <w:p>
          <w:pPr>
            <w:pStyle w:val="ArchiveText"/>
          </w:pPr>
          <w:r>
            <w:rPr>
              <w:noProof/>
            </w:rPr>
            <w:t>#print axioms Omega.weighted_mean</w:t>
          </w:r>
        </w:p>
        <w:p>
          <w:pPr>
            <w:pStyle w:val="ArchiveText"/>
          </w:pPr>
          <w:r>
            <w:rPr>
              <w:noProof/>
            </w:rPr>
            <w:t>#print axioms Omega.displacement_conjugacy</w:t>
          </w:r>
        </w:p>
        <w:p>
          <w:pPr>
            <w:pStyle w:val="ArchiveText"/>
          </w:pPr>
          <w:r>
            <w:rPr>
              <w:noProof/>
            </w:rPr>
            <w:t>#print axioms Omega.affine_iterate</w:t>
          </w:r>
        </w:p>
        <w:p>
          <w:pPr>
            <w:pStyle w:val="ArchiveText"/>
          </w:pPr>
          <w:r>
            <w:rPr>
              <w:noProof/>
            </w:rPr>
            <w:t>#print axioms Omega.homothety_comp</w:t>
          </w:r>
        </w:p>
        <w:p>
          <w:pPr>
            <w:pStyle w:val="ArchiveText"/>
          </w:pPr>
          <w:r>
            <w:rPr>
              <w:noProof/>
            </w:rPr>
            <w:t>#print axioms Omega.homothety_one</w:t>
          </w:r>
        </w:p>
        <w:p>
          <w:pPr>
            <w:pStyle w:val="ArchiveText"/>
          </w:pPr>
          <w:r>
            <w:rPr>
              <w:noProof/>
            </w:rPr>
            <w:t>#print axioms Omega.observation_commutes</w:t>
          </w:r>
        </w:p>
        <w:p>
          <w:pPr>
            <w:pStyle w:val="ArchiveText"/>
          </w:pPr>
          <w:r>
            <w:rPr>
              <w:noProof/>
            </w:rPr>
            <w:t>#print axioms Omega.observation_iterate</w:t>
          </w:r>
        </w:p>
        <w:p>
          <w:pPr>
            <w:pStyle w:val="ArchiveText"/>
          </w:pPr>
          <w:r>
            <w:rPr>
              <w:noProof/>
            </w:rPr>
            <w:t>#print axioms Omega.real_time_semigroup</w:t>
          </w:r>
        </w:p>
        <w:p>
          <w:pPr>
            <w:pStyle w:val="ArchiveText"/>
          </w:pPr>
          <w:r>
            <w:rPr>
              <w:noProof/>
            </w:rPr>
            <w:t>#print axioms Omega.arbitrary_intercept_defect</w:t>
          </w:r>
        </w:p>
        <w:p>
          <w:pPr>
            <w:pStyle w:val="ArchiveText"/>
          </w:pPr>
          <w:r>
            <w:rPr>
              <w:noProof/>
            </w:rPr>
            <w:t>#print axioms Omega.grid_interface</w:t>
          </w:r>
        </w:p>
        <w:p>
          <w:pPr>
            <w:pStyle w:val="ArchiveText"/>
          </w:pPr>
          <w:r>
            <w:rPr>
              <w:noProof/>
            </w:rPr>
            <w:t>#print axioms Omega.phi_pos</w:t>
          </w:r>
        </w:p>
        <w:p>
          <w:pPr>
            <w:pStyle w:val="ArchiveText"/>
          </w:pPr>
          <w:r>
            <w:rPr>
              <w:noProof/>
            </w:rPr>
            <w:t>#print axioms Omega.phi_sq</w:t>
          </w:r>
        </w:p>
        <w:p>
          <w:pPr>
            <w:pStyle w:val="ArchiveText"/>
          </w:pPr>
          <w:r>
            <w:rPr>
              <w:noProof/>
            </w:rPr>
            <w:t>#print axioms Omega.phi_bounds</w:t>
          </w:r>
        </w:p>
        <w:p>
          <w:pPr>
            <w:pStyle w:val="ArchiveText"/>
          </w:pPr>
          <w:r>
            <w:rPr>
              <w:noProof/>
            </w:rPr>
            <w:t>#print axioms Omega.denominator_pos</w:t>
          </w:r>
        </w:p>
        <w:p>
          <w:pPr>
            <w:pStyle w:val="ArchiveText"/>
          </w:pPr>
          <w:r>
            <w:rPr>
              <w:noProof/>
            </w:rPr>
            <w:t>#print axioms Omega.lam_pos</w:t>
          </w:r>
        </w:p>
        <w:p>
          <w:pPr>
            <w:pStyle w:val="ArchiveText"/>
          </w:pPr>
          <w:r>
            <w:rPr>
              <w:noProof/>
            </w:rPr>
            <w:t>#print axioms Omega.lam_lt_one</w:t>
          </w:r>
        </w:p>
        <w:p>
          <w:pPr>
            <w:pStyle w:val="ArchiveText"/>
          </w:pPr>
          <w:r>
            <w:rPr>
              <w:noProof/>
            </w:rPr>
            <w:t>#print axioms Omega.shares_sum</w:t>
          </w:r>
        </w:p>
        <w:p>
          <w:pPr>
            <w:pStyle w:val="ArchiveText"/>
          </w:pPr>
          <w:r>
            <w:rPr>
              <w:noProof/>
            </w:rPr>
            <w:t>#print axioms Omega.mu_eq_one_sub</w:t>
          </w:r>
        </w:p>
        <w:p>
          <w:pPr>
            <w:pStyle w:val="ArchiveText"/>
          </w:pPr>
          <w:r>
            <w:rPr>
              <w:noProof/>
            </w:rPr>
            <w:t>#print axioms Omega.lam_bounds</w:t>
          </w:r>
        </w:p>
        <w:p>
          <w:pPr>
            <w:pStyle w:val="ArchiveText"/>
          </w:pPr>
          <w:r>
            <w:rPr>
              <w:noProof/>
            </w:rPr>
            <w:t>#print axioms Omega.q_lt_lam</w:t>
          </w:r>
        </w:p>
        <w:p>
          <w:pPr>
            <w:pStyle w:val="ArchiveText"/>
          </w:pPr>
          <w:r>
            <w:rPr>
              <w:noProof/>
            </w:rPr>
            <w:t>#print axioms Omega.lam_lt_q_plus</w:t>
          </w:r>
        </w:p>
        <w:p>
          <w:pPr>
            <w:pStyle w:val="ArchiveText"/>
          </w:pPr>
          <w:r>
            <w:rPr>
              <w:noProof/>
            </w:rPr>
            <w:t>#print axioms Omega.delta_pos</w:t>
          </w:r>
        </w:p>
        <w:p>
          <w:pPr>
            <w:pStyle w:val="ArchiveText"/>
          </w:pPr>
          <w:r>
            <w:rPr>
              <w:noProof/>
            </w:rPr>
            <w:t>#print axioms Omega.delta_lt_half_pi</w:t>
          </w:r>
        </w:p>
        <w:p>
          <w:pPr>
            <w:pStyle w:val="ArchiveText"/>
          </w:pPr>
          <w:r>
            <w:rPr>
              <w:noProof/>
            </w:rPr>
            <w:t>#print axioms Omega.s_pos</w:t>
          </w:r>
        </w:p>
        <w:p>
          <w:pPr>
            <w:pStyle w:val="ArchiveText"/>
          </w:pPr>
          <w:r>
            <w:rPr>
              <w:noProof/>
            </w:rPr>
            <w:t>#print axioms Omega.c_pos</w:t>
          </w:r>
        </w:p>
        <w:p>
          <w:pPr>
            <w:pStyle w:val="ArchiveText"/>
          </w:pPr>
          <w:r>
            <w:rPr>
              <w:noProof/>
            </w:rPr>
            <w:t>#print axioms Omega.sc_identity</w:t>
          </w:r>
        </w:p>
        <w:p>
          <w:pPr>
            <w:pStyle w:val="ArchiveText"/>
          </w:pPr>
          <w:r>
            <w:rPr>
              <w:noProof/>
            </w:rPr>
            <w:t>#print axioms Omega.one_arcsecond</w:t>
          </w:r>
        </w:p>
        <w:p>
          <w:pPr>
            <w:pStyle w:val="ArchiveText"/>
          </w:pPr>
          <w:r>
            <w:rPr>
              <w:noProof/>
            </w:rPr>
            <w:t>#print axioms Omega.seeds_distinct</w:t>
          </w:r>
        </w:p>
        <w:p>
          <w:pPr>
            <w:pStyle w:val="ArchiveText"/>
          </w:pPr>
          <w:r>
            <w:rPr>
              <w:noProof/>
            </w:rPr>
            <w:t>#print axioms Omega.marks_collinear</w:t>
          </w:r>
        </w:p>
        <w:p>
          <w:pPr>
            <w:pStyle w:val="ArchiveText"/>
          </w:pPr>
          <w:r>
            <w:rPr>
              <w:noProof/>
            </w:rPr>
            <w:t>#print axioms Omega.marks_affine_dimension</w:t>
          </w:r>
        </w:p>
        <w:p>
          <w:pPr>
            <w:pStyle w:val="ArchiveText"/>
          </w:pPr>
          <w:r>
            <w:rPr>
              <w:noProof/>
            </w:rPr>
            <w:t>#print axioms Omega.seed_linear_combination</w:t>
          </w:r>
        </w:p>
        <w:p>
          <w:pPr>
            <w:pStyle w:val="ArchiveText"/>
          </w:pPr>
          <w:r>
            <w:rPr>
              <w:noProof/>
            </w:rPr>
            <w:t>#print axioms Omega.centered_span</w:t>
          </w:r>
        </w:p>
        <w:p>
          <w:pPr>
            <w:pStyle w:val="ArchiveText"/>
          </w:pPr>
          <w:r>
            <w:rPr>
              <w:noProof/>
            </w:rPr>
            <w:t>#print axioms Omega.center_relative_rank</w:t>
          </w:r>
        </w:p>
        <w:p>
          <w:pPr>
            <w:pStyle w:val="ArchiveText"/>
          </w:pPr>
          <w:r>
            <w:rPr>
              <w:noProof/>
            </w:rPr>
            <w:t>#print axioms Omega.center_adjoined_affine_dimension</w:t>
          </w:r>
        </w:p>
        <w:p>
          <w:pPr>
            <w:pStyle w:val="ArchiveText"/>
          </w:pPr>
          <w:r>
            <w:rPr>
              <w:noProof/>
            </w:rPr>
            <w:t>#print axioms Omega.moment_matrix</w:t>
          </w:r>
        </w:p>
        <w:p>
          <w:pPr>
            <w:pStyle w:val="ArchiveText"/>
          </w:pPr>
          <w:r>
            <w:rPr>
              <w:noProof/>
            </w:rPr>
            <w:t>#print axioms Omega.coordinates_rank</w:t>
          </w:r>
        </w:p>
        <w:p>
          <w:pPr>
            <w:pStyle w:val="ArchiveText"/>
          </w:pPr>
          <w:r>
            <w:rPr>
              <w:noProof/>
            </w:rPr>
            <w:t>#print axioms Omega.gram_rank</w:t>
          </w:r>
        </w:p>
        <w:p>
          <w:pPr>
            <w:pStyle w:val="ArchiveText"/>
          </w:pPr>
          <w:r>
            <w:rPr>
              <w:noProof/>
            </w:rPr>
            <w:t>#print axioms Omega.gram_entries</w:t>
          </w:r>
        </w:p>
        <w:p>
          <w:pPr>
            <w:pStyle w:val="ArchiveText"/>
          </w:pPr>
          <w:r>
            <w:rPr>
              <w:noProof/>
            </w:rPr>
            <w:t>#print axioms Omega.embedded_center_relative_rank</w:t>
          </w:r>
        </w:p>
        <w:p>
          <w:pPr>
            <w:pStyle w:val="ArchiveText"/>
          </w:pPr>
          <w:r>
            <w:rPr>
              <w:noProof/>
            </w:rPr>
            <w:t>#print axioms Omega.step_threshold</w:t>
          </w:r>
        </w:p>
        <w:p>
          <w:pPr>
            <w:pStyle w:val="ArchiveText"/>
          </w:pPr>
          <w:r>
            <w:rPr>
              <w:noProof/>
            </w:rPr>
            <w:t>#print axioms Omega.extinction_threshold</w:t>
          </w:r>
        </w:p>
        <w:p>
          <w:pPr>
            <w:pStyle w:val="ArchiveText"/>
          </w:pPr>
          <w:r>
            <w:rPr>
              <w:noProof/>
            </w:rPr>
            <w:t>#print axioms Omega.threshold_values</w:t>
          </w:r>
        </w:p>
        <w:p>
          <w:pPr>
            <w:pStyle w:val="ArchiveText"/>
          </w:pPr>
          <w:r>
            <w:rPr>
              <w:noProof/>
            </w:rPr>
            <w:t>#print axioms Omega.extinction_by_ten</w:t>
          </w:r>
        </w:p>
        <w:p>
          <w:pPr>
            <w:pStyle w:val="ArchiveText"/>
          </w:pPr>
          <w:r>
            <w:rPr>
              <w:noProof/>
            </w:rPr>
            <w:t>#print axioms Omega.deepest_seeds</w:t>
          </w:r>
        </w:p>
        <w:p>
          <w:pPr>
            <w:pStyle w:val="ArchiveText"/>
          </w:pPr>
          <w:r>
            <w:rPr>
              <w:noProof/>
            </w:rPr>
            <w:t>#print axioms Omega.all_twenty_three_steps</w:t>
          </w:r>
        </w:p>
        <w:p>
          <w:pPr>
            <w:pStyle w:val="ArchiveText"/>
          </w:pPr>
          <w:r>
            <w:rPr>
              <w:noProof/>
            </w:rPr>
            <w:t>#print axioms Omega.gcd_constants</w:t>
          </w:r>
        </w:p>
        <w:p>
          <w:pPr>
            <w:pStyle w:val="ArchiveText"/>
          </w:pPr>
          <w:r>
            <w:rPr>
              <w:noProof/>
            </w:rPr>
            <w:t>#print axioms Omega.inverse_identity</w:t>
          </w:r>
        </w:p>
        <w:p>
          <w:pPr>
            <w:pStyle w:val="ArchiveText"/>
          </w:pPr>
          <w:r>
            <w:rPr>
              <w:noProof/>
            </w:rPr>
            <w:t>#print axioms Omega.remainder_halved</w:t>
          </w:r>
        </w:p>
        <w:p>
          <w:pPr>
            <w:pStyle w:val="ArchiveText"/>
          </w:pPr>
          <w:r>
            <w:rPr>
              <w:noProof/>
            </w:rPr>
            <w:t>#print axioms Omega.first_remainder_reconstruction</w:t>
          </w:r>
        </w:p>
        <w:p>
          <w:pPr>
            <w:pStyle w:val="ArchiveText"/>
          </w:pPr>
          <w:r>
            <w:rPr>
              <w:noProof/>
            </w:rPr>
            <w:t>#print axioms Omega.first_remainder_injective</w:t>
          </w:r>
        </w:p>
        <w:p>
          <w:pPr>
            <w:pStyle w:val="ArchiveText"/>
          </w:pPr>
          <w:r>
            <w:rPr>
              <w:noProof/>
            </w:rPr>
            <w:t>#print axioms Omega.first_remainder_injective_domain</w:t>
          </w:r>
        </w:p>
        <w:p>
          <w:pPr>
            <w:pStyle w:val="ArchiveText"/>
          </w:pPr>
          <w:r>
            <w:rPr>
              <w:noProof/>
            </w:rPr>
            <w:t>#print axioms Omega.finite_gap_certificate</w:t>
          </w:r>
        </w:p>
        <w:p>
          <w:pPr>
            <w:pStyle w:val="ArchiveText"/>
          </w:pPr>
          <w:r>
            <w:rPr>
              <w:noProof/>
            </w:rPr>
            <w:t>#print axioms Omega.certified_gap</w:t>
          </w:r>
        </w:p>
        <w:p>
          <w:pPr>
            <w:pStyle w:val="ArchiveText"/>
          </w:pPr>
          <w:r>
            <w:rPr>
              <w:noProof/>
            </w:rPr>
            <w:t>#print axioms Omega.minimum_gap_attained</w:t>
          </w:r>
        </w:p>
        <w:p>
          <w:pPr>
            <w:pStyle w:val="ArchiveText"/>
          </w:pPr>
          <w:r>
            <w:rPr>
              <w:noProof/>
            </w:rPr>
            <w:t>#print axioms Omega.finite_certificate_inequality</w:t>
          </w:r>
        </w:p>
        <w:p>
          <w:pPr>
            <w:pStyle w:val="ArchiveText"/>
          </w:pPr>
          <w:r>
            <w:rPr>
              <w:noProof/>
            </w:rPr>
            <w:t>#print axioms Omega.S_pos</w:t>
          </w:r>
        </w:p>
        <w:p>
          <w:pPr>
            <w:pStyle w:val="ArchiveText"/>
          </w:pPr>
          <w:r>
            <w:rPr>
              <w:noProof/>
            </w:rPr>
            <w:t>#print axioms Omega.Q_pos</w:t>
          </w:r>
        </w:p>
        <w:p>
          <w:pPr>
            <w:pStyle w:val="ArchiveText"/>
          </w:pPr>
          <w:r>
            <w:rPr>
              <w:noProof/>
            </w:rPr>
            <w:t>#print axioms Omega.Q_lt_S</w:t>
          </w:r>
        </w:p>
        <w:p>
          <w:pPr>
            <w:pStyle w:val="ArchiveText"/>
          </w:pPr>
          <w:r>
            <w:rPr>
              <w:noProof/>
            </w:rPr>
            <w:t>#print axioms Omega.division_identity</w:t>
          </w:r>
        </w:p>
        <w:p>
          <w:pPr>
            <w:pStyle w:val="ArchiveText"/>
          </w:pPr>
          <w:r>
            <w:rPr>
              <w:noProof/>
            </w:rPr>
            <w:t>#print axioms Omega.remainder_bound</w:t>
          </w:r>
        </w:p>
        <w:p>
          <w:pPr>
            <w:pStyle w:val="ArchiveText"/>
          </w:pPr>
          <w:r>
            <w:rPr>
              <w:noProof/>
            </w:rPr>
            <w:t>#print axioms Omega.step_zero</w:t>
          </w:r>
        </w:p>
        <w:p>
          <w:pPr>
            <w:pStyle w:val="ArchiveText"/>
          </w:pPr>
          <w:r>
            <w:rPr>
              <w:noProof/>
            </w:rPr>
            <w:t>#print axioms Omega.step_lt</w:t>
          </w:r>
        </w:p>
        <w:p>
          <w:pPr>
            <w:pStyle w:val="ArchiveText"/>
          </w:pPr>
          <w:r>
            <w:rPr>
              <w:noProof/>
            </w:rPr>
            <w:t>#print axioms Omega.step_le</w:t>
          </w:r>
        </w:p>
        <w:p>
          <w:pPr>
            <w:pStyle w:val="ArchiveText"/>
          </w:pPr>
          <w:r>
            <w:rPr>
              <w:noProof/>
            </w:rPr>
            <w:t>#print axioms Omega.forward_invariant</w:t>
          </w:r>
        </w:p>
        <w:p>
          <w:pPr>
            <w:pStyle w:val="ArchiveText"/>
          </w:pPr>
          <w:r>
            <w:rPr>
              <w:noProof/>
            </w:rPr>
            <w:t>#print axioms Omega.step_monotone</w:t>
          </w:r>
        </w:p>
        <w:p>
          <w:pPr>
            <w:pStyle w:val="ArchiveText"/>
          </w:pPr>
          <w:r>
            <w:rPr>
              <w:noProof/>
            </w:rPr>
            <w:t>#print axioms Omega.q_in_interval</w:t>
          </w:r>
        </w:p>
        <w:p>
          <w:pPr>
            <w:pStyle w:val="ArchiveText"/>
          </w:pPr>
          <w:r>
            <w:rPr>
              <w:noProof/>
            </w:rPr>
            <w:t>#print axioms Omega.lam_in_interval</w:t>
          </w:r>
        </w:p>
        <w:p>
          <w:pPr>
            <w:pStyle w:val="ArchiveText"/>
          </w:pPr>
          <w:r>
            <w:rPr>
              <w:noProof/>
            </w:rPr>
            <w:t>#print axioms Omega.floor_q</w:t>
          </w:r>
        </w:p>
        <w:p>
          <w:pPr>
            <w:pStyle w:val="ArchiveText"/>
          </w:pPr>
          <w:r>
            <w:rPr>
              <w:noProof/>
            </w:rPr>
            <w:t>#print axioms Omega.no_interior_boundary</w:t>
          </w:r>
        </w:p>
        <w:p>
          <w:pPr>
            <w:pStyle w:val="ArchiveText"/>
          </w:pPr>
          <w:r>
            <w:rPr>
              <w:noProof/>
            </w:rPr>
            <w:t>#print axioms Omega.floor_agreement_of_interval</w:t>
          </w:r>
        </w:p>
        <w:p>
          <w:pPr>
            <w:pStyle w:val="ArchiveText"/>
          </w:pPr>
          <w:r>
            <w:rPr>
              <w:noProof/>
            </w:rPr>
            <w:t>#print axioms Omega.exact_parameter_interval</w:t>
          </w:r>
        </w:p>
        <w:p>
          <w:pPr>
            <w:pStyle w:val="ArchiveText"/>
          </w:pPr>
          <w:r>
            <w:rPr>
              <w:noProof/>
            </w:rPr>
            <w:t>#print axioms Omega.certified_floor_equality</w:t>
          </w:r>
        </w:p>
        <w:p>
          <w:pPr>
            <w:pStyle w:val="ArchiveText"/>
          </w:pPr>
          <w:r>
            <w:rPr>
              <w:noProof/>
            </w:rPr>
            <w:t>#print axioms Omega.trajectory_equality</w:t>
          </w:r>
        </w:p>
        <w:p>
          <w:pPr>
            <w:pStyle w:val="ArchiveText"/>
          </w:pPr>
          <w:r>
            <w:rPr>
              <w:noProof/>
            </w:rPr>
            <w:t>#print axioms Omega.truncation_le</w:t>
          </w:r>
        </w:p>
        <w:p>
          <w:pPr>
            <w:pStyle w:val="ArchiveText"/>
          </w:pPr>
          <w:r>
            <w:rPr>
              <w:noProof/>
            </w:rPr>
            <w:t>#print axioms Omega.truncation_succ</w:t>
          </w:r>
        </w:p>
        <w:p>
          <w:pPr>
            <w:pStyle w:val="ArchiveText"/>
          </w:pPr>
          <w:r>
            <w:rPr>
              <w:noProof/>
            </w:rPr>
            <w:t>#print axioms Omega.truncation_monotone</w:t>
          </w:r>
        </w:p>
        <w:p>
          <w:pPr>
            <w:pStyle w:val="ArchiveText"/>
          </w:pPr>
          <w:r>
            <w:rPr>
              <w:noProof/>
            </w:rPr>
            <w:t>#print axioms Omega.truncation_seven</w:t>
          </w:r>
        </w:p>
        <w:p>
          <w:pPr>
            <w:pStyle w:val="ArchiveText"/>
          </w:pPr>
          <w:r>
            <w:rPr>
              <w:noProof/>
            </w:rPr>
            <w:t>#print axioms Omega.truncation_eight</w:t>
          </w:r>
        </w:p>
        <w:p>
          <w:pPr>
            <w:pStyle w:val="ArchiveText"/>
          </w:pPr>
          <w:r>
            <w:rPr>
              <w:noProof/>
            </w:rPr>
            <w:t>#print axioms Omega.precision_threshold</w:t>
          </w:r>
        </w:p>
        <w:p>
          <w:pPr>
            <w:pStyle w:val="ArchiveText"/>
          </w:pPr>
          <w:r>
            <w:rPr>
              <w:noProof/>
            </w:rPr>
            <w:t>#print axioms Omega.arc_length</w:t>
          </w:r>
        </w:p>
        <w:p>
          <w:pPr>
            <w:pStyle w:val="ArchiveText"/>
          </w:pPr>
          <w:r>
            <w:rPr>
              <w:noProof/>
            </w:rPr>
            <w:t>#print axioms Omega.semicircle_retained</w:t>
          </w:r>
        </w:p>
        <w:p>
          <w:pPr>
            <w:pStyle w:val="ArchiveText"/>
          </w:pPr>
          <w:r>
            <w:rPr>
              <w:noProof/>
            </w:rPr>
            <w:t>#print axioms Omega.semicircle_in_outline</w:t>
          </w:r>
        </w:p>
        <w:p>
          <w:pPr>
            <w:pStyle w:val="ArchiveText"/>
          </w:pPr>
          <w:r>
            <w:rPr>
              <w:noProof/>
            </w:rPr>
            <w:t>#print axioms Omega.major_arc_no_retracing</w:t>
          </w:r>
        </w:p>
        <w:p>
          <w:pPr>
            <w:pStyle w:val="ArchiveText"/>
          </w:pPr>
          <w:r>
            <w:rPr>
              <w:noProof/>
            </w:rPr>
            <w:t>#print axioms Omega.upper_seed_endpoint</w:t>
          </w:r>
        </w:p>
        <w:p>
          <w:pPr>
            <w:pStyle w:val="ArchiveText"/>
          </w:pPr>
          <w:r>
            <w:rPr>
              <w:noProof/>
            </w:rPr>
            <w:t>#print axioms Omega.lower_seed_endpoint</w:t>
          </w:r>
        </w:p>
        <w:p>
          <w:pPr>
            <w:pStyle w:val="ArchiveText"/>
          </w:pPr>
          <w:r>
            <w:rPr>
              <w:noProof/>
            </w:rPr>
            <w:t>#print axioms Omega.mark_re</w:t>
          </w:r>
        </w:p>
        <w:p>
          <w:pPr>
            <w:pStyle w:val="ArchiveText"/>
          </w:pPr>
          <w:r>
            <w:rPr>
              <w:noProof/>
            </w:rPr>
            <w:t>#print axioms Omega.mark_im</w:t>
          </w:r>
        </w:p>
        <w:p>
          <w:pPr>
            <w:pStyle w:val="ArchiveText"/>
          </w:pPr>
          <w:r>
            <w:rPr>
              <w:noProof/>
            </w:rPr>
            <w:t>#print axioms Omega.bilateral_reflection</w:t>
          </w:r>
        </w:p>
        <w:p>
          <w:pPr>
            <w:pStyle w:val="ArchiveText"/>
          </w:pPr>
          <w:r>
            <w:rPr>
              <w:noProof/>
            </w:rPr>
            <w:t>#print axioms Omega.mark_distance</w:t>
          </w:r>
        </w:p>
        <w:p>
          <w:pPr>
            <w:pStyle w:val="ArchiveText"/>
          </w:pPr>
          <w:r>
            <w:rPr>
              <w:noProof/>
            </w:rPr>
            <w:t>#print axioms Omega.inner_extension_length</w:t>
          </w:r>
        </w:p>
        <w:p>
          <w:pPr>
            <w:pStyle w:val="ArchiveText"/>
          </w:pPr>
          <w:r>
            <w:rPr>
              <w:noProof/>
            </w:rPr>
            <w:t>#print axioms Omega.outer_extension_length</w:t>
          </w:r>
        </w:p>
        <w:p>
          <w:pPr>
            <w:pStyle w:val="ArchiveText"/>
          </w:pPr>
          <w:r>
            <w:rPr>
              <w:noProof/>
            </w:rPr>
            <w:t>#print axioms Omega.negative_outer_extension_length</w:t>
          </w:r>
        </w:p>
        <w:p>
          <w:pPr>
            <w:pStyle w:val="ArchiveText"/>
          </w:pPr>
          <w:r>
            <w:rPr>
              <w:noProof/>
            </w:rPr>
            <w:t>#print axioms Omega.total_extension_length</w:t>
          </w:r>
        </w:p>
        <w:p>
          <w:pPr>
            <w:pStyle w:val="ArchiveText"/>
          </w:pPr>
          <w:r>
            <w:rPr>
              <w:noProof/>
            </w:rPr>
            <w:t>#print axioms Omega.chord_length</w:t>
          </w:r>
        </w:p>
        <w:p>
          <w:pPr>
            <w:pStyle w:val="ArchiveText"/>
          </w:pPr>
          <w:r>
            <w:rPr>
              <w:noProof/>
            </w:rPr>
            <w:t>#print axioms Omega.outer_segment_retained</w:t>
          </w:r>
        </w:p>
        <w:p>
          <w:pPr>
            <w:pStyle w:val="ArchiveText"/>
          </w:pPr>
          <w:r>
            <w:rPr>
              <w:noProof/>
            </w:rPr>
            <w:t>#print axioms Omega.G_eq</w:t>
          </w:r>
        </w:p>
        <w:p>
          <w:pPr>
            <w:pStyle w:val="ArchiveText"/>
          </w:pPr>
          <w:r>
            <w:rPr>
              <w:noProof/>
            </w:rPr>
            <w:t>#print axioms Omega.C_eq</w:t>
          </w:r>
        </w:p>
        <w:p>
          <w:pPr>
            <w:pStyle w:val="ArchiveText"/>
          </w:pPr>
          <w:r>
            <w:rPr>
              <w:noProof/>
            </w:rPr>
            <w:t>#print axioms Omega.W_eq</w:t>
          </w:r>
        </w:p>
        <w:p>
          <w:pPr>
            <w:pStyle w:val="ArchiveText"/>
          </w:pPr>
          <w:r>
            <w:rPr>
              <w:noProof/>
            </w:rPr>
            <w:t>#print axioms Omega.geometric_provenance</w:t>
          </w:r>
        </w:p>
        <w:p>
          <w:pPr>
            <w:pStyle w:val="ArchiveText"/>
          </w:pPr>
          <w:r>
            <w:rPr>
              <w:noProof/>
            </w:rPr>
            <w:t>#print axioms Omega.outline_length</w:t>
          </w:r>
        </w:p>
        <w:p>
          <w:pPr>
            <w:pStyle w:val="ArchiveText"/>
          </w:pPr>
          <w:r>
            <w:rPr>
              <w:noProof/>
            </w:rPr>
            <w:t>#print axioms Omega.reference_not_outline</w:t>
          </w:r>
        </w:p>
        <w:p>
          <w:pPr>
            <w:pStyle w:val="ArchiveText"/>
          </w:pPr>
          <w:r>
            <w:rPr>
              <w:noProof/>
            </w:rPr>
            <w:t>#print axioms Omega.marked_coordinate_uniqueness</w:t>
          </w:r>
        </w:p>
        <w:p>
          <w:pPr>
            <w:pStyle w:val="ArchiveText"/>
          </w:pPr>
          <w:r>
            <w:rPr>
              <w:noProof/>
            </w:rPr>
            <w:t>#print axioms Omega.heights_strictly_ordered</w:t>
          </w:r>
        </w:p>
        <w:p>
          <w:pPr>
            <w:pStyle w:val="ArchiveText"/>
          </w:pPr>
          <w:r>
            <w:rPr>
              <w:noProof/>
            </w:rPr>
            <w:t>#print axioms Omega.sequential_extensions</w:t>
          </w:r>
        </w:p>
        <w:p>
          <w:pPr>
            <w:pStyle w:val="ArchiveText"/>
          </w:pPr>
          <w:r>
            <w:rPr>
              <w:noProof/>
            </w:rPr>
            <w:t>#print axioms Omega.scalar_roundtrip</w:t>
          </w:r>
        </w:p>
        <w:p>
          <w:pPr>
            <w:pStyle w:val="ArchiveText"/>
          </w:pPr>
          <w:r>
            <w:rPr>
              <w:noProof/>
            </w:rPr>
            <w:t>#print axioms Omega.scalar_bounds</w:t>
          </w:r>
        </w:p>
        <w:p>
          <w:pPr>
            <w:pStyle w:val="ArchiveText"/>
          </w:pPr>
          <w:r>
            <w:rPr>
              <w:noProof/>
            </w:rPr>
            <w:t>#print axioms Omega.scalar_canonical</w:t>
          </w:r>
        </w:p>
        <w:p>
          <w:pPr>
            <w:pStyle w:val="ArchiveText"/>
          </w:pPr>
          <w:r>
            <w:rPr>
              <w:noProof/>
            </w:rPr>
            <w:t>#print axioms Omega.rational_residual</w:t>
          </w:r>
        </w:p>
        <w:p>
          <w:pPr>
            <w:pStyle w:val="ArchiveText"/>
          </w:pPr>
          <w:r>
            <w:rPr>
              <w:noProof/>
            </w:rPr>
            <w:t>#print axioms Omega.real_residual</w:t>
          </w:r>
        </w:p>
        <w:p>
          <w:pPr>
            <w:pStyle w:val="ArchiveText"/>
          </w:pPr>
          <w:r>
            <w:rPr>
              <w:noProof/>
            </w:rPr>
            <w:t>#print axioms Omega.positive_residual_difference</w:t>
          </w:r>
        </w:p>
        <w:p>
          <w:pPr>
            <w:pStyle w:val="ArchiveText"/>
          </w:pPr>
          <w:r>
            <w:rPr>
              <w:noProof/>
            </w:rPr>
            <w:t>#print axioms Omega.grid_finite_interface</w:t>
          </w:r>
        </w:p>
        <w:p>
          <w:pPr>
            <w:pStyle w:val="ArchiveText"/>
          </w:pPr>
          <w:r>
            <w:rPr>
              <w:noProof/>
            </w:rPr>
            <w:t>#print axioms Omega.grid_trajectory</w:t>
          </w:r>
        </w:p>
        <w:p>
          <w:pPr>
            <w:pStyle w:val="ArchiveText"/>
          </w:pPr>
          <w:r>
            <w:rPr>
              <w:noProof/>
            </w:rPr>
            <w:t>#print axioms Omega.repeated_rounding_counterexample</w:t>
          </w:r>
        </w:p>
        <w:p>
          <w:pPr>
            <w:pStyle w:val="ArchiveText"/>
          </w:pPr>
          <w:r>
            <w:rPr>
              <w:noProof/>
            </w:rPr>
            <w:t>#print axioms Omega.ledger_interface</w:t>
          </w:r>
        </w:p>
        <w:p>
          <w:pPr>
            <w:pStyle w:val="ArchiveText"/>
          </w:pPr>
          <w:r>
            <w:rPr>
              <w:noProof/>
            </w:rPr>
            <w:t>#print axioms Omega.external_factorization</w:t>
          </w:r>
        </w:p>
        <w:p>
          <w:pPr>
            <w:pStyle w:val="ArchiveText"/>
          </w:pPr>
          <w:r>
            <w:rPr>
              <w:noProof/>
            </w:rPr>
            <w:t>#print axioms Omega.predecessor_inequalities</w:t>
          </w:r>
        </w:p>
        <w:p>
          <w:pPr>
            <w:pStyle w:val="ArchiveText"/>
          </w:pPr>
          <w:r>
            <w:rPr>
              <w:noProof/>
            </w:rPr>
            <w:t>#print axioms Omega.point_reconstruction</w:t>
          </w:r>
        </w:p>
        <w:p>
          <w:pPr>
            <w:pStyle w:val="ArchiveText"/>
          </w:pPr>
          <w:r>
            <w:rPr>
              <w:noProof/>
            </w:rPr>
            <w:t>#print axioms Omega.Ledger.euclidean_identity</w:t>
          </w:r>
        </w:p>
        <w:p>
          <w:pPr>
            <w:pStyle w:val="ArchiveText"/>
          </w:pPr>
          <w:r>
            <w:rPr>
              <w:noProof/>
            </w:rPr>
            <w:t>#print axioms Omega.Ledger.remainder_bounds</w:t>
          </w:r>
        </w:p>
        <w:p>
          <w:pPr>
            <w:pStyle w:val="ArchiveText"/>
          </w:pPr>
          <w:r>
            <w:rPr>
              <w:noProof/>
            </w:rPr>
            <w:t>#print axioms Omega.Ledger.one_step_inverse</w:t>
          </w:r>
        </w:p>
        <w:p>
          <w:pPr>
            <w:pStyle w:val="ArchiveText"/>
          </w:pPr>
          <w:r>
            <w:rPr>
              <w:noProof/>
            </w:rPr>
            <w:t>#print axioms Omega.Ledger.roundtrip</w:t>
          </w:r>
        </w:p>
        <w:p>
          <w:pPr>
            <w:pStyle w:val="ArchiveText"/>
          </w:pPr>
          <w:r>
            <w:rPr>
              <w:noProof/>
            </w:rPr>
            <w:t>#print axioms Omega.Ledger.encode_length</w:t>
          </w:r>
        </w:p>
        <w:p>
          <w:pPr>
            <w:pStyle w:val="ArchiveText"/>
          </w:pPr>
          <w:r>
            <w:rPr>
              <w:noProof/>
            </w:rPr>
            <w:t>#print axioms Omega.Ledger.generated_admissible</w:t>
          </w:r>
        </w:p>
        <w:p>
          <w:pPr>
            <w:pStyle w:val="ArchiveText"/>
          </w:pPr>
          <w:r>
            <w:rPr>
              <w:noProof/>
            </w:rPr>
            <w:t>#print axioms Omega.Ledger.canonical_division</w:t>
          </w:r>
        </w:p>
        <w:p>
          <w:pPr>
            <w:pStyle w:val="ArchiveText"/>
          </w:pPr>
          <w:r>
            <w:rPr>
              <w:noProof/>
            </w:rPr>
            <w:t>#print axioms Omega.Ledger.admissible_roundtrip</w:t>
          </w:r>
        </w:p>
        <w:p>
          <w:pPr>
            <w:pStyle w:val="ArchiveText"/>
          </w:pPr>
          <w:r>
            <w:rPr>
              <w:noProof/>
            </w:rPr>
            <w:t>#print axioms Omega.Ledger.encoding_injective</w:t>
          </w:r>
        </w:p>
        <w:p>
          <w:pPr>
            <w:pStyle w:val="ArchiveText"/>
          </w:pPr>
          <w:r>
            <w:rPr>
              <w:noProof/>
            </w:rPr>
            <w:t>#print axioms Omega.Ledger.admissibility_iff</w:t>
          </w:r>
        </w:p>
        <w:p>
          <w:pPr>
            <w:pStyle w:val="ArchiveText"/>
          </w:pPr>
          <w:r>
            <w:rPr>
              <w:noProof/>
            </w:rPr>
            <w:t>#print axioms Omega.Ledger.weighted_identity</w:t>
          </w:r>
        </w:p>
        <w:p>
          <w:pPr>
            <w:pStyle w:val="ArchiveText"/>
          </w:pPr>
          <w:r>
            <w:rPr>
              <w:noProof/>
            </w:rPr>
            <w:t>#print axioms Omega.Ledger.encoded_weighted_identity</w:t>
          </w:r>
        </w:p>
        <w:p>
          <w:pPr>
            <w:pStyle w:val="ArchiveText"/>
          </w:pPr>
          <w:r>
            <w:rPr>
              <w:noProof/>
            </w:rPr>
            <w:t>#print axioms Omega.Ledger.trajectory_reconstruction</w:t>
          </w:r>
        </w:p>
        <w:p>
          <w:pPr>
            <w:pStyle w:val="ArchiveText"/>
          </w:pPr>
          <w:r>
            <w:rPr>
              <w:noProof/>
            </w:rPr>
            <w:t>#print axioms Omega.central_provenance_theorem</w:t>
          </w:r>
        </w:p>
        <w:p>
          <w:pPr>
            <w:pStyle w:val="ArchiveText"/>
          </w:pPr>
          <w:r>
            <w:rPr>
              <w:noProof/>
            </w:rPr>
            <w:t>#print axioms Omega.mark_dot</w:t>
          </w:r>
        </w:p>
        <w:p>
          <w:pPr>
            <w:pStyle w:val="ArchiveText"/>
          </w:pPr>
          <w:r>
            <w:rPr>
              <w:noProof/>
            </w:rPr>
            <w:t>#print axioms Omega.mark_radius</w:t>
          </w:r>
        </w:p>
        <w:p>
          <w:pPr>
            <w:pStyle w:val="ArchiveText"/>
          </w:pPr>
          <w:r>
            <w:rPr>
              <w:noProof/>
            </w:rPr>
            <w:t>#print axioms Omega.mark_angle_cosine</w:t>
          </w:r>
        </w:p>
        <w:p>
          <w:pPr>
            <w:pStyle w:val="ArchiveText"/>
          </w:pPr>
          <w:r>
            <w:rPr>
              <w:noProof/>
            </w:rPr>
            <w:t>#print axioms Omega.seed_angle</w:t>
          </w:r>
        </w:p>
        <w:p>
          <w:pPr>
            <w:pStyle w:val="ArchiveText"/>
          </w:pPr>
          <w:r>
            <w:rPr>
              <w:noProof/>
            </w:rPr>
            <w:t>#print axioms Omega.triangle_area</w:t>
          </w:r>
        </w:p>
        <w:p>
          <w:pPr>
            <w:pStyle w:val="ArchiveText"/>
          </w:pPr>
          <w:r>
            <w:rPr>
              <w:noProof/>
            </w:rPr>
            <w:t>#print axioms Omega.placed_distance</w:t>
          </w:r>
        </w:p>
        <w:p>
          <w:pPr>
            <w:pStyle w:val="ArchiveText"/>
          </w:pPr>
          <w:r>
            <w:rPr>
              <w:noProof/>
            </w:rPr>
            <w:t>#print axioms Omega.placed_arc_derivative</w:t>
          </w:r>
        </w:p>
        <w:p>
          <w:pPr>
            <w:pStyle w:val="ArchiveText"/>
          </w:pPr>
          <w:r>
            <w:rPr>
              <w:noProof/>
            </w:rPr>
            <w:t>#print axioms Omega.placed_G</w:t>
          </w:r>
        </w:p>
        <w:p>
          <w:pPr>
            <w:pStyle w:val="ArchiveText"/>
          </w:pPr>
          <w:r>
            <w:rPr>
              <w:noProof/>
            </w:rPr>
            <w:t>#print axioms Omega.placed_C</w:t>
          </w:r>
        </w:p>
        <w:p>
          <w:pPr>
            <w:pStyle w:val="ArchiveText"/>
          </w:pPr>
          <w:r>
            <w:rPr>
              <w:noProof/>
            </w:rPr>
            <w:t>#print axioms Omega.provenance_all_placements</w:t>
          </w:r>
        </w:p>
        <w:p>
          <w:pPr>
            <w:pStyle w:val="ArchiveText"/>
          </w:pPr>
          <w:r>
            <w:rPr>
              <w:noProof/>
            </w:rPr>
            <w:t>#print axioms Omega.mark_scale</w:t>
          </w:r>
        </w:p>
        <w:p>
          <w:pPr>
            <w:pStyle w:val="ArchiveText"/>
          </w:pPr>
          <w:r>
            <w:rPr>
              <w:noProof/>
            </w:rPr>
            <w:t>#print axioms Omega.circle_scale</w:t>
          </w:r>
        </w:p>
        <w:p>
          <w:pPr>
            <w:pStyle w:val="ArchiveText"/>
          </w:pPr>
          <w:r>
            <w:rPr>
              <w:noProof/>
            </w:rPr>
            <w:t>#print axioms Omega.outline_scale</w:t>
          </w:r>
        </w:p>
        <w:p>
          <w:pPr>
            <w:pStyle w:val="ArchiveText"/>
          </w:pPr>
          <w:r>
            <w:rPr>
              <w:noProof/>
            </w:rPr>
            <w:t>#print axioms Omega.placed_homothety</w:t>
          </w:r>
        </w:p>
        <w:p>
          <w:pPr>
            <w:pStyle w:val="ArchiveText"/>
          </w:pPr>
          <w:r>
            <w:rPr>
              <w:noProof/>
            </w:rPr>
            <w:t>#print axioms Omega.readout_scale</w:t>
          </w:r>
        </w:p>
        <w:p>
          <w:pPr>
            <w:pStyle w:val="ArchiveText"/>
          </w:pPr>
          <w:r>
            <w:rPr>
              <w:noProof/>
            </w:rPr>
            <w:t>#print axioms Omega.curve_reconstruction</w:t>
          </w:r>
        </w:p>
        <w:p>
          <w:pPr>
            <w:pStyle w:val="ArchiveText"/>
          </w:pPr>
          <w:r>
            <w:rPr>
              <w:noProof/>
            </w:rPr>
          </w:r>
        </w:p>
      </w:sdtContent>
    </w:sdt>
    <w:p>
      <w:bookmarkStart w:id="3" w:name="archive_03"/>
      <w:pPr>
        <w:pStyle w:val="Heading1"/>
        <w:pageBreakBefore w:val="0"/>
      </w:pPr>
      <w:r>
        <w:t>File 03</w:t>
      </w:r>
      <w:bookmarkEnd w:id="3"/>
    </w:p>
    <w:p>
      <w:pPr>
        <w:pStyle w:val="ArchivePath"/>
      </w:pPr>
      <w:r>
        <w:t>OMEGA_NAUGHT_Lean_Proof_v0.1/Omega/Constants.lean</w:t>
      </w:r>
    </w:p>
    <w:p>
      <w:pPr>
        <w:pStyle w:val="ArchiveMeta"/>
      </w:pPr>
      <w:r>
        <w:t>2,693 bytes  |  100 original line breaks</w:t>
      </w:r>
    </w:p>
    <w:sdt>
      <w:sdtPr>
        <w:tag w:val="archive-file:OMEGA_NAUGHT_Lean_Proof_v0.1/Omega/Constants.lean"/>
        <w:alias w:val="OMEGA_NAUGHT_Lean_Proof_v0.1/Omega/Constants.lean"/>
      </w:sdtPr>
      <w:sdtContent>
        <w:p>
          <w:pPr>
            <w:pStyle w:val="ArchiveText"/>
          </w:pPr>
          <w:r>
            <w:rPr>
              <w:noProof/>
            </w:rPr>
            <w:t>import Mathlib.Data.Real.Pi.Bounds</w:t>
          </w:r>
        </w:p>
        <w:p>
          <w:pPr>
            <w:pStyle w:val="ArchiveText"/>
          </w:pPr>
          <w:r>
            <w:rPr>
              <w:noProof/>
            </w:rPr>
            <w:t>import Mathlib.Tactic.Linarith</w:t>
          </w:r>
        </w:p>
        <w:p>
          <w:pPr>
            <w:pStyle w:val="ArchiveText"/>
          </w:pPr>
          <w:r>
            <w:rPr>
              <w:noProof/>
            </w:rPr>
            <w:t>import Mathlib.Tactic.FieldSimp</w:t>
          </w:r>
        </w:p>
        <w:p>
          <w:pPr>
            <w:pStyle w:val="ArchiveText"/>
          </w:pPr>
          <w:r>
            <w:rPr>
              <w:noProof/>
            </w:rPr>
            <w:t>import Mathlib.Tactic.Positivity</w:t>
          </w:r>
        </w:p>
        <w:p>
          <w:pPr>
            <w:pStyle w:val="ArchiveText"/>
          </w:pPr>
          <w:r>
            <w:rPr>
              <w:noProof/>
            </w:rPr>
            <w:t>import Mathlib.Tactic.Ring</w:t>
          </w:r>
        </w:p>
        <w:p>
          <w:pPr>
            <w:pStyle w:val="ArchiveText"/>
          </w:pPr>
          <w:r>
            <w:rPr>
              <w:noProof/>
            </w:rPr>
          </w:r>
        </w:p>
        <w:p>
          <w:pPr>
            <w:pStyle w:val="ArchiveText"/>
          </w:pPr>
          <w:r>
            <w:rPr>
              <w:noProof/>
            </w:rPr>
            <w:t>/-! Exact real constants. All decimal bounds below denote rational numbers.</w:t>
          </w:r>
        </w:p>
        <w:p>
          <w:pPr>
            <w:pStyle w:val="ArchiveText"/>
          </w:pPr>
          <w:r>
            <w:rPr>
              <w:noProof/>
            </w:rPr>
            <w:t>No floating point, external evaluator, or project axioms are used. -/</w:t>
          </w:r>
        </w:p>
        <w:p>
          <w:pPr>
            <w:pStyle w:val="ArchiveText"/>
          </w:pPr>
          <w:r>
            <w:rPr>
              <w:noProof/>
            </w:rPr>
            <w:t>namespace Omega</w:t>
          </w:r>
        </w:p>
        <w:p>
          <w:pPr>
            <w:pStyle w:val="ArchiveText"/>
          </w:pPr>
          <w:r>
            <w:rPr>
              <w:noProof/>
            </w:rPr>
            <w:t>noncomputable section</w:t>
          </w:r>
        </w:p>
        <w:p>
          <w:pPr>
            <w:pStyle w:val="ArchiveText"/>
          </w:pPr>
          <w:r>
            <w:rPr>
              <w:noProof/>
            </w:rPr>
          </w:r>
        </w:p>
        <w:p>
          <w:pPr>
            <w:pStyle w:val="ArchiveText"/>
          </w:pPr>
          <w:r>
            <w:rPr>
              <w:noProof/>
            </w:rPr>
            <w:t>def phi : ℝ := (1 + Real.sqrt 5) / 2</w:t>
          </w:r>
        </w:p>
        <w:p>
          <w:pPr>
            <w:pStyle w:val="ArchiveText"/>
          </w:pPr>
          <w:r>
            <w:rPr>
              <w:noProof/>
            </w:rPr>
            <w:t>def epsilon : ℝ := Real.pi / 648000</w:t>
          </w:r>
        </w:p>
        <w:p>
          <w:pPr>
            <w:pStyle w:val="ArchiveText"/>
          </w:pPr>
          <w:r>
            <w:rPr>
              <w:noProof/>
            </w:rPr>
            <w:t>def delta : ℝ := epsilon / 2</w:t>
          </w:r>
        </w:p>
        <w:p>
          <w:pPr>
            <w:pStyle w:val="ArchiveText"/>
          </w:pPr>
          <w:r>
            <w:rPr>
              <w:noProof/>
            </w:rPr>
            <w:t>def s : ℝ := Real.sin delta</w:t>
          </w:r>
        </w:p>
        <w:p>
          <w:pPr>
            <w:pStyle w:val="ArchiveText"/>
          </w:pPr>
          <w:r>
            <w:rPr>
              <w:noProof/>
            </w:rPr>
            <w:t>def c : ℝ := Real.cos delta</w:t>
          </w:r>
        </w:p>
        <w:p>
          <w:pPr>
            <w:pStyle w:val="ArchiveText"/>
          </w:pPr>
          <w:r>
            <w:rPr>
              <w:noProof/>
            </w:rPr>
            <w:t>def lam : ℝ := phi / (phi + Real.pi)</w:t>
          </w:r>
        </w:p>
        <w:p>
          <w:pPr>
            <w:pStyle w:val="ArchiveText"/>
          </w:pPr>
          <w:r>
            <w:rPr>
              <w:noProof/>
            </w:rPr>
            <w:t>def mu : ℝ := Real.pi / (phi + Real.pi)</w:t>
          </w:r>
        </w:p>
        <w:p>
          <w:pPr>
            <w:pStyle w:val="ArchiveText"/>
          </w:pPr>
          <w:r>
            <w:rPr>
              <w:noProof/>
            </w:rPr>
            <w:t>def Q : ℕ := 339949771344778</w:t>
          </w:r>
        </w:p>
        <w:p>
          <w:pPr>
            <w:pStyle w:val="ArchiveText"/>
          </w:pPr>
          <w:r>
            <w:rPr>
              <w:noProof/>
            </w:rPr>
            <w:t>def S : ℕ := 1000000000000000</w:t>
          </w:r>
        </w:p>
        <w:p>
          <w:pPr>
            <w:pStyle w:val="ArchiveText"/>
          </w:pPr>
          <w:r>
            <w:rPr>
              <w:noProof/>
            </w:rPr>
            <w:t>def domainSize : ℕ := 32768</w:t>
          </w:r>
        </w:p>
        <w:p>
          <w:pPr>
            <w:pStyle w:val="ArchiveText"/>
          </w:pPr>
          <w:r>
            <w:rPr>
              <w:noProof/>
            </w:rPr>
            <w:t>def q : ℝ := (Q : ℝ) / S</w:t>
          </w:r>
        </w:p>
        <w:p>
          <w:pPr>
            <w:pStyle w:val="ArchiveText"/>
          </w:pPr>
          <w:r>
            <w:rPr>
              <w:noProof/>
            </w:rPr>
          </w:r>
        </w:p>
        <w:p>
          <w:pPr>
            <w:pStyle w:val="ArchiveText"/>
          </w:pPr>
          <w:r>
            <w:rPr>
              <w:noProof/>
            </w:rPr>
            <w:t>theorem phi_pos : 0 &lt; phi := by unfold phi; positivity</w:t>
          </w:r>
        </w:p>
        <w:p>
          <w:pPr>
            <w:pStyle w:val="ArchiveText"/>
          </w:pPr>
          <w:r>
            <w:rPr>
              <w:noProof/>
            </w:rPr>
          </w:r>
        </w:p>
        <w:p>
          <w:pPr>
            <w:pStyle w:val="ArchiveText"/>
          </w:pPr>
          <w:r>
            <w:rPr>
              <w:noProof/>
            </w:rPr>
            <w:t>theorem phi_sq : phi ^ 2 = phi + 1 := by</w:t>
          </w:r>
        </w:p>
        <w:p>
          <w:pPr>
            <w:pStyle w:val="ArchiveText"/>
          </w:pPr>
          <w:r>
            <w:rPr>
              <w:noProof/>
            </w:rPr>
            <w:t xml:space="preserve">  have h := Real.sq_sqrt (show (0 : ℝ) ≤ 5 by norm_num)</w:t>
          </w:r>
        </w:p>
        <w:p>
          <w:pPr>
            <w:pStyle w:val="ArchiveText"/>
          </w:pPr>
          <w:r>
            <w:rPr>
              <w:noProof/>
            </w:rPr>
            <w:t xml:space="preserve">  unfold phi</w:t>
          </w:r>
        </w:p>
        <w:p>
          <w:pPr>
            <w:pStyle w:val="ArchiveText"/>
          </w:pPr>
          <w:r>
            <w:rPr>
              <w:noProof/>
            </w:rPr>
            <w:t xml:space="preserve">  nlinarith</w:t>
          </w:r>
        </w:p>
        <w:p>
          <w:pPr>
            <w:pStyle w:val="ArchiveText"/>
          </w:pPr>
          <w:r>
            <w:rPr>
              <w:noProof/>
            </w:rPr>
          </w:r>
        </w:p>
        <w:p>
          <w:pPr>
            <w:pStyle w:val="ArchiveText"/>
          </w:pPr>
          <w:r>
            <w:rPr>
              <w:noProof/>
            </w:rPr>
            <w:t>theorem phi_bounds : 1.61803398874989484820 &lt; phi ∧</w:t>
          </w:r>
        </w:p>
        <w:p>
          <w:pPr>
            <w:pStyle w:val="ArchiveText"/>
          </w:pPr>
          <w:r>
            <w:rPr>
              <w:noProof/>
            </w:rPr>
            <w:t xml:space="preserve">    phi &lt; 1.61803398874989484821 := by</w:t>
          </w:r>
        </w:p>
        <w:p>
          <w:pPr>
            <w:pStyle w:val="ArchiveText"/>
          </w:pPr>
          <w:r>
            <w:rPr>
              <w:noProof/>
            </w:rPr>
            <w:t xml:space="preserve">  have h := phi_sq</w:t>
          </w:r>
        </w:p>
        <w:p>
          <w:pPr>
            <w:pStyle w:val="ArchiveText"/>
          </w:pPr>
          <w:r>
            <w:rPr>
              <w:noProof/>
            </w:rPr>
            <w:t xml:space="preserve">  have hp := phi_pos</w:t>
          </w:r>
        </w:p>
        <w:p>
          <w:pPr>
            <w:pStyle w:val="ArchiveText"/>
          </w:pPr>
          <w:r>
            <w:rPr>
              <w:noProof/>
            </w:rPr>
            <w:t xml:space="preserve">  constructor &lt;;&gt; nlinarith</w:t>
          </w:r>
        </w:p>
        <w:p>
          <w:pPr>
            <w:pStyle w:val="ArchiveText"/>
          </w:pPr>
          <w:r>
            <w:rPr>
              <w:noProof/>
            </w:rPr>
          </w:r>
        </w:p>
        <w:p>
          <w:pPr>
            <w:pStyle w:val="ArchiveText"/>
          </w:pPr>
          <w:r>
            <w:rPr>
              <w:noProof/>
            </w:rPr>
            <w:t>theorem denominator_pos : 0 &lt; phi + Real.pi := add_pos phi_pos Real.pi_pos</w:t>
          </w:r>
        </w:p>
        <w:p>
          <w:pPr>
            <w:pStyle w:val="ArchiveText"/>
          </w:pPr>
          <w:r>
            <w:rPr>
              <w:noProof/>
            </w:rPr>
          </w:r>
        </w:p>
        <w:p>
          <w:pPr>
            <w:pStyle w:val="ArchiveText"/>
          </w:pPr>
          <w:r>
            <w:rPr>
              <w:noProof/>
            </w:rPr>
            <w:t>theorem lam_pos : 0 &lt; lam := div_pos phi_pos denominator_pos</w:t>
          </w:r>
        </w:p>
        <w:p>
          <w:pPr>
            <w:pStyle w:val="ArchiveText"/>
          </w:pPr>
          <w:r>
            <w:rPr>
              <w:noProof/>
            </w:rPr>
          </w:r>
        </w:p>
        <w:p>
          <w:pPr>
            <w:pStyle w:val="ArchiveText"/>
          </w:pPr>
          <w:r>
            <w:rPr>
              <w:noProof/>
            </w:rPr>
            <w:t>theorem lam_lt_one : lam &lt; 1 := by</w:t>
          </w:r>
        </w:p>
        <w:p>
          <w:pPr>
            <w:pStyle w:val="ArchiveText"/>
          </w:pPr>
          <w:r>
            <w:rPr>
              <w:noProof/>
            </w:rPr>
            <w:t xml:space="preserve">  unfold lam</w:t>
          </w:r>
        </w:p>
        <w:p>
          <w:pPr>
            <w:pStyle w:val="ArchiveText"/>
          </w:pPr>
          <w:r>
            <w:rPr>
              <w:noProof/>
            </w:rPr>
            <w:t xml:space="preserve">  rw [div_lt_one denominator_pos]</w:t>
          </w:r>
        </w:p>
        <w:p>
          <w:pPr>
            <w:pStyle w:val="ArchiveText"/>
          </w:pPr>
          <w:r>
            <w:rPr>
              <w:noProof/>
            </w:rPr>
            <w:t xml:space="preserve">  linarith [Real.pi_pos]</w:t>
          </w:r>
        </w:p>
        <w:p>
          <w:pPr>
            <w:pStyle w:val="ArchiveText"/>
          </w:pPr>
          <w:r>
            <w:rPr>
              <w:noProof/>
            </w:rPr>
          </w:r>
        </w:p>
        <w:p>
          <w:pPr>
            <w:pStyle w:val="ArchiveText"/>
          </w:pPr>
          <w:r>
            <w:rPr>
              <w:noProof/>
            </w:rPr>
            <w:t>theorem shares_sum : lam + mu = 1 := by</w:t>
          </w:r>
        </w:p>
        <w:p>
          <w:pPr>
            <w:pStyle w:val="ArchiveText"/>
          </w:pPr>
          <w:r>
            <w:rPr>
              <w:noProof/>
            </w:rPr>
            <w:t xml:space="preserve">  unfold lam mu</w:t>
          </w:r>
        </w:p>
        <w:p>
          <w:pPr>
            <w:pStyle w:val="ArchiveText"/>
          </w:pPr>
          <w:r>
            <w:rPr>
              <w:noProof/>
            </w:rPr>
            <w:t xml:space="preserve">  rw [← add_div, div_self (ne_of_gt denominator_pos)]</w:t>
          </w:r>
        </w:p>
        <w:p>
          <w:pPr>
            <w:pStyle w:val="ArchiveText"/>
          </w:pPr>
          <w:r>
            <w:rPr>
              <w:noProof/>
            </w:rPr>
          </w:r>
        </w:p>
        <w:p>
          <w:pPr>
            <w:pStyle w:val="ArchiveText"/>
          </w:pPr>
          <w:r>
            <w:rPr>
              <w:noProof/>
            </w:rPr>
            <w:t>theorem mu_eq_one_sub : mu = 1 - lam := by linarith [shares_sum]</w:t>
          </w:r>
        </w:p>
        <w:p>
          <w:pPr>
            <w:pStyle w:val="ArchiveText"/>
          </w:pPr>
          <w:r>
            <w:rPr>
              <w:noProof/>
            </w:rPr>
          </w:r>
        </w:p>
        <w:p>
          <w:pPr>
            <w:pStyle w:val="ArchiveText"/>
          </w:pPr>
          <w:r>
            <w:rPr>
              <w:noProof/>
            </w:rPr>
            <w:t>theorem lam_bounds : (339949771344778 : ℝ) / 10^15 &lt; lam ∧</w:t>
          </w:r>
        </w:p>
        <w:p>
          <w:pPr>
            <w:pStyle w:val="ArchiveText"/>
          </w:pPr>
          <w:r>
            <w:rPr>
              <w:noProof/>
            </w:rPr>
            <w:t xml:space="preserve">    lam &lt; (339949771344779 : ℝ) / 10^15 := by</w:t>
          </w:r>
        </w:p>
        <w:p>
          <w:pPr>
            <w:pStyle w:val="ArchiveText"/>
          </w:pPr>
          <w:r>
            <w:rPr>
              <w:noProof/>
            </w:rPr>
            <w:t xml:space="preserve">  obtain ⟨hl, hu⟩ := phi_bounds</w:t>
          </w:r>
        </w:p>
        <w:p>
          <w:pPr>
            <w:pStyle w:val="ArchiveText"/>
          </w:pPr>
          <w:r>
            <w:rPr>
              <w:noProof/>
            </w:rPr>
            <w:t xml:space="preserve">  have pl := Real.pi_gt_d20</w:t>
          </w:r>
        </w:p>
        <w:p>
          <w:pPr>
            <w:pStyle w:val="ArchiveText"/>
          </w:pPr>
          <w:r>
            <w:rPr>
              <w:noProof/>
            </w:rPr>
            <w:t xml:space="preserve">  have pu := Real.pi_lt_d20</w:t>
          </w:r>
        </w:p>
        <w:p>
          <w:pPr>
            <w:pStyle w:val="ArchiveText"/>
          </w:pPr>
          <w:r>
            <w:rPr>
              <w:noProof/>
            </w:rPr>
            <w:t xml:space="preserve">  unfold lam</w:t>
          </w:r>
        </w:p>
        <w:p>
          <w:pPr>
            <w:pStyle w:val="ArchiveText"/>
          </w:pPr>
          <w:r>
            <w:rPr>
              <w:noProof/>
            </w:rPr>
            <w:t xml:space="preserve">  constructor</w:t>
          </w:r>
        </w:p>
        <w:p>
          <w:pPr>
            <w:pStyle w:val="ArchiveText"/>
          </w:pPr>
          <w:r>
            <w:rPr>
              <w:noProof/>
            </w:rPr>
            <w:t xml:space="preserve">  · rw [lt_div_iff₀ denominator_pos]</w:t>
          </w:r>
        </w:p>
        <w:p>
          <w:pPr>
            <w:pStyle w:val="ArchiveText"/>
          </w:pPr>
          <w:r>
            <w:rPr>
              <w:noProof/>
            </w:rPr>
            <w:t xml:space="preserve">    norm_num at *</w:t>
          </w:r>
        </w:p>
        <w:p>
          <w:pPr>
            <w:pStyle w:val="ArchiveText"/>
          </w:pPr>
          <w:r>
            <w:rPr>
              <w:noProof/>
            </w:rPr>
            <w:t xml:space="preserve">    nlinarith</w:t>
          </w:r>
        </w:p>
        <w:p>
          <w:pPr>
            <w:pStyle w:val="ArchiveText"/>
          </w:pPr>
          <w:r>
            <w:rPr>
              <w:noProof/>
            </w:rPr>
            <w:t xml:space="preserve">  · rw [div_lt_iff₀ denominator_pos]</w:t>
          </w:r>
        </w:p>
        <w:p>
          <w:pPr>
            <w:pStyle w:val="ArchiveText"/>
          </w:pPr>
          <w:r>
            <w:rPr>
              <w:noProof/>
            </w:rPr>
            <w:t xml:space="preserve">    norm_num at *</w:t>
          </w:r>
        </w:p>
        <w:p>
          <w:pPr>
            <w:pStyle w:val="ArchiveText"/>
          </w:pPr>
          <w:r>
            <w:rPr>
              <w:noProof/>
            </w:rPr>
            <w:t xml:space="preserve">    nlinarith</w:t>
          </w:r>
        </w:p>
        <w:p>
          <w:pPr>
            <w:pStyle w:val="ArchiveText"/>
          </w:pPr>
          <w:r>
            <w:rPr>
              <w:noProof/>
            </w:rPr>
          </w:r>
        </w:p>
        <w:p>
          <w:pPr>
            <w:pStyle w:val="ArchiveText"/>
          </w:pPr>
          <w:r>
            <w:rPr>
              <w:noProof/>
            </w:rPr>
            <w:t>theorem q_lt_lam : q &lt; lam := by</w:t>
          </w:r>
        </w:p>
        <w:p>
          <w:pPr>
            <w:pStyle w:val="ArchiveText"/>
          </w:pPr>
          <w:r>
            <w:rPr>
              <w:noProof/>
            </w:rPr>
            <w:t xml:space="preserve">  have h := lam_bounds.1</w:t>
          </w:r>
        </w:p>
        <w:p>
          <w:pPr>
            <w:pStyle w:val="ArchiveText"/>
          </w:pPr>
          <w:r>
            <w:rPr>
              <w:noProof/>
            </w:rPr>
            <w:t xml:space="preserve">  norm_num [q, Q, S] at *</w:t>
          </w:r>
        </w:p>
        <w:p>
          <w:pPr>
            <w:pStyle w:val="ArchiveText"/>
          </w:pPr>
          <w:r>
            <w:rPr>
              <w:noProof/>
            </w:rPr>
            <w:t xml:space="preserve">  exact h</w:t>
          </w:r>
        </w:p>
        <w:p>
          <w:pPr>
            <w:pStyle w:val="ArchiveText"/>
          </w:pPr>
          <w:r>
            <w:rPr>
              <w:noProof/>
            </w:rPr>
          </w:r>
        </w:p>
        <w:p>
          <w:pPr>
            <w:pStyle w:val="ArchiveText"/>
          </w:pPr>
          <w:r>
            <w:rPr>
              <w:noProof/>
            </w:rPr>
            <w:t>theorem lam_lt_q_plus : lam &lt; q + 1 / S := by</w:t>
          </w:r>
        </w:p>
        <w:p>
          <w:pPr>
            <w:pStyle w:val="ArchiveText"/>
          </w:pPr>
          <w:r>
            <w:rPr>
              <w:noProof/>
            </w:rPr>
            <w:t xml:space="preserve">  have h := lam_bounds.2</w:t>
          </w:r>
        </w:p>
        <w:p>
          <w:pPr>
            <w:pStyle w:val="ArchiveText"/>
          </w:pPr>
          <w:r>
            <w:rPr>
              <w:noProof/>
            </w:rPr>
            <w:t xml:space="preserve">  norm_num [q, Q, S] at *</w:t>
          </w:r>
        </w:p>
        <w:p>
          <w:pPr>
            <w:pStyle w:val="ArchiveText"/>
          </w:pPr>
          <w:r>
            <w:rPr>
              <w:noProof/>
            </w:rPr>
            <w:t xml:space="preserve">  exact h</w:t>
          </w:r>
        </w:p>
        <w:p>
          <w:pPr>
            <w:pStyle w:val="ArchiveText"/>
          </w:pPr>
          <w:r>
            <w:rPr>
              <w:noProof/>
            </w:rPr>
          </w:r>
        </w:p>
        <w:p>
          <w:pPr>
            <w:pStyle w:val="ArchiveText"/>
          </w:pPr>
          <w:r>
            <w:rPr>
              <w:noProof/>
            </w:rPr>
            <w:t>theorem delta_pos : 0 &lt; delta := by unfold delta epsilon; positivity</w:t>
          </w:r>
        </w:p>
        <w:p>
          <w:pPr>
            <w:pStyle w:val="ArchiveText"/>
          </w:pPr>
          <w:r>
            <w:rPr>
              <w:noProof/>
            </w:rPr>
          </w:r>
        </w:p>
        <w:p>
          <w:pPr>
            <w:pStyle w:val="ArchiveText"/>
          </w:pPr>
          <w:r>
            <w:rPr>
              <w:noProof/>
            </w:rPr>
            <w:t>theorem delta_lt_half_pi : delta &lt; Real.pi / 2 := by</w:t>
          </w:r>
        </w:p>
        <w:p>
          <w:pPr>
            <w:pStyle w:val="ArchiveText"/>
          </w:pPr>
          <w:r>
            <w:rPr>
              <w:noProof/>
            </w:rPr>
            <w:t xml:space="preserve">  unfold delta epsilon</w:t>
          </w:r>
        </w:p>
        <w:p>
          <w:pPr>
            <w:pStyle w:val="ArchiveText"/>
          </w:pPr>
          <w:r>
            <w:rPr>
              <w:noProof/>
            </w:rPr>
            <w:t xml:space="preserve">  linarith [Real.pi_pos]</w:t>
          </w:r>
        </w:p>
        <w:p>
          <w:pPr>
            <w:pStyle w:val="ArchiveText"/>
          </w:pPr>
          <w:r>
            <w:rPr>
              <w:noProof/>
            </w:rPr>
          </w:r>
        </w:p>
        <w:p>
          <w:pPr>
            <w:pStyle w:val="ArchiveText"/>
          </w:pPr>
          <w:r>
            <w:rPr>
              <w:noProof/>
            </w:rPr>
            <w:t>theorem s_pos : 0 &lt; s := by</w:t>
          </w:r>
        </w:p>
        <w:p>
          <w:pPr>
            <w:pStyle w:val="ArchiveText"/>
          </w:pPr>
          <w:r>
            <w:rPr>
              <w:noProof/>
            </w:rPr>
            <w:t xml:space="preserve">  apply Real.sin_pos_of_pos_of_lt_pi delta_pos</w:t>
          </w:r>
        </w:p>
        <w:p>
          <w:pPr>
            <w:pStyle w:val="ArchiveText"/>
          </w:pPr>
          <w:r>
            <w:rPr>
              <w:noProof/>
            </w:rPr>
            <w:t xml:space="preserve">  linarith [delta_lt_half_pi, Real.pi_pos]</w:t>
          </w:r>
        </w:p>
        <w:p>
          <w:pPr>
            <w:pStyle w:val="ArchiveText"/>
          </w:pPr>
          <w:r>
            <w:rPr>
              <w:noProof/>
            </w:rPr>
          </w:r>
        </w:p>
        <w:p>
          <w:pPr>
            <w:pStyle w:val="ArchiveText"/>
          </w:pPr>
          <w:r>
            <w:rPr>
              <w:noProof/>
            </w:rPr>
            <w:t>theorem c_pos : 0 &lt; c := by</w:t>
          </w:r>
        </w:p>
        <w:p>
          <w:pPr>
            <w:pStyle w:val="ArchiveText"/>
          </w:pPr>
          <w:r>
            <w:rPr>
              <w:noProof/>
            </w:rPr>
            <w:t xml:space="preserve">  apply Real.cos_pos_of_mem_Ioo</w:t>
          </w:r>
        </w:p>
        <w:p>
          <w:pPr>
            <w:pStyle w:val="ArchiveText"/>
          </w:pPr>
          <w:r>
            <w:rPr>
              <w:noProof/>
            </w:rPr>
            <w:t xml:space="preserve">  constructor</w:t>
          </w:r>
        </w:p>
        <w:p>
          <w:pPr>
            <w:pStyle w:val="ArchiveText"/>
          </w:pPr>
          <w:r>
            <w:rPr>
              <w:noProof/>
            </w:rPr>
            <w:t xml:space="preserve">  · linarith [delta_pos, Real.pi_pos]</w:t>
          </w:r>
        </w:p>
        <w:p>
          <w:pPr>
            <w:pStyle w:val="ArchiveText"/>
          </w:pPr>
          <w:r>
            <w:rPr>
              <w:noProof/>
            </w:rPr>
            <w:t xml:space="preserve">  · exact delta_lt_half_pi</w:t>
          </w:r>
        </w:p>
        <w:p>
          <w:pPr>
            <w:pStyle w:val="ArchiveText"/>
          </w:pPr>
          <w:r>
            <w:rPr>
              <w:noProof/>
            </w:rPr>
          </w:r>
        </w:p>
        <w:p>
          <w:pPr>
            <w:pStyle w:val="ArchiveText"/>
          </w:pPr>
          <w:r>
            <w:rPr>
              <w:noProof/>
            </w:rPr>
            <w:t>theorem sc_identity : s ^ 2 + c ^ 2 = 1 := Real.sin_sq_add_cos_sq delta</w:t>
          </w:r>
        </w:p>
        <w:p>
          <w:pPr>
            <w:pStyle w:val="ArchiveText"/>
          </w:pPr>
          <w:r>
            <w:rPr>
              <w:noProof/>
            </w:rPr>
          </w:r>
        </w:p>
        <w:p>
          <w:pPr>
            <w:pStyle w:val="ArchiveText"/>
          </w:pPr>
          <w:r>
            <w:rPr>
              <w:noProof/>
            </w:rPr>
            <w:t>theorem one_arcsecond : epsilon * (180 / Real.pi) * 3600 = 1 := by</w:t>
          </w:r>
        </w:p>
        <w:p>
          <w:pPr>
            <w:pStyle w:val="ArchiveText"/>
          </w:pPr>
          <w:r>
            <w:rPr>
              <w:noProof/>
            </w:rPr>
            <w:t xml:space="preserve">  unfold epsilon</w:t>
          </w:r>
        </w:p>
        <w:p>
          <w:pPr>
            <w:pStyle w:val="ArchiveText"/>
          </w:pPr>
          <w:r>
            <w:rPr>
              <w:noProof/>
            </w:rPr>
            <w:t xml:space="preserve">  field_simp</w:t>
          </w:r>
        </w:p>
        <w:p>
          <w:pPr>
            <w:pStyle w:val="ArchiveText"/>
          </w:pPr>
          <w:r>
            <w:rPr>
              <w:noProof/>
            </w:rPr>
            <w:t xml:space="preserve">  &lt;;&gt; ring</w:t>
          </w:r>
        </w:p>
        <w:p>
          <w:pPr>
            <w:pStyle w:val="ArchiveText"/>
          </w:pPr>
          <w:r>
            <w:rPr>
              <w:noProof/>
            </w:rPr>
          </w:r>
        </w:p>
        <w:p>
          <w:pPr>
            <w:pStyle w:val="ArchiveText"/>
          </w:pPr>
          <w:r>
            <w:rPr>
              <w:noProof/>
            </w:rPr>
            <w:t>end</w:t>
          </w:r>
        </w:p>
        <w:p>
          <w:pPr>
            <w:pStyle w:val="ArchiveText"/>
          </w:pPr>
          <w:r>
            <w:rPr>
              <w:noProof/>
            </w:rPr>
            <w:t>end Omega</w:t>
          </w:r>
        </w:p>
        <w:p>
          <w:pPr>
            <w:pStyle w:val="ArchiveText"/>
          </w:pPr>
          <w:r>
            <w:rPr>
              <w:noProof/>
            </w:rPr>
          </w:r>
        </w:p>
      </w:sdtContent>
    </w:sdt>
    <w:p>
      <w:bookmarkStart w:id="4" w:name="archive_04"/>
      <w:pPr>
        <w:pStyle w:val="Heading1"/>
        <w:pageBreakBefore w:val="0"/>
      </w:pPr>
      <w:r>
        <w:t>File 04</w:t>
      </w:r>
      <w:bookmarkEnd w:id="4"/>
    </w:p>
    <w:p>
      <w:pPr>
        <w:pStyle w:val="ArchivePath"/>
      </w:pPr>
      <w:r>
        <w:t>OMEGA_NAUGHT_Lean_Proof_v0.1/Omega/Dimension.lean</w:t>
      </w:r>
    </w:p>
    <w:p>
      <w:pPr>
        <w:pStyle w:val="ArchiveMeta"/>
      </w:pPr>
      <w:r>
        <w:t>4,963 bytes  |  119 original line breaks</w:t>
      </w:r>
    </w:p>
    <w:sdt>
      <w:sdtPr>
        <w:tag w:val="archive-file:OMEGA_NAUGHT_Lean_Proof_v0.1/Omega/Dimension.lean"/>
        <w:alias w:val="OMEGA_NAUGHT_Lean_Proof_v0.1/Omega/Dimension.lean"/>
      </w:sdtPr>
      <w:sdtContent>
        <w:p>
          <w:pPr>
            <w:pStyle w:val="ArchiveText"/>
          </w:pPr>
          <w:r>
            <w:rPr>
              <w:noProof/>
            </w:rPr>
            <w:t>import Omega.Geometry</w:t>
          </w:r>
        </w:p>
        <w:p>
          <w:pPr>
            <w:pStyle w:val="ArchiveText"/>
          </w:pPr>
          <w:r>
            <w:rPr>
              <w:noProof/>
            </w:rPr>
            <w:t>import Mathlib.Data.Matrix.Rank</w:t>
          </w:r>
        </w:p>
        <w:p>
          <w:pPr>
            <w:pStyle w:val="ArchiveText"/>
          </w:pPr>
          <w:r>
            <w:rPr>
              <w:noProof/>
            </w:rPr>
          </w:r>
        </w:p>
        <w:p>
          <w:pPr>
            <w:pStyle w:val="ArchiveText"/>
          </w:pPr>
          <w:r>
            <w:rPr>
              <w:noProof/>
            </w:rPr>
            <w:t>namespace Omega</w:t>
          </w:r>
        </w:p>
        <w:p>
          <w:pPr>
            <w:pStyle w:val="ArchiveText"/>
          </w:pPr>
          <w:r>
            <w:rPr>
              <w:noProof/>
            </w:rPr>
            <w:t>noncomputable section</w:t>
          </w:r>
        </w:p>
        <w:p>
          <w:pPr>
            <w:pStyle w:val="ArchiveText"/>
          </w:pPr>
          <w:r>
            <w:rPr>
              <w:noProof/>
            </w:rPr>
            <w:t>open Complex</w:t>
          </w:r>
        </w:p>
        <w:p>
          <w:pPr>
            <w:pStyle w:val="ArchiveText"/>
          </w:pPr>
          <w:r>
            <w:rPr>
              <w:noProof/>
            </w:rPr>
          </w:r>
        </w:p>
        <w:p>
          <w:pPr>
            <w:pStyle w:val="ArchiveText"/>
          </w:pPr>
          <w:r>
            <w:rPr>
              <w:noProof/>
            </w:rPr>
            <w:t>theorem seeds_distinct (a : ℝ) (ha : 0 &lt; a) : mark a s ≠ mark a (-s) := by</w:t>
          </w:r>
        </w:p>
        <w:p>
          <w:pPr>
            <w:pStyle w:val="ArchiveText"/>
          </w:pPr>
          <w:r>
            <w:rPr>
              <w:noProof/>
            </w:rPr>
            <w:t xml:space="preserve">  intro h</w:t>
          </w:r>
        </w:p>
        <w:p>
          <w:pPr>
            <w:pStyle w:val="ArchiveText"/>
          </w:pPr>
          <w:r>
            <w:rPr>
              <w:noProof/>
            </w:rPr>
            <w:t xml:space="preserve">  have hi := congrArg Complex.im h</w:t>
          </w:r>
        </w:p>
        <w:p>
          <w:pPr>
            <w:pStyle w:val="ArchiveText"/>
          </w:pPr>
          <w:r>
            <w:rPr>
              <w:noProof/>
            </w:rPr>
            <w:t xml:space="preserve">  simp only [mark_im,mul_neg] at hi</w:t>
          </w:r>
        </w:p>
        <w:p>
          <w:pPr>
            <w:pStyle w:val="ArchiveText"/>
          </w:pPr>
          <w:r>
            <w:rPr>
              <w:noProof/>
            </w:rPr>
            <w:t xml:space="preserve">  nlinarith [mul_pos ha s_pos]</w:t>
          </w:r>
        </w:p>
        <w:p>
          <w:pPr>
            <w:pStyle w:val="ArchiveText"/>
          </w:pPr>
          <w:r>
            <w:rPr>
              <w:noProof/>
            </w:rPr>
          </w:r>
        </w:p>
        <w:p>
          <w:pPr>
            <w:pStyle w:val="ArchiveText"/>
          </w:pPr>
          <w:r>
            <w:rPr>
              <w:noProof/>
            </w:rPr>
            <w:t>theorem marks_collinear (a : ℝ) : Collinear ℝ (Set.range (marks a)) := by</w:t>
          </w:r>
        </w:p>
        <w:p>
          <w:pPr>
            <w:pStyle w:val="ArchiveText"/>
          </w:pPr>
          <w:r>
            <w:rPr>
              <w:noProof/>
            </w:rPr>
            <w:t xml:space="preserve">  rw [collinear_iff_exists_forall_eq_smul_vadd]</w:t>
          </w:r>
        </w:p>
        <w:p>
          <w:pPr>
            <w:pStyle w:val="ArchiveText"/>
          </w:pPr>
          <w:r>
            <w:rPr>
              <w:noProof/>
            </w:rPr>
            <w:t xml:space="preserve">  refine ⟨(a*c:ℝ),I,?_⟩</w:t>
          </w:r>
        </w:p>
        <w:p>
          <w:pPr>
            <w:pStyle w:val="ArchiveText"/>
          </w:pPr>
          <w:r>
            <w:rPr>
              <w:noProof/>
            </w:rPr>
            <w:t xml:space="preserve">  rintro p ⟨i,rfl⟩</w:t>
          </w:r>
        </w:p>
        <w:p>
          <w:pPr>
            <w:pStyle w:val="ArchiveText"/>
          </w:pPr>
          <w:r>
            <w:rPr>
              <w:noProof/>
            </w:rPr>
            <w:t xml:space="preserve">  refine ⟨a*heights i,?_⟩</w:t>
          </w:r>
        </w:p>
        <w:p>
          <w:pPr>
            <w:pStyle w:val="ArchiveText"/>
          </w:pPr>
          <w:r>
            <w:rPr>
              <w:noProof/>
            </w:rPr>
            <w:t xml:space="preserve">  simp [marks,mark,Complex.real_smul,vadd_eq_add,add_comm]</w:t>
          </w:r>
        </w:p>
        <w:p>
          <w:pPr>
            <w:pStyle w:val="ArchiveText"/>
          </w:pPr>
          <w:r>
            <w:rPr>
              <w:noProof/>
            </w:rPr>
          </w:r>
        </w:p>
        <w:p>
          <w:pPr>
            <w:pStyle w:val="ArchiveText"/>
          </w:pPr>
          <w:r>
            <w:rPr>
              <w:noProof/>
            </w:rPr>
            <w:t>theorem marks_affine_dimension (a : ℝ) (ha : 0 &lt; a) :</w:t>
          </w:r>
        </w:p>
        <w:p>
          <w:pPr>
            <w:pStyle w:val="ArchiveText"/>
          </w:pPr>
          <w:r>
            <w:rPr>
              <w:noProof/>
            </w:rPr>
            <w:t xml:space="preserve">    Module.finrank ℝ (affineSpan ℝ (Set.range (marks a))).direction=1 := by</w:t>
          </w:r>
        </w:p>
        <w:p>
          <w:pPr>
            <w:pStyle w:val="ArchiveText"/>
          </w:pPr>
          <w:r>
            <w:rPr>
              <w:noProof/>
            </w:rPr>
            <w:t xml:space="preserve">  have h0 : mark a s ∈ Set.range (marks a) := ⟨3,rfl⟩</w:t>
          </w:r>
        </w:p>
        <w:p>
          <w:pPr>
            <w:pStyle w:val="ArchiveText"/>
          </w:pPr>
          <w:r>
            <w:rPr>
              <w:noProof/>
            </w:rPr>
            <w:t xml:space="preserve">  have h1 : mark a (-s) ∈ Set.range (marks a) := ⟨2,rfl⟩</w:t>
          </w:r>
        </w:p>
        <w:p>
          <w:pPr>
            <w:pStyle w:val="ArchiveText"/>
          </w:pPr>
          <w:r>
            <w:rPr>
              <w:noProof/>
            </w:rPr>
            <w:t xml:space="preserve">  rw [← (marks_collinear a).affineSpan_eq_of_ne h0 h1 (seeds_distinct a ha),</w:t>
          </w:r>
        </w:p>
        <w:p>
          <w:pPr>
            <w:pStyle w:val="ArchiveText"/>
          </w:pPr>
          <w:r>
            <w:rPr>
              <w:noProof/>
            </w:rPr>
            <w:t xml:space="preserve">    direction_affineSpan,vectorSpan_pair]</w:t>
          </w:r>
        </w:p>
        <w:p>
          <w:pPr>
            <w:pStyle w:val="ArchiveText"/>
          </w:pPr>
          <w:r>
            <w:rPr>
              <w:noProof/>
            </w:rPr>
            <w:t xml:space="preserve">  exact finrank_span_singleton (sub_ne_zero.mpr (seeds_distinct a ha))</w:t>
          </w:r>
        </w:p>
        <w:p>
          <w:pPr>
            <w:pStyle w:val="ArchiveText"/>
          </w:pPr>
          <w:r>
            <w:rPr>
              <w:noProof/>
            </w:rPr>
          </w:r>
        </w:p>
        <w:p>
          <w:pPr>
            <w:pStyle w:val="ArchiveText"/>
          </w:pPr>
          <w:r>
            <w:rPr>
              <w:noProof/>
            </w:rPr>
            <w:t>theorem seed_linear_combination (a : ℝ) (ha : 0 &lt; a) (z : ℂ) :</w:t>
          </w:r>
        </w:p>
        <w:p>
          <w:pPr>
            <w:pStyle w:val="ArchiveText"/>
          </w:pPr>
          <w:r>
            <w:rPr>
              <w:noProof/>
            </w:rPr>
            <w:t xml:space="preserve">    ((z.re/(a*c)+z.im/(a*s))/2) • mark a s+</w:t>
          </w:r>
        </w:p>
        <w:p>
          <w:pPr>
            <w:pStyle w:val="ArchiveText"/>
          </w:pPr>
          <w:r>
            <w:rPr>
              <w:noProof/>
            </w:rPr>
            <w:t xml:space="preserve">    ((z.re/(a*c)-z.im/(a*s))/2) • mark a (-s)=z := by</w:t>
          </w:r>
        </w:p>
        <w:p>
          <w:pPr>
            <w:pStyle w:val="ArchiveText"/>
          </w:pPr>
          <w:r>
            <w:rPr>
              <w:noProof/>
            </w:rPr>
            <w:t xml:space="preserve">  have hac : a*c≠0 := ne_of_gt (mul_pos ha c_pos)</w:t>
          </w:r>
        </w:p>
        <w:p>
          <w:pPr>
            <w:pStyle w:val="ArchiveText"/>
          </w:pPr>
          <w:r>
            <w:rPr>
              <w:noProof/>
            </w:rPr>
            <w:t xml:space="preserve">  have has : a*s≠0 := ne_of_gt (mul_pos ha s_pos)</w:t>
          </w:r>
        </w:p>
        <w:p>
          <w:pPr>
            <w:pStyle w:val="ArchiveText"/>
          </w:pPr>
          <w:r>
            <w:rPr>
              <w:noProof/>
            </w:rPr>
            <w:t xml:space="preserve">  apply Complex.ext &lt;;&gt; simp only [Complex.add_re,Complex.add_im,</w:t>
          </w:r>
        </w:p>
        <w:p>
          <w:pPr>
            <w:pStyle w:val="ArchiveText"/>
          </w:pPr>
          <w:r>
            <w:rPr>
              <w:noProof/>
            </w:rPr>
            <w:t xml:space="preserve">    Complex.smul_re,Complex.smul_im,mark_re,mark_im,smul_eq_mul]</w:t>
          </w:r>
        </w:p>
        <w:p>
          <w:pPr>
            <w:pStyle w:val="ArchiveText"/>
          </w:pPr>
          <w:r>
            <w:rPr>
              <w:noProof/>
            </w:rPr>
            <w:t xml:space="preserve">  · field_simp</w:t>
          </w:r>
        </w:p>
        <w:p>
          <w:pPr>
            <w:pStyle w:val="ArchiveText"/>
          </w:pPr>
          <w:r>
            <w:rPr>
              <w:noProof/>
            </w:rPr>
            <w:t xml:space="preserve">    &lt;;&gt; ring</w:t>
          </w:r>
        </w:p>
        <w:p>
          <w:pPr>
            <w:pStyle w:val="ArchiveText"/>
          </w:pPr>
          <w:r>
            <w:rPr>
              <w:noProof/>
            </w:rPr>
            <w:t xml:space="preserve">  · field_simp</w:t>
          </w:r>
        </w:p>
        <w:p>
          <w:pPr>
            <w:pStyle w:val="ArchiveText"/>
          </w:pPr>
          <w:r>
            <w:rPr>
              <w:noProof/>
            </w:rPr>
            <w:t xml:space="preserve">    &lt;;&gt; ring</w:t>
          </w:r>
        </w:p>
        <w:p>
          <w:pPr>
            <w:pStyle w:val="ArchiveText"/>
          </w:pPr>
          <w:r>
            <w:rPr>
              <w:noProof/>
            </w:rPr>
          </w:r>
        </w:p>
        <w:p>
          <w:pPr>
            <w:pStyle w:val="ArchiveText"/>
          </w:pPr>
          <w:r>
            <w:rPr>
              <w:noProof/>
            </w:rPr>
            <w:t>theorem centered_span (a : ℝ) (ha : 0 &lt; a) :</w:t>
          </w:r>
        </w:p>
        <w:p>
          <w:pPr>
            <w:pStyle w:val="ArchiveText"/>
          </w:pPr>
          <w:r>
            <w:rPr>
              <w:noProof/>
            </w:rPr>
            <w:t xml:space="preserve">    Submodule.span ℝ (Set.range (marks a))=⊤ := by</w:t>
          </w:r>
        </w:p>
        <w:p>
          <w:pPr>
            <w:pStyle w:val="ArchiveText"/>
          </w:pPr>
          <w:r>
            <w:rPr>
              <w:noProof/>
            </w:rPr>
            <w:t xml:space="preserve">  apply top_unique</w:t>
          </w:r>
        </w:p>
        <w:p>
          <w:pPr>
            <w:pStyle w:val="ArchiveText"/>
          </w:pPr>
          <w:r>
            <w:rPr>
              <w:noProof/>
            </w:rPr>
            <w:t xml:space="preserve">  intro z _</w:t>
          </w:r>
        </w:p>
        <w:p>
          <w:pPr>
            <w:pStyle w:val="ArchiveText"/>
          </w:pPr>
          <w:r>
            <w:rPr>
              <w:noProof/>
            </w:rPr>
            <w:t xml:space="preserve">  have h0 : mark a s ∈ Submodule.span ℝ (Set.range (marks a)) :=</w:t>
          </w:r>
        </w:p>
        <w:p>
          <w:pPr>
            <w:pStyle w:val="ArchiveText"/>
          </w:pPr>
          <w:r>
            <w:rPr>
              <w:noProof/>
            </w:rPr>
            <w:t xml:space="preserve">    Submodule.subset_span ⟨3,rfl⟩</w:t>
          </w:r>
        </w:p>
        <w:p>
          <w:pPr>
            <w:pStyle w:val="ArchiveText"/>
          </w:pPr>
          <w:r>
            <w:rPr>
              <w:noProof/>
            </w:rPr>
            <w:t xml:space="preserve">  have h1 : mark a (-s) ∈ Submodule.span ℝ (Set.range (marks a)) :=</w:t>
          </w:r>
        </w:p>
        <w:p>
          <w:pPr>
            <w:pStyle w:val="ArchiveText"/>
          </w:pPr>
          <w:r>
            <w:rPr>
              <w:noProof/>
            </w:rPr>
            <w:t xml:space="preserve">    Submodule.subset_span ⟨2,rfl⟩</w:t>
          </w:r>
        </w:p>
        <w:p>
          <w:pPr>
            <w:pStyle w:val="ArchiveText"/>
          </w:pPr>
          <w:r>
            <w:rPr>
              <w:noProof/>
            </w:rPr>
            <w:t xml:space="preserve">  rw [← seed_linear_combination a ha z]</w:t>
          </w:r>
        </w:p>
        <w:p>
          <w:pPr>
            <w:pStyle w:val="ArchiveText"/>
          </w:pPr>
          <w:r>
            <w:rPr>
              <w:noProof/>
            </w:rPr>
            <w:t xml:space="preserve">  exact Submodule.add_mem _ (Submodule.smul_mem _ _ h0) (Submodule.smul_mem _ _ h1)</w:t>
          </w:r>
        </w:p>
        <w:p>
          <w:pPr>
            <w:pStyle w:val="ArchiveText"/>
          </w:pPr>
          <w:r>
            <w:rPr>
              <w:noProof/>
            </w:rPr>
          </w:r>
        </w:p>
        <w:p>
          <w:pPr>
            <w:pStyle w:val="ArchiveText"/>
          </w:pPr>
          <w:r>
            <w:rPr>
              <w:noProof/>
            </w:rPr>
            <w:t>theorem center_relative_rank (a : ℝ) (ha : 0 &lt; a) :</w:t>
          </w:r>
        </w:p>
        <w:p>
          <w:pPr>
            <w:pStyle w:val="ArchiveText"/>
          </w:pPr>
          <w:r>
            <w:rPr>
              <w:noProof/>
            </w:rPr>
            <w:t xml:space="preserve">    Module.finrank ℝ (Submodule.span ℝ (Set.range (marks a)))=2 := by</w:t>
          </w:r>
        </w:p>
        <w:p>
          <w:pPr>
            <w:pStyle w:val="ArchiveText"/>
          </w:pPr>
          <w:r>
            <w:rPr>
              <w:noProof/>
            </w:rPr>
            <w:t xml:space="preserve">  rw [centered_span a ha,finrank_top,Complex.finrank_real_complex]</w:t>
          </w:r>
        </w:p>
        <w:p>
          <w:pPr>
            <w:pStyle w:val="ArchiveText"/>
          </w:pPr>
          <w:r>
            <w:rPr>
              <w:noProof/>
            </w:rPr>
          </w:r>
        </w:p>
        <w:p>
          <w:pPr>
            <w:pStyle w:val="ArchiveText"/>
          </w:pPr>
          <w:r>
            <w:rPr>
              <w:noProof/>
            </w:rPr>
            <w:t>theorem center_adjoined_affine_dimension (a : ℝ) (ha : 0 &lt; a) :</w:t>
          </w:r>
        </w:p>
        <w:p>
          <w:pPr>
            <w:pStyle w:val="ArchiveText"/>
          </w:pPr>
          <w:r>
            <w:rPr>
              <w:noProof/>
            </w:rPr>
            <w:t xml:space="preserve">    Module.finrank ℝ (affineSpan ℝ (insert 0 (Set.range (marks a)))).direction=2 := by</w:t>
          </w:r>
        </w:p>
        <w:p>
          <w:pPr>
            <w:pStyle w:val="ArchiveText"/>
          </w:pPr>
          <w:r>
            <w:rPr>
              <w:noProof/>
            </w:rPr>
            <w:t xml:space="preserve">  rw [direction_affineSpan,vectorSpan_eq_span_vsub_set_right ℝ (Set.mem_insert 0 _)]</w:t>
          </w:r>
        </w:p>
        <w:p>
          <w:pPr>
            <w:pStyle w:val="ArchiveText"/>
          </w:pPr>
          <w:r>
            <w:rPr>
              <w:noProof/>
            </w:rPr>
            <w:t xml:space="preserve">  change Module.finrank ℝ (Submodule.span ℝ ((fun x : ℂ =&gt; x-0) ''</w:t>
          </w:r>
        </w:p>
        <w:p>
          <w:pPr>
            <w:pStyle w:val="ArchiveText"/>
          </w:pPr>
          <w:r>
            <w:rPr>
              <w:noProof/>
            </w:rPr>
            <w:t xml:space="preserve">    insert 0 (Set.range (marks a))))=2</w:t>
          </w:r>
        </w:p>
        <w:p>
          <w:pPr>
            <w:pStyle w:val="ArchiveText"/>
          </w:pPr>
          <w:r>
            <w:rPr>
              <w:noProof/>
            </w:rPr>
            <w:t xml:space="preserve">  have hf : (fun x : ℂ =&gt; x-0)=id := by funext x; exact sub_zero x</w:t>
          </w:r>
        </w:p>
        <w:p>
          <w:pPr>
            <w:pStyle w:val="ArchiveText"/>
          </w:pPr>
          <w:r>
            <w:rPr>
              <w:noProof/>
            </w:rPr>
            <w:t xml:space="preserve">  rw [hf,Set.image_id,Submodule.span_insert_zero]</w:t>
          </w:r>
        </w:p>
        <w:p>
          <w:pPr>
            <w:pStyle w:val="ArchiveText"/>
          </w:pPr>
          <w:r>
            <w:rPr>
              <w:noProof/>
            </w:rPr>
            <w:t xml:space="preserve">  exact center_relative_rank a ha</w:t>
          </w:r>
        </w:p>
        <w:p>
          <w:pPr>
            <w:pStyle w:val="ArchiveText"/>
          </w:pPr>
          <w:r>
            <w:rPr>
              <w:noProof/>
            </w:rPr>
          </w:r>
        </w:p>
        <w:p>
          <w:pPr>
            <w:pStyle w:val="ArchiveText"/>
          </w:pPr>
          <w:r>
            <w:rPr>
              <w:noProof/>
            </w:rPr>
            <w:t>/-- Rows are the two real coordinates, columns are the six marks. -/</w:t>
          </w:r>
        </w:p>
        <w:p>
          <w:pPr>
            <w:pStyle w:val="ArchiveText"/>
          </w:pPr>
          <w:r>
            <w:rPr>
              <w:noProof/>
            </w:rPr>
            <w:t>def coordinates (a : ℝ) : Matrix (Fin 2) (Fin 6) ℝ :=</w:t>
          </w:r>
        </w:p>
        <w:p>
          <w:pPr>
            <w:pStyle w:val="ArchiveText"/>
          </w:pPr>
          <w:r>
            <w:rPr>
              <w:noProof/>
            </w:rPr>
            <w:t xml:space="preserve">  ![(fun _ =&gt; a*c),(fun i =&gt; a*heights i)]</w:t>
          </w:r>
        </w:p>
        <w:p>
          <w:pPr>
            <w:pStyle w:val="ArchiveText"/>
          </w:pPr>
          <w:r>
            <w:rPr>
              <w:noProof/>
            </w:rPr>
            <w:t>def gram (a : ℝ) : Matrix (Fin 6) (Fin 6) ℝ :=</w:t>
          </w:r>
        </w:p>
        <w:p>
          <w:pPr>
            <w:pStyle w:val="ArchiveText"/>
          </w:pPr>
          <w:r>
            <w:rPr>
              <w:noProof/>
            </w:rPr>
            <w:t xml:space="preserve">  (coordinates a).transpose * coordinates a</w:t>
          </w:r>
        </w:p>
        <w:p>
          <w:pPr>
            <w:pStyle w:val="ArchiveText"/>
          </w:pPr>
          <w:r>
            <w:rPr>
              <w:noProof/>
            </w:rPr>
            <w:t>def moment (a : ℝ) : Matrix (Fin 2) (Fin 2) ℝ :=</w:t>
          </w:r>
        </w:p>
        <w:p>
          <w:pPr>
            <w:pStyle w:val="ArchiveText"/>
          </w:pPr>
          <w:r>
            <w:rPr>
              <w:noProof/>
            </w:rPr>
            <w:t xml:space="preserve">  coordinates a * (coordinates a).transpose</w:t>
          </w:r>
        </w:p>
        <w:p>
          <w:pPr>
            <w:pStyle w:val="ArchiveText"/>
          </w:pPr>
          <w:r>
            <w:rPr>
              <w:noProof/>
            </w:rPr>
          </w:r>
        </w:p>
        <w:p>
          <w:pPr>
            <w:pStyle w:val="ArchiveText"/>
          </w:pPr>
          <w:r>
            <w:rPr>
              <w:noProof/>
            </w:rPr>
            <w:t>theorem moment_matrix (a : ℝ) :</w:t>
          </w:r>
        </w:p>
        <w:p>
          <w:pPr>
            <w:pStyle w:val="ArchiveText"/>
          </w:pPr>
          <w:r>
            <w:rPr>
              <w:noProof/>
            </w:rPr>
            <w:t xml:space="preserve">    moment a=!![6*(a*c)^2,0;0,2*a^2*(s^2+(1+s)^2+(phi^2+s)^2)] := by</w:t>
          </w:r>
        </w:p>
        <w:p>
          <w:pPr>
            <w:pStyle w:val="ArchiveText"/>
          </w:pPr>
          <w:r>
            <w:rPr>
              <w:noProof/>
            </w:rPr>
            <w:t xml:space="preserve">  ext i j</w:t>
          </w:r>
        </w:p>
        <w:p>
          <w:pPr>
            <w:pStyle w:val="ArchiveText"/>
          </w:pPr>
          <w:r>
            <w:rPr>
              <w:noProof/>
            </w:rPr>
            <w:t xml:space="preserve">  fin_cases i &lt;;&gt; fin_cases j &lt;;&gt;</w:t>
          </w:r>
        </w:p>
        <w:p>
          <w:pPr>
            <w:pStyle w:val="ArchiveText"/>
          </w:pPr>
          <w:r>
            <w:rPr>
              <w:noProof/>
            </w:rPr>
            <w:t xml:space="preserve">    simp [moment,coordinates,Matrix.mul_apply,Fin.sum_univ_six,heights] &lt;;&gt; ring</w:t>
          </w:r>
        </w:p>
        <w:p>
          <w:pPr>
            <w:pStyle w:val="ArchiveText"/>
          </w:pPr>
          <w:r>
            <w:rPr>
              <w:noProof/>
            </w:rPr>
          </w:r>
        </w:p>
        <w:p>
          <w:pPr>
            <w:pStyle w:val="ArchiveText"/>
          </w:pPr>
          <w:r>
            <w:rPr>
              <w:noProof/>
            </w:rPr>
            <w:t>theorem coordinates_rank (a : ℝ) (ha : 0 &lt; a) : (coordinates a).rank=2 := by</w:t>
          </w:r>
        </w:p>
        <w:p>
          <w:pPr>
            <w:pStyle w:val="ArchiveText"/>
          </w:pPr>
          <w:r>
            <w:rPr>
              <w:noProof/>
            </w:rPr>
            <w:t xml:space="preserve">  have hc := c_pos</w:t>
          </w:r>
        </w:p>
        <w:p>
          <w:pPr>
            <w:pStyle w:val="ArchiveText"/>
          </w:pPr>
          <w:r>
            <w:rPr>
              <w:noProof/>
            </w:rPr>
            <w:t xml:space="preserve">  have hs := s_pos</w:t>
          </w:r>
        </w:p>
        <w:p>
          <w:pPr>
            <w:pStyle w:val="ArchiveText"/>
          </w:pPr>
          <w:r>
            <w:rPr>
              <w:noProof/>
            </w:rPr>
            <w:t xml:space="preserve">  have hx : 6*(a*c)^2≠0 := by positivity</w:t>
          </w:r>
        </w:p>
        <w:p>
          <w:pPr>
            <w:pStyle w:val="ArchiveText"/>
          </w:pPr>
          <w:r>
            <w:rPr>
              <w:noProof/>
            </w:rPr>
            <w:t xml:space="preserve">  have hy : 2*a^2*(s^2+(1+s)^2+(phi^2+s)^2)≠0 := by positivity</w:t>
          </w:r>
        </w:p>
        <w:p>
          <w:pPr>
            <w:pStyle w:val="ArchiveText"/>
          </w:pPr>
          <w:r>
            <w:rPr>
              <w:noProof/>
            </w:rPr>
            <w:t xml:space="preserve">  have hm : moment a=Matrix.diagonal ![6*(a*c)^2,</w:t>
          </w:r>
        </w:p>
        <w:p>
          <w:pPr>
            <w:pStyle w:val="ArchiveText"/>
          </w:pPr>
          <w:r>
            <w:rPr>
              <w:noProof/>
            </w:rPr>
            <w:t xml:space="preserve">      2*a^2*(s^2+(1+s)^2+(phi^2+s)^2)] := by</w:t>
          </w:r>
        </w:p>
        <w:p>
          <w:pPr>
            <w:pStyle w:val="ArchiveText"/>
          </w:pPr>
          <w:r>
            <w:rPr>
              <w:noProof/>
            </w:rPr>
            <w:t xml:space="preserve">    rw [moment_matrix]</w:t>
          </w:r>
        </w:p>
        <w:p>
          <w:pPr>
            <w:pStyle w:val="ArchiveText"/>
          </w:pPr>
          <w:r>
            <w:rPr>
              <w:noProof/>
            </w:rPr>
            <w:t xml:space="preserve">    ext i j</w:t>
          </w:r>
        </w:p>
        <w:p>
          <w:pPr>
            <w:pStyle w:val="ArchiveText"/>
          </w:pPr>
          <w:r>
            <w:rPr>
              <w:noProof/>
            </w:rPr>
            <w:t xml:space="preserve">    fin_cases i &lt;;&gt; fin_cases j &lt;;&gt; simp [Matrix.diagonal]</w:t>
          </w:r>
        </w:p>
        <w:p>
          <w:pPr>
            <w:pStyle w:val="ArchiveText"/>
          </w:pPr>
          <w:r>
            <w:rPr>
              <w:noProof/>
            </w:rPr>
            <w:t xml:space="preserve">  rw [← Matrix.rank_self_mul_transpose (coordinates a)]</w:t>
          </w:r>
        </w:p>
        <w:p>
          <w:pPr>
            <w:pStyle w:val="ArchiveText"/>
          </w:pPr>
          <w:r>
            <w:rPr>
              <w:noProof/>
            </w:rPr>
            <w:t xml:space="preserve">  change (moment a).rank=2</w:t>
          </w:r>
        </w:p>
        <w:p>
          <w:pPr>
            <w:pStyle w:val="ArchiveText"/>
          </w:pPr>
          <w:r>
            <w:rPr>
              <w:noProof/>
            </w:rPr>
            <w:t xml:space="preserve">  rw [hm,Matrix.rank_diagonal]</w:t>
          </w:r>
        </w:p>
        <w:p>
          <w:pPr>
            <w:pStyle w:val="ArchiveText"/>
          </w:pPr>
          <w:r>
            <w:rPr>
              <w:noProof/>
            </w:rPr>
            <w:t xml:space="preserve">  have hn : ∀ i : Fin 2, ![6*(a*c)^2,</w:t>
          </w:r>
        </w:p>
        <w:p>
          <w:pPr>
            <w:pStyle w:val="ArchiveText"/>
          </w:pPr>
          <w:r>
            <w:rPr>
              <w:noProof/>
            </w:rPr>
            <w:t xml:space="preserve">      2*a^2*(s^2+(1+s)^2+(phi^2+s)^2)] i ≠ 0 := by</w:t>
          </w:r>
        </w:p>
        <w:p>
          <w:pPr>
            <w:pStyle w:val="ArchiveText"/>
          </w:pPr>
          <w:r>
            <w:rPr>
              <w:noProof/>
            </w:rPr>
            <w:t xml:space="preserve">    intro i</w:t>
          </w:r>
        </w:p>
        <w:p>
          <w:pPr>
            <w:pStyle w:val="ArchiveText"/>
          </w:pPr>
          <w:r>
            <w:rPr>
              <w:noProof/>
            </w:rPr>
            <w:t xml:space="preserve">    fin_cases i &lt;;&gt; simp [hx,hy]</w:t>
          </w:r>
        </w:p>
        <w:p>
          <w:pPr>
            <w:pStyle w:val="ArchiveText"/>
          </w:pPr>
          <w:r>
            <w:rPr>
              <w:noProof/>
            </w:rPr>
            <w:t xml:space="preserve">  have hz : Fintype.card {i : Fin 2 // ![6*(a*c)^2,</w:t>
          </w:r>
        </w:p>
        <w:p>
          <w:pPr>
            <w:pStyle w:val="ArchiveText"/>
          </w:pPr>
          <w:r>
            <w:rPr>
              <w:noProof/>
            </w:rPr>
            <w:t xml:space="preserve">      2*a^2*(s^2+(1+s)^2+(phi^2+s)^2)] i=0}=0 := by</w:t>
          </w:r>
        </w:p>
        <w:p>
          <w:pPr>
            <w:pStyle w:val="ArchiveText"/>
          </w:pPr>
          <w:r>
            <w:rPr>
              <w:noProof/>
            </w:rPr>
            <w:t xml:space="preserve">    apply Fintype.card_eq_zero_iff.mpr</w:t>
          </w:r>
        </w:p>
        <w:p>
          <w:pPr>
            <w:pStyle w:val="ArchiveText"/>
          </w:pPr>
          <w:r>
            <w:rPr>
              <w:noProof/>
            </w:rPr>
            <w:t xml:space="preserve">    exact ⟨fun x =&gt; hn x.1 x.2⟩</w:t>
          </w:r>
        </w:p>
        <w:p>
          <w:pPr>
            <w:pStyle w:val="ArchiveText"/>
          </w:pPr>
          <w:r>
            <w:rPr>
              <w:noProof/>
            </w:rPr>
            <w:t xml:space="preserve">  simp [hz]</w:t>
          </w:r>
        </w:p>
        <w:p>
          <w:pPr>
            <w:pStyle w:val="ArchiveText"/>
          </w:pPr>
          <w:r>
            <w:rPr>
              <w:noProof/>
            </w:rPr>
          </w:r>
        </w:p>
        <w:p>
          <w:pPr>
            <w:pStyle w:val="ArchiveText"/>
          </w:pPr>
          <w:r>
            <w:rPr>
              <w:noProof/>
            </w:rPr>
            <w:t>theorem gram_rank (a : ℝ) (ha : 0 &lt; a) : (gram a).rank=2 := by</w:t>
          </w:r>
        </w:p>
        <w:p>
          <w:pPr>
            <w:pStyle w:val="ArchiveText"/>
          </w:pPr>
          <w:r>
            <w:rPr>
              <w:noProof/>
            </w:rPr>
            <w:t xml:space="preserve">  rw [gram,Matrix.rank_transpose_mul_self,coordinates_rank a ha]</w:t>
          </w:r>
        </w:p>
        <w:p>
          <w:pPr>
            <w:pStyle w:val="ArchiveText"/>
          </w:pPr>
          <w:r>
            <w:rPr>
              <w:noProof/>
            </w:rPr>
          </w:r>
        </w:p>
        <w:p>
          <w:pPr>
            <w:pStyle w:val="ArchiveText"/>
          </w:pPr>
          <w:r>
            <w:rPr>
              <w:noProof/>
            </w:rPr>
            <w:t>theorem gram_entries (a : ℝ) (i j : Fin 6) :</w:t>
          </w:r>
        </w:p>
        <w:p>
          <w:pPr>
            <w:pStyle w:val="ArchiveText"/>
          </w:pPr>
          <w:r>
            <w:rPr>
              <w:noProof/>
            </w:rPr>
            <w:t xml:space="preserve">    gram a i j=a^2*(c^2+heights i*heights j) := by</w:t>
          </w:r>
        </w:p>
        <w:p>
          <w:pPr>
            <w:pStyle w:val="ArchiveText"/>
          </w:pPr>
          <w:r>
            <w:rPr>
              <w:noProof/>
            </w:rPr>
            <w:t xml:space="preserve">  simp [gram,coordinates,Matrix.mul_apply,Fin.sum_univ_two]</w:t>
          </w:r>
        </w:p>
        <w:p>
          <w:pPr>
            <w:pStyle w:val="ArchiveText"/>
          </w:pPr>
          <w:r>
            <w:rPr>
              <w:noProof/>
            </w:rPr>
            <w:t xml:space="preserve">  ring</w:t>
          </w:r>
        </w:p>
        <w:p>
          <w:pPr>
            <w:pStyle w:val="ArchiveText"/>
          </w:pPr>
          <w:r>
            <w:rPr>
              <w:noProof/>
            </w:rPr>
          </w:r>
        </w:p>
        <w:p>
          <w:pPr>
            <w:pStyle w:val="ArchiveText"/>
          </w:pPr>
          <w:r>
            <w:rPr>
              <w:noProof/>
            </w:rPr>
            <w:t>/-- Injectively embedding into any real vector space preserves the dimension</w:t>
          </w:r>
        </w:p>
        <w:p>
          <w:pPr>
            <w:pStyle w:val="ArchiveText"/>
          </w:pPr>
          <w:r>
            <w:rPr>
              <w:noProof/>
            </w:rPr>
            <w:t>of the spanned geometric plane; its ambient dimension is a separate quantity. -/</w:t>
          </w:r>
        </w:p>
        <w:p>
          <w:pPr>
            <w:pStyle w:val="ArchiveText"/>
          </w:pPr>
          <w:r>
            <w:rPr>
              <w:noProof/>
            </w:rPr>
            <w:t>theorem embedded_center_relative_rank {V : Type*} [AddCommGroup V] [Module ℝ V]</w:t>
          </w:r>
        </w:p>
        <w:p>
          <w:pPr>
            <w:pStyle w:val="ArchiveText"/>
          </w:pPr>
          <w:r>
            <w:rPr>
              <w:noProof/>
            </w:rPr>
            <w:t xml:space="preserve">    (E : ℂ →ₗ[ℝ] V) (hE : Function.Injective E) (a : ℝ) (ha : 0 &lt; a) :</w:t>
          </w:r>
        </w:p>
        <w:p>
          <w:pPr>
            <w:pStyle w:val="ArchiveText"/>
          </w:pPr>
          <w:r>
            <w:rPr>
              <w:noProof/>
            </w:rPr>
            <w:t xml:space="preserve">    Module.finrank ℝ (Submodule.span ℝ (E '' Set.range (marks a)))=2 := by</w:t>
          </w:r>
        </w:p>
        <w:p>
          <w:pPr>
            <w:pStyle w:val="ArchiveText"/>
          </w:pPr>
          <w:r>
            <w:rPr>
              <w:noProof/>
            </w:rPr>
            <w:t xml:space="preserve">  rw [Submodule.span_image,centered_span a ha,Submodule.map_top,</w:t>
          </w:r>
        </w:p>
        <w:p>
          <w:pPr>
            <w:pStyle w:val="ArchiveText"/>
          </w:pPr>
          <w:r>
            <w:rPr>
              <w:noProof/>
            </w:rPr>
            <w:t xml:space="preserve">    LinearMap.finrank_range_of_inj hE,Complex.finrank_real_complex]</w:t>
          </w:r>
        </w:p>
        <w:p>
          <w:pPr>
            <w:pStyle w:val="ArchiveText"/>
          </w:pPr>
          <w:r>
            <w:rPr>
              <w:noProof/>
            </w:rPr>
          </w:r>
        </w:p>
        <w:p>
          <w:pPr>
            <w:pStyle w:val="ArchiveText"/>
          </w:pPr>
          <w:r>
            <w:rPr>
              <w:noProof/>
            </w:rPr>
            <w:t>end</w:t>
          </w:r>
        </w:p>
        <w:p>
          <w:pPr>
            <w:pStyle w:val="ArchiveText"/>
          </w:pPr>
          <w:r>
            <w:rPr>
              <w:noProof/>
            </w:rPr>
            <w:t>end Omega</w:t>
          </w:r>
        </w:p>
        <w:p>
          <w:pPr>
            <w:pStyle w:val="ArchiveText"/>
          </w:pPr>
          <w:r>
            <w:rPr>
              <w:noProof/>
            </w:rPr>
          </w:r>
        </w:p>
      </w:sdtContent>
    </w:sdt>
    <w:p>
      <w:bookmarkStart w:id="5" w:name="archive_05"/>
      <w:pPr>
        <w:pStyle w:val="Heading1"/>
        <w:pageBreakBefore w:val="0"/>
      </w:pPr>
      <w:r>
        <w:t>File 05</w:t>
      </w:r>
      <w:bookmarkEnd w:id="5"/>
    </w:p>
    <w:p>
      <w:pPr>
        <w:pStyle w:val="ArchivePath"/>
      </w:pPr>
      <w:r>
        <w:t>OMEGA_NAUGHT_Lean_Proof_v0.1/Omega/Extinction.lean</w:t>
      </w:r>
    </w:p>
    <w:p>
      <w:pPr>
        <w:pStyle w:val="ArchiveMeta"/>
      </w:pPr>
      <w:r>
        <w:t>1,399 bytes  |  48 original line breaks</w:t>
      </w:r>
    </w:p>
    <w:sdt>
      <w:sdtPr>
        <w:tag w:val="archive-file:OMEGA_NAUGHT_Lean_Proof_v0.1/Omega/Extinction.lean"/>
        <w:alias w:val="OMEGA_NAUGHT_Lean_Proof_v0.1/Omega/Extinction.lean"/>
      </w:sdtPr>
      <w:sdtContent>
        <w:p>
          <w:pPr>
            <w:pStyle w:val="ArchiveText"/>
          </w:pPr>
          <w:r>
            <w:rPr>
              <w:noProof/>
            </w:rPr>
            <w:t>import Omega.Floor</w:t>
          </w:r>
        </w:p>
        <w:p>
          <w:pPr>
            <w:pStyle w:val="ArchiveText"/>
          </w:pPr>
          <w:r>
            <w:rPr>
              <w:noProof/>
            </w:rPr>
          </w:r>
        </w:p>
        <w:p>
          <w:pPr>
            <w:pStyle w:val="ArchiveText"/>
          </w:pPr>
          <w:r>
            <w:rPr>
              <w:noProof/>
            </w:rPr>
            <w:t>namespace Omega</w:t>
          </w:r>
        </w:p>
        <w:p>
          <w:pPr>
            <w:pStyle w:val="ArchiveText"/>
          </w:pPr>
          <w:r>
            <w:rPr>
              <w:noProof/>
            </w:rPr>
          </w:r>
        </w:p>
        <w:p>
          <w:pPr>
            <w:pStyle w:val="ArchiveText"/>
          </w:pPr>
          <w:r>
            <w:rPr>
              <w:noProof/>
            </w:rPr>
            <w:t>def threshold : ℕ → ℕ</w:t>
          </w:r>
        </w:p>
        <w:p>
          <w:pPr>
            <w:pStyle w:val="ArchiveText"/>
          </w:pPr>
          <w:r>
            <w:rPr>
              <w:noProof/>
            </w:rPr>
            <w:t xml:space="preserve">  | 0 =&gt; 1</w:t>
          </w:r>
        </w:p>
        <w:p>
          <w:pPr>
            <w:pStyle w:val="ArchiveText"/>
          </w:pPr>
          <w:r>
            <w:rPr>
              <w:noProof/>
            </w:rPr>
            <w:t xml:space="preserve">  | n+1 =&gt; (S*threshold n+Q-1)/Q</w:t>
          </w:r>
        </w:p>
        <w:p>
          <w:pPr>
            <w:pStyle w:val="ArchiveText"/>
          </w:pPr>
          <w:r>
            <w:rPr>
              <w:noProof/>
            </w:rPr>
          </w:r>
        </w:p>
        <w:p>
          <w:pPr>
            <w:pStyle w:val="ArchiveText"/>
          </w:pPr>
          <w:r>
            <w:rPr>
              <w:noProof/>
            </w:rPr>
            <w:t>theorem step_threshold (d t : ℕ) : F d &lt; t ↔ d &lt; (S*t+Q-1)/Q := by</w:t>
          </w:r>
        </w:p>
        <w:p>
          <w:pPr>
            <w:pStyle w:val="ArchiveText"/>
          </w:pPr>
          <w:r>
            <w:rPr>
              <w:noProof/>
            </w:rPr>
            <w:t xml:space="preserve">  unfold F Q S</w:t>
          </w:r>
        </w:p>
        <w:p>
          <w:pPr>
            <w:pStyle w:val="ArchiveText"/>
          </w:pPr>
          <w:r>
            <w:rPr>
              <w:noProof/>
            </w:rPr>
            <w:t xml:space="preserve">  omega</w:t>
          </w:r>
        </w:p>
        <w:p>
          <w:pPr>
            <w:pStyle w:val="ArchiveText"/>
          </w:pPr>
          <w:r>
            <w:rPr>
              <w:noProof/>
            </w:rPr>
          </w:r>
        </w:p>
        <w:p>
          <w:pPr>
            <w:pStyle w:val="ArchiveText"/>
          </w:pPr>
          <w:r>
            <w:rPr>
              <w:noProof/>
            </w:rPr>
            <w:t>theorem extinction_threshold (n d : ℕ) : F^[n] d=0 ↔ d &lt; threshold n := by</w:t>
          </w:r>
        </w:p>
        <w:p>
          <w:pPr>
            <w:pStyle w:val="ArchiveText"/>
          </w:pPr>
          <w:r>
            <w:rPr>
              <w:noProof/>
            </w:rPr>
            <w:t xml:space="preserve">  induction n generalizing d with</w:t>
          </w:r>
        </w:p>
        <w:p>
          <w:pPr>
            <w:pStyle w:val="ArchiveText"/>
          </w:pPr>
          <w:r>
            <w:rPr>
              <w:noProof/>
            </w:rPr>
            <w:t xml:space="preserve">  | zero =&gt; simp [threshold]</w:t>
          </w:r>
        </w:p>
        <w:p>
          <w:pPr>
            <w:pStyle w:val="ArchiveText"/>
          </w:pPr>
          <w:r>
            <w:rPr>
              <w:noProof/>
            </w:rPr>
            <w:t xml:space="preserve">  | succ n ih =&gt;</w:t>
          </w:r>
        </w:p>
        <w:p>
          <w:pPr>
            <w:pStyle w:val="ArchiveText"/>
          </w:pPr>
          <w:r>
            <w:rPr>
              <w:noProof/>
            </w:rPr>
            <w:t xml:space="preserve">    rw [Function.iterate_succ_apply,ih,step_threshold]</w:t>
          </w:r>
        </w:p>
        <w:p>
          <w:pPr>
            <w:pStyle w:val="ArchiveText"/>
          </w:pPr>
          <w:r>
            <w:rPr>
              <w:noProof/>
            </w:rPr>
            <w:t xml:space="preserve">    rfl</w:t>
          </w:r>
        </w:p>
        <w:p>
          <w:pPr>
            <w:pStyle w:val="ArchiveText"/>
          </w:pPr>
          <w:r>
            <w:rPr>
              <w:noProof/>
            </w:rPr>
          </w:r>
        </w:p>
        <w:p>
          <w:pPr>
            <w:pStyle w:val="ArchiveText"/>
          </w:pPr>
          <w:r>
            <w:rPr>
              <w:noProof/>
            </w:rPr>
            <w:t>theorem threshold_values : (List.range 11).map threshold=</w:t>
          </w:r>
        </w:p>
        <w:p>
          <w:pPr>
            <w:pStyle w:val="ArchiveText"/>
          </w:pPr>
          <w:r>
            <w:rPr>
              <w:noProof/>
            </w:rPr>
            <w:t xml:space="preserve">    [1,3,9,27,80,236,695,2045,6016,17697,52058] := by decide</w:t>
          </w:r>
        </w:p>
        <w:p>
          <w:pPr>
            <w:pStyle w:val="ArchiveText"/>
          </w:pPr>
          <w:r>
            <w:rPr>
              <w:noProof/>
            </w:rPr>
          </w:r>
        </w:p>
        <w:p>
          <w:pPr>
            <w:pStyle w:val="ArchiveText"/>
          </w:pPr>
          <w:r>
            <w:rPr>
              <w:noProof/>
            </w:rPr>
            <w:t>theorem extinction_by_ten (d : ℕ) (hd : d &lt; domainSize) : F^[10] d=0 := by</w:t>
          </w:r>
        </w:p>
        <w:p>
          <w:pPr>
            <w:pStyle w:val="ArchiveText"/>
          </w:pPr>
          <w:r>
            <w:rPr>
              <w:noProof/>
            </w:rPr>
            <w:t xml:space="preserve">  rw [extinction_threshold]</w:t>
          </w:r>
        </w:p>
        <w:p>
          <w:pPr>
            <w:pStyle w:val="ArchiveText"/>
          </w:pPr>
          <w:r>
            <w:rPr>
              <w:noProof/>
            </w:rPr>
            <w:t xml:space="preserve">  have ht : threshold 10=52058 := by decide</w:t>
          </w:r>
        </w:p>
        <w:p>
          <w:pPr>
            <w:pStyle w:val="ArchiveText"/>
          </w:pPr>
          <w:r>
            <w:rPr>
              <w:noProof/>
            </w:rPr>
            <w:t xml:space="preserve">  rw [ht]</w:t>
          </w:r>
        </w:p>
        <w:p>
          <w:pPr>
            <w:pStyle w:val="ArchiveText"/>
          </w:pPr>
          <w:r>
            <w:rPr>
              <w:noProof/>
            </w:rPr>
            <w:t xml:space="preserve">  unfold domainSize at hd</w:t>
          </w:r>
        </w:p>
        <w:p>
          <w:pPr>
            <w:pStyle w:val="ArchiveText"/>
          </w:pPr>
          <w:r>
            <w:rPr>
              <w:noProof/>
            </w:rPr>
            <w:t xml:space="preserve">  omega</w:t>
          </w:r>
        </w:p>
        <w:p>
          <w:pPr>
            <w:pStyle w:val="ArchiveText"/>
          </w:pPr>
          <w:r>
            <w:rPr>
              <w:noProof/>
            </w:rPr>
          </w:r>
        </w:p>
        <w:p>
          <w:pPr>
            <w:pStyle w:val="ArchiveText"/>
          </w:pPr>
          <w:r>
            <w:rPr>
              <w:noProof/>
            </w:rPr>
            <w:t>theorem deepest_seeds (d : ℕ) (hd : d &lt; domainSize) :</w:t>
          </w:r>
        </w:p>
        <w:p>
          <w:pPr>
            <w:pStyle w:val="ArchiveText"/>
          </w:pPr>
          <w:r>
            <w:rPr>
              <w:noProof/>
            </w:rPr>
            <w:t xml:space="preserve">    F^[9] d ≠ 0 ∧ F^[10] d=0 ↔ 17697 ≤ d := by</w:t>
          </w:r>
        </w:p>
        <w:p>
          <w:pPr>
            <w:pStyle w:val="ArchiveText"/>
          </w:pPr>
          <w:r>
            <w:rPr>
              <w:noProof/>
            </w:rPr>
            <w:t xml:space="preserve">  simp only [ne_eq,extinction_threshold]</w:t>
          </w:r>
        </w:p>
        <w:p>
          <w:pPr>
            <w:pStyle w:val="ArchiveText"/>
          </w:pPr>
          <w:r>
            <w:rPr>
              <w:noProof/>
            </w:rPr>
            <w:t xml:space="preserve">  have ht9 : threshold 9=17697 := by decide</w:t>
          </w:r>
        </w:p>
        <w:p>
          <w:pPr>
            <w:pStyle w:val="ArchiveText"/>
          </w:pPr>
          <w:r>
            <w:rPr>
              <w:noProof/>
            </w:rPr>
            <w:t xml:space="preserve">  have ht10 : threshold 10=52058 := by decide</w:t>
          </w:r>
        </w:p>
        <w:p>
          <w:pPr>
            <w:pStyle w:val="ArchiveText"/>
          </w:pPr>
          <w:r>
            <w:rPr>
              <w:noProof/>
            </w:rPr>
            <w:t xml:space="preserve">  rw [ht9,ht10]</w:t>
          </w:r>
        </w:p>
        <w:p>
          <w:pPr>
            <w:pStyle w:val="ArchiveText"/>
          </w:pPr>
          <w:r>
            <w:rPr>
              <w:noProof/>
            </w:rPr>
            <w:t xml:space="preserve">  unfold domainSize at hd</w:t>
          </w:r>
        </w:p>
        <w:p>
          <w:pPr>
            <w:pStyle w:val="ArchiveText"/>
          </w:pPr>
          <w:r>
            <w:rPr>
              <w:noProof/>
            </w:rPr>
            <w:t xml:space="preserve">  omega</w:t>
          </w:r>
        </w:p>
        <w:p>
          <w:pPr>
            <w:pStyle w:val="ArchiveText"/>
          </w:pPr>
          <w:r>
            <w:rPr>
              <w:noProof/>
            </w:rPr>
          </w:r>
        </w:p>
        <w:p>
          <w:pPr>
            <w:pStyle w:val="ArchiveText"/>
          </w:pPr>
          <w:r>
            <w:rPr>
              <w:noProof/>
            </w:rPr>
            <w:t>theorem all_twenty_three_steps (d : ℕ) (hd : d &lt; domainSize) : F^[23] d=0 := by</w:t>
          </w:r>
        </w:p>
        <w:p>
          <w:pPr>
            <w:pStyle w:val="ArchiveText"/>
          </w:pPr>
          <w:r>
            <w:rPr>
              <w:noProof/>
            </w:rPr>
            <w:t xml:space="preserve">  have hm : F^[23] d=F^[13] (F^[10] d) := by rw [← Function.iterate_add_apply]</w:t>
          </w:r>
        </w:p>
        <w:p>
          <w:pPr>
            <w:pStyle w:val="ArchiveText"/>
          </w:pPr>
          <w:r>
            <w:rPr>
              <w:noProof/>
            </w:rPr>
            <w:t xml:space="preserve">  rw [hm,extinction_by_ten d hd]</w:t>
          </w:r>
        </w:p>
        <w:p>
          <w:pPr>
            <w:pStyle w:val="ArchiveText"/>
          </w:pPr>
          <w:r>
            <w:rPr>
              <w:noProof/>
            </w:rPr>
            <w:t xml:space="preserve">  have hz (n : ℕ) : F^[n] 0=0 := by</w:t>
          </w:r>
        </w:p>
        <w:p>
          <w:pPr>
            <w:pStyle w:val="ArchiveText"/>
          </w:pPr>
          <w:r>
            <w:rPr>
              <w:noProof/>
            </w:rPr>
            <w:t xml:space="preserve">    induction n with</w:t>
          </w:r>
        </w:p>
        <w:p>
          <w:pPr>
            <w:pStyle w:val="ArchiveText"/>
          </w:pPr>
          <w:r>
            <w:rPr>
              <w:noProof/>
            </w:rPr>
            <w:t xml:space="preserve">    | zero =&gt; rfl</w:t>
          </w:r>
        </w:p>
        <w:p>
          <w:pPr>
            <w:pStyle w:val="ArchiveText"/>
          </w:pPr>
          <w:r>
            <w:rPr>
              <w:noProof/>
            </w:rPr>
            <w:t xml:space="preserve">    | succ n ih =&gt; rw [Function.iterate_succ_apply',ih,step_zero]</w:t>
          </w:r>
        </w:p>
        <w:p>
          <w:pPr>
            <w:pStyle w:val="ArchiveText"/>
          </w:pPr>
          <w:r>
            <w:rPr>
              <w:noProof/>
            </w:rPr>
            <w:t xml:space="preserve">  exact hz 13</w:t>
          </w:r>
        </w:p>
        <w:p>
          <w:pPr>
            <w:pStyle w:val="ArchiveText"/>
          </w:pPr>
          <w:r>
            <w:rPr>
              <w:noProof/>
            </w:rPr>
          </w:r>
        </w:p>
        <w:p>
          <w:pPr>
            <w:pStyle w:val="ArchiveText"/>
          </w:pPr>
          <w:r>
            <w:rPr>
              <w:noProof/>
            </w:rPr>
            <w:t>end Omega</w:t>
          </w:r>
        </w:p>
        <w:p>
          <w:pPr>
            <w:pStyle w:val="ArchiveText"/>
          </w:pPr>
          <w:r>
            <w:rPr>
              <w:noProof/>
            </w:rPr>
          </w:r>
        </w:p>
      </w:sdtContent>
    </w:sdt>
    <w:p>
      <w:bookmarkStart w:id="6" w:name="archive_06"/>
      <w:pPr>
        <w:pStyle w:val="Heading1"/>
        <w:pageBreakBefore w:val="0"/>
      </w:pPr>
      <w:r>
        <w:t>File 06</w:t>
      </w:r>
      <w:bookmarkEnd w:id="6"/>
    </w:p>
    <w:p>
      <w:pPr>
        <w:pStyle w:val="ArchivePath"/>
      </w:pPr>
      <w:r>
        <w:t>OMEGA_NAUGHT_Lean_Proof_v0.1/Omega/Finite.lean</w:t>
      </w:r>
    </w:p>
    <w:p>
      <w:pPr>
        <w:pStyle w:val="ArchiveMeta"/>
      </w:pPr>
      <w:r>
        <w:t>2,519 bytes  |  70 original line breaks</w:t>
      </w:r>
    </w:p>
    <w:sdt>
      <w:sdtPr>
        <w:tag w:val="archive-file:OMEGA_NAUGHT_Lean_Proof_v0.1/Omega/Finite.lean"/>
        <w:alias w:val="OMEGA_NAUGHT_Lean_Proof_v0.1/Omega/Finite.lean"/>
      </w:sdtPr>
      <w:sdtContent>
        <w:p>
          <w:pPr>
            <w:pStyle w:val="ArchiveText"/>
          </w:pPr>
          <w:r>
            <w:rPr>
              <w:noProof/>
            </w:rPr>
            <w:t>import Omega.Floor</w:t>
          </w:r>
        </w:p>
        <w:p>
          <w:pPr>
            <w:pStyle w:val="ArchiveText"/>
          </w:pPr>
          <w:r>
            <w:rPr>
              <w:noProof/>
            </w:rPr>
          </w:r>
        </w:p>
        <w:p>
          <w:pPr>
            <w:pStyle w:val="ArchiveText"/>
          </w:pPr>
          <w:r>
            <w:rPr>
              <w:noProof/>
            </w:rPr>
            <w:t>namespace Omega</w:t>
          </w:r>
        </w:p>
        <w:p>
          <w:pPr>
            <w:pStyle w:val="ArchiveText"/>
          </w:pPr>
          <w:r>
            <w:rPr>
              <w:noProof/>
            </w:rPr>
          </w:r>
        </w:p>
        <w:p>
          <w:pPr>
            <w:pStyle w:val="ArchiveText"/>
          </w:pPr>
          <w:r>
            <w:rPr>
              <w:noProof/>
            </w:rPr>
            <w:t>def period : ℕ := 500000000000000</w:t>
          </w:r>
        </w:p>
        <w:p>
          <w:pPr>
            <w:pStyle w:val="ArchiveText"/>
          </w:pPr>
          <w:r>
            <w:rPr>
              <w:noProof/>
            </w:rPr>
            <w:t>def halfQ : ℕ := 169974885672389</w:t>
          </w:r>
        </w:p>
        <w:p>
          <w:pPr>
            <w:pStyle w:val="ArchiveText"/>
          </w:pPr>
          <w:r>
            <w:rPr>
              <w:noProof/>
            </w:rPr>
            <w:t>def inverse : ℕ := 281419755786509</w:t>
          </w:r>
        </w:p>
        <w:p>
          <w:pPr>
            <w:pStyle w:val="ArchiveText"/>
          </w:pPr>
          <w:r>
            <w:rPr>
              <w:noProof/>
            </w:rPr>
          </w:r>
        </w:p>
        <w:p>
          <w:pPr>
            <w:pStyle w:val="ArchiveText"/>
          </w:pPr>
          <w:r>
            <w:rPr>
              <w:noProof/>
            </w:rPr>
            <w:t>theorem gcd_constants : Nat.gcd Q S=2 := by decide</w:t>
          </w:r>
        </w:p>
        <w:p>
          <w:pPr>
            <w:pStyle w:val="ArchiveText"/>
          </w:pPr>
          <w:r>
            <w:rPr>
              <w:noProof/>
            </w:rPr>
            <w:t>theorem inverse_identity : halfQ*inverse=1+95668581631527*period := by decide</w:t>
          </w:r>
        </w:p>
        <w:p>
          <w:pPr>
            <w:pStyle w:val="ArchiveText"/>
          </w:pPr>
          <w:r>
            <w:rPr>
              <w:noProof/>
            </w:rPr>
          </w:r>
        </w:p>
        <w:p>
          <w:pPr>
            <w:pStyle w:val="ArchiveText"/>
          </w:pPr>
          <w:r>
            <w:rPr>
              <w:noProof/>
            </w:rPr>
            <w:t>theorem remainder_halved (d : ℕ) : rho d/2=(halfQ*d)%period := by</w:t>
          </w:r>
        </w:p>
        <w:p>
          <w:pPr>
            <w:pStyle w:val="ArchiveText"/>
          </w:pPr>
          <w:r>
            <w:rPr>
              <w:noProof/>
            </w:rPr>
            <w:t xml:space="preserve">  have hQ : Q=2*halfQ := by decide</w:t>
          </w:r>
        </w:p>
        <w:p>
          <w:pPr>
            <w:pStyle w:val="ArchiveText"/>
          </w:pPr>
          <w:r>
            <w:rPr>
              <w:noProof/>
            </w:rPr>
            <w:t xml:space="preserve">  have hS : S=2*period := by decide</w:t>
          </w:r>
        </w:p>
        <w:p>
          <w:pPr>
            <w:pStyle w:val="ArchiveText"/>
          </w:pPr>
          <w:r>
            <w:rPr>
              <w:noProof/>
            </w:rPr>
            <w:t xml:space="preserve">  rw [rho,hQ,hS,mul_assoc,Nat.mul_mod_mul_left]</w:t>
          </w:r>
        </w:p>
        <w:p>
          <w:pPr>
            <w:pStyle w:val="ArchiveText"/>
          </w:pPr>
          <w:r>
            <w:rPr>
              <w:noProof/>
            </w:rPr>
            <w:t xml:space="preserve">  omega</w:t>
          </w:r>
        </w:p>
        <w:p>
          <w:pPr>
            <w:pStyle w:val="ArchiveText"/>
          </w:pPr>
          <w:r>
            <w:rPr>
              <w:noProof/>
            </w:rPr>
          </w:r>
        </w:p>
        <w:p>
          <w:pPr>
            <w:pStyle w:val="ArchiveText"/>
          </w:pPr>
          <w:r>
            <w:rPr>
              <w:noProof/>
            </w:rPr>
            <w:t>def seedFromRemainder (r : ℕ) : ℕ := (inverse*(r/2))%period</w:t>
          </w:r>
        </w:p>
        <w:p>
          <w:pPr>
            <w:pStyle w:val="ArchiveText"/>
          </w:pPr>
          <w:r>
            <w:rPr>
              <w:noProof/>
            </w:rPr>
          </w:r>
        </w:p>
        <w:p>
          <w:pPr>
            <w:pStyle w:val="ArchiveText"/>
          </w:pPr>
          <w:r>
            <w:rPr>
              <w:noProof/>
            </w:rPr>
            <w:t>theorem first_remainder_reconstruction (d : ℕ) (hd : d &lt; period) :</w:t>
          </w:r>
        </w:p>
        <w:p>
          <w:pPr>
            <w:pStyle w:val="ArchiveText"/>
          </w:pPr>
          <w:r>
            <w:rPr>
              <w:noProof/>
            </w:rPr>
            <w:t xml:space="preserve">    seedFromRemainder (rho d)=d := by</w:t>
          </w:r>
        </w:p>
        <w:p>
          <w:pPr>
            <w:pStyle w:val="ArchiveText"/>
          </w:pPr>
          <w:r>
            <w:rPr>
              <w:noProof/>
            </w:rPr>
            <w:t xml:space="preserve">  have hinv : inverse*halfQ%period=1 := by norm_num [inverse,halfQ,period]</w:t>
          </w:r>
        </w:p>
        <w:p>
          <w:pPr>
            <w:pStyle w:val="ArchiveText"/>
          </w:pPr>
          <w:r>
            <w:rPr>
              <w:noProof/>
            </w:rPr>
            <w:t xml:space="preserve">  unfold seedFromRemainder</w:t>
          </w:r>
        </w:p>
        <w:p>
          <w:pPr>
            <w:pStyle w:val="ArchiveText"/>
          </w:pPr>
          <w:r>
            <w:rPr>
              <w:noProof/>
            </w:rPr>
            <w:t xml:space="preserve">  rw [remainder_halved]</w:t>
          </w:r>
        </w:p>
        <w:p>
          <w:pPr>
            <w:pStyle w:val="ArchiveText"/>
          </w:pPr>
          <w:r>
            <w:rPr>
              <w:noProof/>
            </w:rPr>
            <w:t xml:space="preserve">  calc</w:t>
          </w:r>
        </w:p>
        <w:p>
          <w:pPr>
            <w:pStyle w:val="ArchiveText"/>
          </w:pPr>
          <w:r>
            <w:rPr>
              <w:noProof/>
            </w:rPr>
            <w:t xml:space="preserve">    inverse*(halfQ*d%period)%period=(inverse*halfQ*d)%period := by</w:t>
          </w:r>
        </w:p>
        <w:p>
          <w:pPr>
            <w:pStyle w:val="ArchiveText"/>
          </w:pPr>
          <w:r>
            <w:rPr>
              <w:noProof/>
            </w:rPr>
            <w:t xml:space="preserve">      simp [Nat.mul_mod,Nat.mul_assoc]</w:t>
          </w:r>
        </w:p>
        <w:p>
          <w:pPr>
            <w:pStyle w:val="ArchiveText"/>
          </w:pPr>
          <w:r>
            <w:rPr>
              <w:noProof/>
            </w:rPr>
            <w:t xml:space="preserve">    _ = d%period := by</w:t>
          </w:r>
        </w:p>
        <w:p>
          <w:pPr>
            <w:pStyle w:val="ArchiveText"/>
          </w:pPr>
          <w:r>
            <w:rPr>
              <w:noProof/>
            </w:rPr>
            <w:t xml:space="preserve">      rw [Nat.mul_mod (inverse*halfQ),hinv,one_mul,Nat.mod_mod]</w:t>
          </w:r>
        </w:p>
        <w:p>
          <w:pPr>
            <w:pStyle w:val="ArchiveText"/>
          </w:pPr>
          <w:r>
            <w:rPr>
              <w:noProof/>
            </w:rPr>
            <w:t xml:space="preserve">    _ = d := Nat.mod_eq_of_lt hd</w:t>
          </w:r>
        </w:p>
        <w:p>
          <w:pPr>
            <w:pStyle w:val="ArchiveText"/>
          </w:pPr>
          <w:r>
            <w:rPr>
              <w:noProof/>
            </w:rPr>
          </w:r>
        </w:p>
        <w:p>
          <w:pPr>
            <w:pStyle w:val="ArchiveText"/>
          </w:pPr>
          <w:r>
            <w:rPr>
              <w:noProof/>
            </w:rPr>
            <w:t>theorem first_remainder_injective :</w:t>
          </w:r>
        </w:p>
        <w:p>
          <w:pPr>
            <w:pStyle w:val="ArchiveText"/>
          </w:pPr>
          <w:r>
            <w:rPr>
              <w:noProof/>
            </w:rPr>
            <w:t xml:space="preserve">    Set.InjOn rho {d : ℕ | d &lt; period} := by</w:t>
          </w:r>
        </w:p>
        <w:p>
          <w:pPr>
            <w:pStyle w:val="ArchiveText"/>
          </w:pPr>
          <w:r>
            <w:rPr>
              <w:noProof/>
            </w:rPr>
            <w:t xml:space="preserve">  intro d hd e he h</w:t>
          </w:r>
        </w:p>
        <w:p>
          <w:pPr>
            <w:pStyle w:val="ArchiveText"/>
          </w:pPr>
          <w:r>
            <w:rPr>
              <w:noProof/>
            </w:rPr>
            <w:t xml:space="preserve">  have hi := congrArg seedFromRemainder h</w:t>
          </w:r>
        </w:p>
        <w:p>
          <w:pPr>
            <w:pStyle w:val="ArchiveText"/>
          </w:pPr>
          <w:r>
            <w:rPr>
              <w:noProof/>
            </w:rPr>
            <w:t xml:space="preserve">  simpa only [first_remainder_reconstruction d hd,</w:t>
          </w:r>
        </w:p>
        <w:p>
          <w:pPr>
            <w:pStyle w:val="ArchiveText"/>
          </w:pPr>
          <w:r>
            <w:rPr>
              <w:noProof/>
            </w:rPr>
            <w:t xml:space="preserve">    first_remainder_reconstruction e he] using hi</w:t>
          </w:r>
        </w:p>
        <w:p>
          <w:pPr>
            <w:pStyle w:val="ArchiveText"/>
          </w:pPr>
          <w:r>
            <w:rPr>
              <w:noProof/>
            </w:rPr>
          </w:r>
        </w:p>
        <w:p>
          <w:pPr>
            <w:pStyle w:val="ArchiveText"/>
          </w:pPr>
          <w:r>
            <w:rPr>
              <w:noProof/>
            </w:rPr>
            <w:t>theorem first_remainder_injective_domain :</w:t>
          </w:r>
        </w:p>
        <w:p>
          <w:pPr>
            <w:pStyle w:val="ArchiveText"/>
          </w:pPr>
          <w:r>
            <w:rPr>
              <w:noProof/>
            </w:rPr>
            <w:t xml:space="preserve">    Set.InjOn rho {d : ℕ | d &lt; domainSize} := by</w:t>
          </w:r>
        </w:p>
        <w:p>
          <w:pPr>
            <w:pStyle w:val="ArchiveText"/>
          </w:pPr>
          <w:r>
            <w:rPr>
              <w:noProof/>
            </w:rPr>
            <w:t xml:space="preserve">  intro d hd e he h</w:t>
          </w:r>
        </w:p>
        <w:p>
          <w:pPr>
            <w:pStyle w:val="ArchiveText"/>
          </w:pPr>
          <w:r>
            <w:rPr>
              <w:noProof/>
            </w:rPr>
            <w:t xml:space="preserve">  have hD : domainSize &lt; period := by norm_num [domainSize,period]</w:t>
          </w:r>
        </w:p>
        <w:p>
          <w:pPr>
            <w:pStyle w:val="ArchiveText"/>
          </w:pPr>
          <w:r>
            <w:rPr>
              <w:noProof/>
            </w:rPr>
            <w:t xml:space="preserve">  exact first_remainder_injective</w:t>
          </w:r>
        </w:p>
        <w:p>
          <w:pPr>
            <w:pStyle w:val="ArchiveText"/>
          </w:pPr>
          <w:r>
            <w:rPr>
              <w:noProof/>
            </w:rPr>
            <w:t xml:space="preserve">    (lt_trans hd hD) (lt_trans he hD) h</w:t>
          </w:r>
        </w:p>
        <w:p>
          <w:pPr>
            <w:pStyle w:val="ArchiveText"/>
          </w:pPr>
          <w:r>
            <w:rPr>
              <w:noProof/>
            </w:rPr>
          </w:r>
        </w:p>
        <w:p>
          <w:pPr>
            <w:pStyle w:val="ArchiveText"/>
          </w:pPr>
          <w:r>
            <w:rPr>
              <w:noProof/>
            </w:rPr>
            <w:t>set_option maxRecDepth 1000000 in</w:t>
          </w:r>
        </w:p>
        <w:p>
          <w:pPr>
            <w:pStyle w:val="ArchiveText"/>
          </w:pPr>
          <w:r>
            <w:rPr>
              <w:noProof/>
            </w:rPr>
            <w:t>set_option maxHeartbeats 0 in</w:t>
          </w:r>
        </w:p>
        <w:p>
          <w:pPr>
            <w:pStyle w:val="ArchiveText"/>
          </w:pPr>
          <w:r>
            <w:rPr>
              <w:noProof/>
            </w:rPr>
            <w:t>/-- Finite certificate computed by Lean's ordinary decision procedure and</w:t>
          </w:r>
        </w:p>
        <w:p>
          <w:pPr>
            <w:pStyle w:val="ArchiveText"/>
          </w:pPr>
          <w:r>
            <w:rPr>
              <w:noProof/>
            </w:rPr>
            <w:t>checked by the kernel. No external native evaluator is used. -/</w:t>
          </w:r>
        </w:p>
        <w:p>
          <w:pPr>
            <w:pStyle w:val="ArchiveText"/>
          </w:pPr>
          <w:r>
            <w:rPr>
              <w:noProof/>
            </w:rPr>
            <w:t>theorem finite_gap_certificate :</w:t>
          </w:r>
        </w:p>
        <w:p>
          <w:pPr>
            <w:pStyle w:val="ArchiveText"/>
          </w:pPr>
          <w:r>
            <w:rPr>
              <w:noProof/>
            </w:rPr>
            <w:t xml:space="preserve">    (List.range 128).all (fun b =&gt; (List.range 256).all</w:t>
          </w:r>
        </w:p>
        <w:p>
          <w:pPr>
            <w:pStyle w:val="ArchiveText"/>
          </w:pPr>
          <w:r>
            <w:rPr>
              <w:noProof/>
            </w:rPr>
            <w:t xml:space="preserve">      (fun i =&gt; decide (34535026732 ≤ S-rho (256*b+i))))=true := by decide</w:t>
          </w:r>
        </w:p>
        <w:p>
          <w:pPr>
            <w:pStyle w:val="ArchiveText"/>
          </w:pPr>
          <w:r>
            <w:rPr>
              <w:noProof/>
            </w:rPr>
          </w:r>
        </w:p>
        <w:p>
          <w:pPr>
            <w:pStyle w:val="ArchiveText"/>
          </w:pPr>
          <w:r>
            <w:rPr>
              <w:noProof/>
            </w:rPr>
            <w:t>theorem certified_gap (d : ℕ) (hd : d &lt; domainSize) :</w:t>
          </w:r>
        </w:p>
        <w:p>
          <w:pPr>
            <w:pStyle w:val="ArchiveText"/>
          </w:pPr>
          <w:r>
            <w:rPr>
              <w:noProof/>
            </w:rPr>
            <w:t xml:space="preserve">    34535026732 ≤ S-rho d := by</w:t>
          </w:r>
        </w:p>
        <w:p>
          <w:pPr>
            <w:pStyle w:val="ArchiveText"/>
          </w:pPr>
          <w:r>
            <w:rPr>
              <w:noProof/>
            </w:rPr>
            <w:t xml:space="preserve">  have hb : d/256 ∈ List.range 128 := by</w:t>
          </w:r>
        </w:p>
        <w:p>
          <w:pPr>
            <w:pStyle w:val="ArchiveText"/>
          </w:pPr>
          <w:r>
            <w:rPr>
              <w:noProof/>
            </w:rPr>
            <w:t xml:space="preserve">    rw [List.mem_range]</w:t>
          </w:r>
        </w:p>
        <w:p>
          <w:pPr>
            <w:pStyle w:val="ArchiveText"/>
          </w:pPr>
          <w:r>
            <w:rPr>
              <w:noProof/>
            </w:rPr>
            <w:t xml:space="preserve">    unfold domainSize at hd</w:t>
          </w:r>
        </w:p>
        <w:p>
          <w:pPr>
            <w:pStyle w:val="ArchiveText"/>
          </w:pPr>
          <w:r>
            <w:rPr>
              <w:noProof/>
            </w:rPr>
            <w:t xml:space="preserve">    omega</w:t>
          </w:r>
        </w:p>
        <w:p>
          <w:pPr>
            <w:pStyle w:val="ArchiveText"/>
          </w:pPr>
          <w:r>
            <w:rPr>
              <w:noProof/>
            </w:rPr>
            <w:t xml:space="preserve">  have hi : d%256 ∈ List.range 256 := List.mem_range.mpr (Nat.mod_lt _ (by decide))</w:t>
          </w:r>
        </w:p>
        <w:p>
          <w:pPr>
            <w:pStyle w:val="ArchiveText"/>
          </w:pPr>
          <w:r>
            <w:rPr>
              <w:noProof/>
            </w:rPr>
            <w:t xml:space="preserve">  have h := List.all_eq_true.mp (List.all_eq_true.mp finite_gap_certificate _ hb) _ hi</w:t>
          </w:r>
        </w:p>
        <w:p>
          <w:pPr>
            <w:pStyle w:val="ArchiveText"/>
          </w:pPr>
          <w:r>
            <w:rPr>
              <w:noProof/>
            </w:rPr>
            <w:t xml:space="preserve">  have he : 256*(d/256)+d%256=d := Nat.div_add_mod d 256</w:t>
          </w:r>
        </w:p>
        <w:p>
          <w:pPr>
            <w:pStyle w:val="ArchiveText"/>
          </w:pPr>
          <w:r>
            <w:rPr>
              <w:noProof/>
            </w:rPr>
            <w:t xml:space="preserve">  simpa only [he,decide_eq_true_eq] using h</w:t>
          </w:r>
        </w:p>
        <w:p>
          <w:pPr>
            <w:pStyle w:val="ArchiveText"/>
          </w:pPr>
          <w:r>
            <w:rPr>
              <w:noProof/>
            </w:rPr>
          </w:r>
        </w:p>
        <w:p>
          <w:pPr>
            <w:pStyle w:val="ArchiveText"/>
          </w:pPr>
          <w:r>
            <w:rPr>
              <w:noProof/>
            </w:rPr>
            <w:t>theorem minimum_gap_attained : S-rho 20706=34535026732 := by norm_num [S,rho,Q]</w:t>
          </w:r>
        </w:p>
        <w:p>
          <w:pPr>
            <w:pStyle w:val="ArchiveText"/>
          </w:pPr>
          <w:r>
            <w:rPr>
              <w:noProof/>
            </w:rPr>
          </w:r>
        </w:p>
        <w:p>
          <w:pPr>
            <w:pStyle w:val="ArchiveText"/>
          </w:pPr>
          <w:r>
            <w:rPr>
              <w:noProof/>
            </w:rPr>
            <w:t>theorem finite_certificate_inequality :</w:t>
          </w:r>
        </w:p>
        <w:p>
          <w:pPr>
            <w:pStyle w:val="ArchiveText"/>
          </w:pPr>
          <w:r>
            <w:rPr>
              <w:noProof/>
            </w:rPr>
            <w:t xml:space="preserve">    (32767:ℕ)&lt;34535026732 := by decide</w:t>
          </w:r>
        </w:p>
        <w:p>
          <w:pPr>
            <w:pStyle w:val="ArchiveText"/>
          </w:pPr>
          <w:r>
            <w:rPr>
              <w:noProof/>
            </w:rPr>
          </w:r>
        </w:p>
        <w:p>
          <w:pPr>
            <w:pStyle w:val="ArchiveText"/>
          </w:pPr>
          <w:r>
            <w:rPr>
              <w:noProof/>
            </w:rPr>
            <w:t>end Omega</w:t>
          </w:r>
        </w:p>
        <w:p>
          <w:pPr>
            <w:pStyle w:val="ArchiveText"/>
          </w:pPr>
          <w:r>
            <w:rPr>
              <w:noProof/>
            </w:rPr>
          </w:r>
        </w:p>
      </w:sdtContent>
    </w:sdt>
    <w:p>
      <w:bookmarkStart w:id="7" w:name="archive_07"/>
      <w:pPr>
        <w:pStyle w:val="Heading1"/>
        <w:pageBreakBefore w:val="0"/>
      </w:pPr>
      <w:r>
        <w:t>File 07</w:t>
      </w:r>
      <w:bookmarkEnd w:id="7"/>
    </w:p>
    <w:p>
      <w:pPr>
        <w:pStyle w:val="ArchivePath"/>
      </w:pPr>
      <w:r>
        <w:t>OMEGA_NAUGHT_Lean_Proof_v0.1/Omega/Floor.lean</w:t>
      </w:r>
    </w:p>
    <w:p>
      <w:pPr>
        <w:pStyle w:val="ArchiveMeta"/>
      </w:pPr>
      <w:r>
        <w:t>6,808 bytes  |  197 original line breaks</w:t>
      </w:r>
    </w:p>
    <w:sdt>
      <w:sdtPr>
        <w:tag w:val="archive-file:OMEGA_NAUGHT_Lean_Proof_v0.1/Omega/Floor.lean"/>
        <w:alias w:val="OMEGA_NAUGHT_Lean_Proof_v0.1/Omega/Floor.lean"/>
      </w:sdtPr>
      <w:sdtContent>
        <w:p>
          <w:pPr>
            <w:pStyle w:val="ArchiveText"/>
          </w:pPr>
          <w:r>
            <w:rPr>
              <w:noProof/>
            </w:rPr>
            <w:t>import Omega.Constants</w:t>
          </w:r>
        </w:p>
        <w:p>
          <w:pPr>
            <w:pStyle w:val="ArchiveText"/>
          </w:pPr>
          <w:r>
            <w:rPr>
              <w:noProof/>
            </w:rPr>
            <w:t>import Mathlib.Algebra.Order.Floor.Ring</w:t>
          </w:r>
        </w:p>
        <w:p>
          <w:pPr>
            <w:pStyle w:val="ArchiveText"/>
          </w:pPr>
          <w:r>
            <w:rPr>
              <w:noProof/>
            </w:rPr>
            <w:t>import Mathlib.Algebra.Order.Floor.Semiring</w:t>
          </w:r>
        </w:p>
        <w:p>
          <w:pPr>
            <w:pStyle w:val="ArchiveText"/>
          </w:pPr>
          <w:r>
            <w:rPr>
              <w:noProof/>
            </w:rPr>
          </w:r>
        </w:p>
        <w:p>
          <w:pPr>
            <w:pStyle w:val="ArchiveText"/>
          </w:pPr>
          <w:r>
            <w:rPr>
              <w:noProof/>
            </w:rPr>
            <w:t>namespace Omega</w:t>
          </w:r>
        </w:p>
        <w:p>
          <w:pPr>
            <w:pStyle w:val="ArchiveText"/>
          </w:pPr>
          <w:r>
            <w:rPr>
              <w:noProof/>
            </w:rPr>
          </w:r>
        </w:p>
        <w:p>
          <w:pPr>
            <w:pStyle w:val="ArchiveText"/>
          </w:pPr>
          <w:r>
            <w:rPr>
              <w:noProof/>
            </w:rPr>
            <w:t>def F (d : ℕ) : ℕ := Q*d/S</w:t>
          </w:r>
        </w:p>
        <w:p>
          <w:pPr>
            <w:pStyle w:val="ArchiveText"/>
          </w:pPr>
          <w:r>
            <w:rPr>
              <w:noProof/>
            </w:rPr>
            <w:t>def rho (d : ℕ) : ℕ := Q*d%S</w:t>
          </w:r>
        </w:p>
        <w:p>
          <w:pPr>
            <w:pStyle w:val="ArchiveText"/>
          </w:pPr>
          <w:r>
            <w:rPr>
              <w:noProof/>
            </w:rPr>
          </w:r>
        </w:p>
        <w:p>
          <w:pPr>
            <w:pStyle w:val="ArchiveText"/>
          </w:pPr>
          <w:r>
            <w:rPr>
              <w:noProof/>
            </w:rPr>
            <w:t>theorem S_pos : 0 &lt; S := by norm_num [S]</w:t>
          </w:r>
        </w:p>
        <w:p>
          <w:pPr>
            <w:pStyle w:val="ArchiveText"/>
          </w:pPr>
          <w:r>
            <w:rPr>
              <w:noProof/>
            </w:rPr>
            <w:t>theorem Q_pos : 0 &lt; Q := by norm_num [Q]</w:t>
          </w:r>
        </w:p>
        <w:p>
          <w:pPr>
            <w:pStyle w:val="ArchiveText"/>
          </w:pPr>
          <w:r>
            <w:rPr>
              <w:noProof/>
            </w:rPr>
            <w:t>theorem Q_lt_S : Q &lt; S := by norm_num [Q,S]</w:t>
          </w:r>
        </w:p>
        <w:p>
          <w:pPr>
            <w:pStyle w:val="ArchiveText"/>
          </w:pPr>
          <w:r>
            <w:rPr>
              <w:noProof/>
            </w:rPr>
          </w:r>
        </w:p>
        <w:p>
          <w:pPr>
            <w:pStyle w:val="ArchiveText"/>
          </w:pPr>
          <w:r>
            <w:rPr>
              <w:noProof/>
            </w:rPr>
            <w:t>theorem division_identity (d : ℕ) : S*F d + rho d = Q*d := by</w:t>
          </w:r>
        </w:p>
        <w:p>
          <w:pPr>
            <w:pStyle w:val="ArchiveText"/>
          </w:pPr>
          <w:r>
            <w:rPr>
              <w:noProof/>
            </w:rPr>
            <w:t xml:space="preserve">  exact Nat.div_add_mod (Q*d) S</w:t>
          </w:r>
        </w:p>
        <w:p>
          <w:pPr>
            <w:pStyle w:val="ArchiveText"/>
          </w:pPr>
          <w:r>
            <w:rPr>
              <w:noProof/>
            </w:rPr>
          </w:r>
        </w:p>
        <w:p>
          <w:pPr>
            <w:pStyle w:val="ArchiveText"/>
          </w:pPr>
          <w:r>
            <w:rPr>
              <w:noProof/>
            </w:rPr>
            <w:t>theorem remainder_bound (d : ℕ) : rho d &lt; S := Nat.mod_lt _ S_pos</w:t>
          </w:r>
        </w:p>
        <w:p>
          <w:pPr>
            <w:pStyle w:val="ArchiveText"/>
          </w:pPr>
          <w:r>
            <w:rPr>
              <w:noProof/>
            </w:rPr>
          </w:r>
        </w:p>
        <w:p>
          <w:pPr>
            <w:pStyle w:val="ArchiveText"/>
          </w:pPr>
          <w:r>
            <w:rPr>
              <w:noProof/>
            </w:rPr>
            <w:t>theorem step_zero : F 0 = 0 := by simp [F]</w:t>
          </w:r>
        </w:p>
        <w:p>
          <w:pPr>
            <w:pStyle w:val="ArchiveText"/>
          </w:pPr>
          <w:r>
            <w:rPr>
              <w:noProof/>
            </w:rPr>
          </w:r>
        </w:p>
        <w:p>
          <w:pPr>
            <w:pStyle w:val="ArchiveText"/>
          </w:pPr>
          <w:r>
            <w:rPr>
              <w:noProof/>
            </w:rPr>
            <w:t>theorem step_lt (d : ℕ) (hd : 0 &lt; d) : F d &lt; d := by</w:t>
          </w:r>
        </w:p>
        <w:p>
          <w:pPr>
            <w:pStyle w:val="ArchiveText"/>
          </w:pPr>
          <w:r>
            <w:rPr>
              <w:noProof/>
            </w:rPr>
            <w:t xml:space="preserve">  apply (Nat.div_lt_iff_lt_mul S_pos).2</w:t>
          </w:r>
        </w:p>
        <w:p>
          <w:pPr>
            <w:pStyle w:val="ArchiveText"/>
          </w:pPr>
          <w:r>
            <w:rPr>
              <w:noProof/>
            </w:rPr>
            <w:t xml:space="preserve">  simpa [Nat.mul_comm] using Nat.mul_lt_mul_of_pos_right Q_lt_S hd</w:t>
          </w:r>
        </w:p>
        <w:p>
          <w:pPr>
            <w:pStyle w:val="ArchiveText"/>
          </w:pPr>
          <w:r>
            <w:rPr>
              <w:noProof/>
            </w:rPr>
          </w:r>
        </w:p>
        <w:p>
          <w:pPr>
            <w:pStyle w:val="ArchiveText"/>
          </w:pPr>
          <w:r>
            <w:rPr>
              <w:noProof/>
            </w:rPr>
            <w:t>theorem step_le (d : ℕ) : F d ≤ d := by</w:t>
          </w:r>
        </w:p>
        <w:p>
          <w:pPr>
            <w:pStyle w:val="ArchiveText"/>
          </w:pPr>
          <w:r>
            <w:rPr>
              <w:noProof/>
            </w:rPr>
            <w:t xml:space="preserve">  by_cases hd : d = 0</w:t>
          </w:r>
        </w:p>
        <w:p>
          <w:pPr>
            <w:pStyle w:val="ArchiveText"/>
          </w:pPr>
          <w:r>
            <w:rPr>
              <w:noProof/>
            </w:rPr>
            <w:t xml:space="preserve">  · subst d; simp [step_zero]</w:t>
          </w:r>
        </w:p>
        <w:p>
          <w:pPr>
            <w:pStyle w:val="ArchiveText"/>
          </w:pPr>
          <w:r>
            <w:rPr>
              <w:noProof/>
            </w:rPr>
            <w:t xml:space="preserve">  · exact Nat.le_of_lt (step_lt d (Nat.pos_of_ne_zero hd))</w:t>
          </w:r>
        </w:p>
        <w:p>
          <w:pPr>
            <w:pStyle w:val="ArchiveText"/>
          </w:pPr>
          <w:r>
            <w:rPr>
              <w:noProof/>
            </w:rPr>
          </w:r>
        </w:p>
        <w:p>
          <w:pPr>
            <w:pStyle w:val="ArchiveText"/>
          </w:pPr>
          <w:r>
            <w:rPr>
              <w:noProof/>
            </w:rPr>
            <w:t>theorem forward_invariant (d : ℕ) (hd : d &lt; domainSize) : F d &lt; domainSize :=</w:t>
          </w:r>
        </w:p>
        <w:p>
          <w:pPr>
            <w:pStyle w:val="ArchiveText"/>
          </w:pPr>
          <w:r>
            <w:rPr>
              <w:noProof/>
            </w:rPr>
            <w:t xml:space="preserve">  lt_of_le_of_lt (step_le d) hd</w:t>
          </w:r>
        </w:p>
        <w:p>
          <w:pPr>
            <w:pStyle w:val="ArchiveText"/>
          </w:pPr>
          <w:r>
            <w:rPr>
              <w:noProof/>
            </w:rPr>
          </w:r>
        </w:p>
        <w:p>
          <w:pPr>
            <w:pStyle w:val="ArchiveText"/>
          </w:pPr>
          <w:r>
            <w:rPr>
              <w:noProof/>
            </w:rPr>
            <w:t>theorem step_monotone : Monotone F := by</w:t>
          </w:r>
        </w:p>
        <w:p>
          <w:pPr>
            <w:pStyle w:val="ArchiveText"/>
          </w:pPr>
          <w:r>
            <w:rPr>
              <w:noProof/>
            </w:rPr>
            <w:t xml:space="preserve">  intro d e h</w:t>
          </w:r>
        </w:p>
        <w:p>
          <w:pPr>
            <w:pStyle w:val="ArchiveText"/>
          </w:pPr>
          <w:r>
            <w:rPr>
              <w:noProof/>
            </w:rPr>
            <w:t xml:space="preserve">  exact Nat.div_le_div_right (Nat.mul_le_mul_left Q h)</w:t>
          </w:r>
        </w:p>
        <w:p>
          <w:pPr>
            <w:pStyle w:val="ArchiveText"/>
          </w:pPr>
          <w:r>
            <w:rPr>
              <w:noProof/>
            </w:rPr>
          </w:r>
        </w:p>
        <w:p>
          <w:pPr>
            <w:pStyle w:val="ArchiveText"/>
          </w:pPr>
          <w:r>
            <w:rPr>
              <w:noProof/>
            </w:rPr>
            <w:t>noncomputable section</w:t>
          </w:r>
        </w:p>
        <w:p>
          <w:pPr>
            <w:pStyle w:val="ArchiveText"/>
          </w:pPr>
          <w:r>
            <w:rPr>
              <w:noProof/>
            </w:rPr>
          </w:r>
        </w:p>
        <w:p>
          <w:pPr>
            <w:pStyle w:val="ArchiveText"/>
          </w:pPr>
          <w:r>
            <w:rPr>
              <w:noProof/>
            </w:rPr>
            <w:t>def lower : ℝ := 4196/12343</w:t>
          </w:r>
        </w:p>
        <w:p>
          <w:pPr>
            <w:pStyle w:val="ArchiveText"/>
          </w:pPr>
          <w:r>
            <w:rPr>
              <w:noProof/>
            </w:rPr>
            <w:t>def upper : ℝ := 7039/20706</w:t>
          </w:r>
        </w:p>
        <w:p>
          <w:pPr>
            <w:pStyle w:val="ArchiveText"/>
          </w:pPr>
          <w:r>
            <w:rPr>
              <w:noProof/>
            </w:rPr>
          </w:r>
        </w:p>
        <w:p>
          <w:pPr>
            <w:pStyle w:val="ArchiveText"/>
          </w:pPr>
          <w:r>
            <w:rPr>
              <w:noProof/>
            </w:rPr>
            <w:t>theorem q_in_interval : lower &lt; q ∧ q &lt; upper := by norm_num [lower,upper,q,Q,S]</w:t>
          </w:r>
        </w:p>
        <w:p>
          <w:pPr>
            <w:pStyle w:val="ArchiveText"/>
          </w:pPr>
          <w:r>
            <w:rPr>
              <w:noProof/>
            </w:rPr>
            <w:t>theorem lam_in_interval : lower &lt; lam ∧ lam &lt; upper := by</w:t>
          </w:r>
        </w:p>
        <w:p>
          <w:pPr>
            <w:pStyle w:val="ArchiveText"/>
          </w:pPr>
          <w:r>
            <w:rPr>
              <w:noProof/>
            </w:rPr>
            <w:t xml:space="preserve">  have := lam_bounds</w:t>
          </w:r>
        </w:p>
        <w:p>
          <w:pPr>
            <w:pStyle w:val="ArchiveText"/>
          </w:pPr>
          <w:r>
            <w:rPr>
              <w:noProof/>
            </w:rPr>
            <w:t xml:space="preserve">  norm_num [lower,upper] at *</w:t>
          </w:r>
        </w:p>
        <w:p>
          <w:pPr>
            <w:pStyle w:val="ArchiveText"/>
          </w:pPr>
          <w:r>
            <w:rPr>
              <w:noProof/>
            </w:rPr>
            <w:t xml:space="preserve">  constructor &lt;;&gt; linarith</w:t>
          </w:r>
        </w:p>
        <w:p>
          <w:pPr>
            <w:pStyle w:val="ArchiveText"/>
          </w:pPr>
          <w:r>
            <w:rPr>
              <w:noProof/>
            </w:rPr>
          </w:r>
        </w:p>
        <w:p>
          <w:pPr>
            <w:pStyle w:val="ArchiveText"/>
          </w:pPr>
          <w:r>
            <w:rPr>
              <w:noProof/>
            </w:rPr>
            <w:t>theorem floor_q (d : ℕ) : Int.floor (q*d) = (F d : ℤ) := by</w:t>
          </w:r>
        </w:p>
        <w:p>
          <w:pPr>
            <w:pStyle w:val="ArchiveText"/>
          </w:pPr>
          <w:r>
            <w:rPr>
              <w:noProof/>
            </w:rPr>
            <w:t xml:space="preserve">  apply Int.floor_eq_iff.mpr</w:t>
          </w:r>
        </w:p>
        <w:p>
          <w:pPr>
            <w:pStyle w:val="ArchiveText"/>
          </w:pPr>
          <w:r>
            <w:rPr>
              <w:noProof/>
            </w:rPr>
            <w:t xml:space="preserve">  have he : (S:ℝ)*(F d:ℝ)+(rho d:ℝ) = (Q:ℝ)*d := by</w:t>
          </w:r>
        </w:p>
        <w:p>
          <w:pPr>
            <w:pStyle w:val="ArchiveText"/>
          </w:pPr>
          <w:r>
            <w:rPr>
              <w:noProof/>
            </w:rPr>
            <w:t xml:space="preserve">    exact_mod_cast division_identity d</w:t>
          </w:r>
        </w:p>
        <w:p>
          <w:pPr>
            <w:pStyle w:val="ArchiveText"/>
          </w:pPr>
          <w:r>
            <w:rPr>
              <w:noProof/>
            </w:rPr>
            <w:t xml:space="preserve">  have hb : (rho d:ℝ) &lt; S := by exact_mod_cast remainder_bound d</w:t>
          </w:r>
        </w:p>
        <w:p>
          <w:pPr>
            <w:pStyle w:val="ArchiveText"/>
          </w:pPr>
          <w:r>
            <w:rPr>
              <w:noProof/>
            </w:rPr>
            <w:t xml:space="preserve">  have hz : (0:ℝ) ≤ rho d := by positivity</w:t>
          </w:r>
        </w:p>
        <w:p>
          <w:pPr>
            <w:pStyle w:val="ArchiveText"/>
          </w:pPr>
          <w:r>
            <w:rPr>
              <w:noProof/>
            </w:rPr>
            <w:t xml:space="preserve">  have hs : (0:ℝ) &lt; S := by exact_mod_cast S_pos</w:t>
          </w:r>
        </w:p>
        <w:p>
          <w:pPr>
            <w:pStyle w:val="ArchiveText"/>
          </w:pPr>
          <w:r>
            <w:rPr>
              <w:noProof/>
            </w:rPr>
            <w:t xml:space="preserve">  push_cast</w:t>
          </w:r>
        </w:p>
        <w:p>
          <w:pPr>
            <w:pStyle w:val="ArchiveText"/>
          </w:pPr>
          <w:r>
            <w:rPr>
              <w:noProof/>
            </w:rPr>
            <w:t xml:space="preserve">  unfold q</w:t>
          </w:r>
        </w:p>
        <w:p>
          <w:pPr>
            <w:pStyle w:val="ArchiveText"/>
          </w:pPr>
          <w:r>
            <w:rPr>
              <w:noProof/>
            </w:rPr>
            <w:t xml:space="preserve">  rw [div_mul_eq_mul_div]</w:t>
          </w:r>
        </w:p>
        <w:p>
          <w:pPr>
            <w:pStyle w:val="ArchiveText"/>
          </w:pPr>
          <w:r>
            <w:rPr>
              <w:noProof/>
            </w:rPr>
            <w:t xml:space="preserve">  constructor</w:t>
          </w:r>
        </w:p>
        <w:p>
          <w:pPr>
            <w:pStyle w:val="ArchiveText"/>
          </w:pPr>
          <w:r>
            <w:rPr>
              <w:noProof/>
            </w:rPr>
            <w:t xml:space="preserve">  · apply (le_div_iff₀ hs).2</w:t>
          </w:r>
        </w:p>
        <w:p>
          <w:pPr>
            <w:pStyle w:val="ArchiveText"/>
          </w:pPr>
          <w:r>
            <w:rPr>
              <w:noProof/>
            </w:rPr>
            <w:t xml:space="preserve">    nlinarith</w:t>
          </w:r>
        </w:p>
        <w:p>
          <w:pPr>
            <w:pStyle w:val="ArchiveText"/>
          </w:pPr>
          <w:r>
            <w:rPr>
              <w:noProof/>
            </w:rPr>
            <w:t xml:space="preserve">  · apply (div_lt_iff₀ hs).2</w:t>
          </w:r>
        </w:p>
        <w:p>
          <w:pPr>
            <w:pStyle w:val="ArchiveText"/>
          </w:pPr>
          <w:r>
            <w:rPr>
              <w:noProof/>
            </w:rPr>
            <w:t xml:space="preserve">    nlinarith</w:t>
          </w:r>
        </w:p>
        <w:p>
          <w:pPr>
            <w:pStyle w:val="ArchiveText"/>
          </w:pPr>
          <w:r>
            <w:rPr>
              <w:noProof/>
            </w:rPr>
          </w:r>
        </w:p>
        <w:p>
          <w:pPr>
            <w:pStyle w:val="ArchiveText"/>
          </w:pPr>
          <w:r>
            <w:rPr>
              <w:noProof/>
            </w:rPr>
            <w:t>/-- Farey determinant argument. No enumeration or external numerical certificate. -/</w:t>
          </w:r>
        </w:p>
        <w:p>
          <w:pPr>
            <w:pStyle w:val="ArchiveText"/>
          </w:pPr>
          <w:r>
            <w:rPr>
              <w:noProof/>
            </w:rPr>
            <w:t>theorem no_interior_boundary (d : ℕ) (hd : d &lt; domainSize) (k : ℤ)</w:t>
          </w:r>
        </w:p>
        <w:p>
          <w:pPr>
            <w:pStyle w:val="ArchiveText"/>
          </w:pPr>
          <w:r>
            <w:rPr>
              <w:noProof/>
            </w:rPr>
            <w:t xml:space="preserve">    (hl : lower*d &lt; k) (hu : (k:ℝ) &lt; upper*d) : False := by</w:t>
          </w:r>
        </w:p>
        <w:p>
          <w:pPr>
            <w:pStyle w:val="ArchiveText"/>
          </w:pPr>
          <w:r>
            <w:rPr>
              <w:noProof/>
            </w:rPr>
            <w:t xml:space="preserve">  have hxR : (0:ℝ) &lt; 12343*(k:ℝ)-4196*(d:ℝ) := by</w:t>
          </w:r>
        </w:p>
        <w:p>
          <w:pPr>
            <w:pStyle w:val="ArchiveText"/>
          </w:pPr>
          <w:r>
            <w:rPr>
              <w:noProof/>
            </w:rPr>
            <w:t xml:space="preserve">    unfold lower at hl</w:t>
          </w:r>
        </w:p>
        <w:p>
          <w:pPr>
            <w:pStyle w:val="ArchiveText"/>
          </w:pPr>
          <w:r>
            <w:rPr>
              <w:noProof/>
            </w:rPr>
            <w:t xml:space="preserve">    linarith</w:t>
          </w:r>
        </w:p>
        <w:p>
          <w:pPr>
            <w:pStyle w:val="ArchiveText"/>
          </w:pPr>
          <w:r>
            <w:rPr>
              <w:noProof/>
            </w:rPr>
            <w:t xml:space="preserve">  have hyR : (0:ℝ) &lt; 7039*(d:ℝ)-20706*(k:ℝ) := by</w:t>
          </w:r>
        </w:p>
        <w:p>
          <w:pPr>
            <w:pStyle w:val="ArchiveText"/>
          </w:pPr>
          <w:r>
            <w:rPr>
              <w:noProof/>
            </w:rPr>
            <w:t xml:space="preserve">    unfold upper at hu</w:t>
          </w:r>
        </w:p>
        <w:p>
          <w:pPr>
            <w:pStyle w:val="ArchiveText"/>
          </w:pPr>
          <w:r>
            <w:rPr>
              <w:noProof/>
            </w:rPr>
            <w:t xml:space="preserve">    linarith</w:t>
          </w:r>
        </w:p>
        <w:p>
          <w:pPr>
            <w:pStyle w:val="ArchiveText"/>
          </w:pPr>
          <w:r>
            <w:rPr>
              <w:noProof/>
            </w:rPr>
            <w:t xml:space="preserve">  have hx : (0:ℤ) &lt; 12343*k-4196*d := by exact_mod_cast hxR</w:t>
          </w:r>
        </w:p>
        <w:p>
          <w:pPr>
            <w:pStyle w:val="ArchiveText"/>
          </w:pPr>
          <w:r>
            <w:rPr>
              <w:noProof/>
            </w:rPr>
            <w:t xml:space="preserve">  have hy : (0:ℤ) &lt; 7039*(d:ℤ)-20706*k := by exact_mod_cast hyR</w:t>
          </w:r>
        </w:p>
        <w:p>
          <w:pPr>
            <w:pStyle w:val="ArchiveText"/>
          </w:pPr>
          <w:r>
            <w:rPr>
              <w:noProof/>
            </w:rPr>
            <w:t xml:space="preserve">  have hx1 : (1:ℤ) ≤ 12343*k-4196*d := by omega</w:t>
          </w:r>
        </w:p>
        <w:p>
          <w:pPr>
            <w:pStyle w:val="ArchiveText"/>
          </w:pPr>
          <w:r>
            <w:rPr>
              <w:noProof/>
            </w:rPr>
            <w:t xml:space="preserve">  have hy1 : (1:ℤ) ≤ 7039*(d:ℤ)-20706*k := by omega</w:t>
          </w:r>
        </w:p>
        <w:p>
          <w:pPr>
            <w:pStyle w:val="ArchiveText"/>
          </w:pPr>
          <w:r>
            <w:rPr>
              <w:noProof/>
            </w:rPr>
            <w:t xml:space="preserve">  have hi : (d:ℤ) = 20706*(12343*k-4196*d)+12343*(7039*d-20706*k) := by ring</w:t>
          </w:r>
        </w:p>
        <w:p>
          <w:pPr>
            <w:pStyle w:val="ArchiveText"/>
          </w:pPr>
          <w:r>
            <w:rPr>
              <w:noProof/>
            </w:rPr>
            <w:t xml:space="preserve">  have hdI : (d:ℤ) &lt; 32768 := by exact_mod_cast hd</w:t>
          </w:r>
        </w:p>
        <w:p>
          <w:pPr>
            <w:pStyle w:val="ArchiveText"/>
          </w:pPr>
          <w:r>
            <w:rPr>
              <w:noProof/>
            </w:rPr>
            <w:t xml:space="preserve">  linarith</w:t>
          </w:r>
        </w:p>
        <w:p>
          <w:pPr>
            <w:pStyle w:val="ArchiveText"/>
          </w:pPr>
          <w:r>
            <w:rPr>
              <w:noProof/>
            </w:rPr>
          </w:r>
        </w:p>
        <w:p>
          <w:pPr>
            <w:pStyle w:val="ArchiveText"/>
          </w:pPr>
          <w:r>
            <w:rPr>
              <w:noProof/>
            </w:rPr>
            <w:t>theorem floor_agreement_of_interval (r : ℝ) (hr : lower ≤ r ∧ r &lt; upper)</w:t>
          </w:r>
        </w:p>
        <w:p>
          <w:pPr>
            <w:pStyle w:val="ArchiveText"/>
          </w:pPr>
          <w:r>
            <w:rPr>
              <w:noProof/>
            </w:rPr>
            <w:t xml:space="preserve">    (d : ℕ) (hd : d &lt; domainSize) : Int.floor (r*d) = (F d:ℤ) := by</w:t>
          </w:r>
        </w:p>
        <w:p>
          <w:pPr>
            <w:pStyle w:val="ArchiveText"/>
          </w:pPr>
          <w:r>
            <w:rPr>
              <w:noProof/>
            </w:rPr>
            <w:t xml:space="preserve">  classical</w:t>
          </w:r>
        </w:p>
        <w:p>
          <w:pPr>
            <w:pStyle w:val="ArchiveText"/>
          </w:pPr>
          <w:r>
            <w:rPr>
              <w:noProof/>
            </w:rPr>
            <w:t xml:space="preserve">  by_cases hz : d=0</w:t>
          </w:r>
        </w:p>
        <w:p>
          <w:pPr>
            <w:pStyle w:val="ArchiveText"/>
          </w:pPr>
          <w:r>
            <w:rPr>
              <w:noProof/>
            </w:rPr>
            <w:t xml:space="preserve">  · subst d; simp [F]</w:t>
          </w:r>
        </w:p>
        <w:p>
          <w:pPr>
            <w:pStyle w:val="ArchiveText"/>
          </w:pPr>
          <w:r>
            <w:rPr>
              <w:noProof/>
            </w:rPr>
            <w:t xml:space="preserve">  have hp : (0:ℝ) &lt; d := by exact_mod_cast Nat.pos_of_ne_zero hz</w:t>
          </w:r>
        </w:p>
        <w:p>
          <w:pPr>
            <w:pStyle w:val="ArchiveText"/>
          </w:pPr>
          <w:r>
            <w:rPr>
              <w:noProof/>
            </w:rPr>
            <w:t xml:space="preserve">  have hf := Int.floor_eq_iff.mp (floor_q d)</w:t>
          </w:r>
        </w:p>
        <w:p>
          <w:pPr>
            <w:pStyle w:val="ArchiveText"/>
          </w:pPr>
          <w:r>
            <w:rPr>
              <w:noProof/>
            </w:rPr>
            <w:t xml:space="preserve">  push_cast at hf</w:t>
          </w:r>
        </w:p>
        <w:p>
          <w:pPr>
            <w:pStyle w:val="ArchiveText"/>
          </w:pPr>
          <w:r>
            <w:rPr>
              <w:noProof/>
            </w:rPr>
            <w:t xml:space="preserve">  apply Int.floor_eq_iff.mpr</w:t>
          </w:r>
        </w:p>
        <w:p>
          <w:pPr>
            <w:pStyle w:val="ArchiveText"/>
          </w:pPr>
          <w:r>
            <w:rPr>
              <w:noProof/>
            </w:rPr>
            <w:t xml:space="preserve">  push_cast</w:t>
          </w:r>
        </w:p>
        <w:p>
          <w:pPr>
            <w:pStyle w:val="ArchiveText"/>
          </w:pPr>
          <w:r>
            <w:rPr>
              <w:noProof/>
            </w:rPr>
            <w:t xml:space="preserve">  constructor</w:t>
          </w:r>
        </w:p>
        <w:p>
          <w:pPr>
            <w:pStyle w:val="ArchiveText"/>
          </w:pPr>
          <w:r>
            <w:rPr>
              <w:noProof/>
            </w:rPr>
            <w:t xml:space="preserve">  · by_contra h</w:t>
          </w:r>
        </w:p>
        <w:p>
          <w:pPr>
            <w:pStyle w:val="ArchiveText"/>
          </w:pPr>
          <w:r>
            <w:rPr>
              <w:noProof/>
            </w:rPr>
            <w:t xml:space="preserve">    have hbad : r*(d:ℝ) &lt; (F d:ℝ) := lt_of_not_ge h</w:t>
          </w:r>
        </w:p>
        <w:p>
          <w:pPr>
            <w:pStyle w:val="ArchiveText"/>
          </w:pPr>
          <w:r>
            <w:rPr>
              <w:noProof/>
            </w:rPr>
            <w:t xml:space="preserve">    apply no_interior_boundary d hd (F d)</w:t>
          </w:r>
        </w:p>
        <w:p>
          <w:pPr>
            <w:pStyle w:val="ArchiveText"/>
          </w:pPr>
          <w:r>
            <w:rPr>
              <w:noProof/>
            </w:rPr>
            <w:t xml:space="preserve">    · push_cast</w:t>
          </w:r>
        </w:p>
        <w:p>
          <w:pPr>
            <w:pStyle w:val="ArchiveText"/>
          </w:pPr>
          <w:r>
            <w:rPr>
              <w:noProof/>
            </w:rPr>
            <w:t xml:space="preserve">      nlinarith [hr.1]</w:t>
          </w:r>
        </w:p>
        <w:p>
          <w:pPr>
            <w:pStyle w:val="ArchiveText"/>
          </w:pPr>
          <w:r>
            <w:rPr>
              <w:noProof/>
            </w:rPr>
            <w:t xml:space="preserve">    · push_cast</w:t>
          </w:r>
        </w:p>
        <w:p>
          <w:pPr>
            <w:pStyle w:val="ArchiveText"/>
          </w:pPr>
          <w:r>
            <w:rPr>
              <w:noProof/>
            </w:rPr>
            <w:t xml:space="preserve">      nlinarith [q_in_interval.2, hf.1]</w:t>
          </w:r>
        </w:p>
        <w:p>
          <w:pPr>
            <w:pStyle w:val="ArchiveText"/>
          </w:pPr>
          <w:r>
            <w:rPr>
              <w:noProof/>
            </w:rPr>
            <w:t xml:space="preserve">  · by_contra h</w:t>
          </w:r>
        </w:p>
        <w:p>
          <w:pPr>
            <w:pStyle w:val="ArchiveText"/>
          </w:pPr>
          <w:r>
            <w:rPr>
              <w:noProof/>
            </w:rPr>
            <w:t xml:space="preserve">    have hbad : (F d:ℝ)+1 ≤ r*d := le_of_not_gt h</w:t>
          </w:r>
        </w:p>
        <w:p>
          <w:pPr>
            <w:pStyle w:val="ArchiveText"/>
          </w:pPr>
          <w:r>
            <w:rPr>
              <w:noProof/>
            </w:rPr>
            <w:t xml:space="preserve">    apply no_interior_boundary d hd ((F d:ℤ)+1)</w:t>
          </w:r>
        </w:p>
        <w:p>
          <w:pPr>
            <w:pStyle w:val="ArchiveText"/>
          </w:pPr>
          <w:r>
            <w:rPr>
              <w:noProof/>
            </w:rPr>
            <w:t xml:space="preserve">    · push_cast</w:t>
          </w:r>
        </w:p>
        <w:p>
          <w:pPr>
            <w:pStyle w:val="ArchiveText"/>
          </w:pPr>
          <w:r>
            <w:rPr>
              <w:noProof/>
            </w:rPr>
            <w:t xml:space="preserve">      nlinarith [q_in_interval.1, hf.2]</w:t>
          </w:r>
        </w:p>
        <w:p>
          <w:pPr>
            <w:pStyle w:val="ArchiveText"/>
          </w:pPr>
          <w:r>
            <w:rPr>
              <w:noProof/>
            </w:rPr>
            <w:t xml:space="preserve">    · push_cast</w:t>
          </w:r>
        </w:p>
        <w:p>
          <w:pPr>
            <w:pStyle w:val="ArchiveText"/>
          </w:pPr>
          <w:r>
            <w:rPr>
              <w:noProof/>
            </w:rPr>
            <w:t xml:space="preserve">      nlinarith [hr.2]</w:t>
          </w:r>
        </w:p>
        <w:p>
          <w:pPr>
            <w:pStyle w:val="ArchiveText"/>
          </w:pPr>
          <w:r>
            <w:rPr>
              <w:noProof/>
            </w:rPr>
          </w:r>
        </w:p>
        <w:p>
          <w:pPr>
            <w:pStyle w:val="ArchiveText"/>
          </w:pPr>
          <w:r>
            <w:rPr>
              <w:noProof/>
            </w:rPr>
            <w:t>theorem exact_parameter_interval (r : ℝ) :</w:t>
          </w:r>
        </w:p>
        <w:p>
          <w:pPr>
            <w:pStyle w:val="ArchiveText"/>
          </w:pPr>
          <w:r>
            <w:rPr>
              <w:noProof/>
            </w:rPr>
            <w:t xml:space="preserve">    (∀ d : ℕ, d &lt; domainSize → Int.floor (r*d) = (F d:ℤ)) ↔</w:t>
          </w:r>
        </w:p>
        <w:p>
          <w:pPr>
            <w:pStyle w:val="ArchiveText"/>
          </w:pPr>
          <w:r>
            <w:rPr>
              <w:noProof/>
            </w:rPr>
            <w:t xml:space="preserve">      lower ≤ r ∧ r &lt; upper := by</w:t>
          </w:r>
        </w:p>
        <w:p>
          <w:pPr>
            <w:pStyle w:val="ArchiveText"/>
          </w:pPr>
          <w:r>
            <w:rPr>
              <w:noProof/>
            </w:rPr>
            <w:t xml:space="preserve">  constructor</w:t>
          </w:r>
        </w:p>
        <w:p>
          <w:pPr>
            <w:pStyle w:val="ArchiveText"/>
          </w:pPr>
          <w:r>
            <w:rPr>
              <w:noProof/>
            </w:rPr>
            <w:t xml:space="preserve">  · intro h</w:t>
          </w:r>
        </w:p>
        <w:p>
          <w:pPr>
            <w:pStyle w:val="ArchiveText"/>
          </w:pPr>
          <w:r>
            <w:rPr>
              <w:noProof/>
            </w:rPr>
            <w:t xml:space="preserve">    have h1 := Int.floor_eq_iff.mp (h 12343 (by norm_num [domainSize]))</w:t>
          </w:r>
        </w:p>
        <w:p>
          <w:pPr>
            <w:pStyle w:val="ArchiveText"/>
          </w:pPr>
          <w:r>
            <w:rPr>
              <w:noProof/>
            </w:rPr>
            <w:t xml:space="preserve">    have h2 := Int.floor_eq_iff.mp (h 20706 (by norm_num [domainSize]))</w:t>
          </w:r>
        </w:p>
        <w:p>
          <w:pPr>
            <w:pStyle w:val="ArchiveText"/>
          </w:pPr>
          <w:r>
            <w:rPr>
              <w:noProof/>
            </w:rPr>
            <w:t xml:space="preserve">    norm_num [F,Q,S] at h1 h2</w:t>
          </w:r>
        </w:p>
        <w:p>
          <w:pPr>
            <w:pStyle w:val="ArchiveText"/>
          </w:pPr>
          <w:r>
            <w:rPr>
              <w:noProof/>
            </w:rPr>
            <w:t xml:space="preserve">    constructor</w:t>
          </w:r>
        </w:p>
        <w:p>
          <w:pPr>
            <w:pStyle w:val="ArchiveText"/>
          </w:pPr>
          <w:r>
            <w:rPr>
              <w:noProof/>
            </w:rPr>
            <w:t xml:space="preserve">    · unfold lower; linarith [h1.1]</w:t>
          </w:r>
        </w:p>
        <w:p>
          <w:pPr>
            <w:pStyle w:val="ArchiveText"/>
          </w:pPr>
          <w:r>
            <w:rPr>
              <w:noProof/>
            </w:rPr>
            <w:t xml:space="preserve">    · unfold upper; linarith [h2.2]</w:t>
          </w:r>
        </w:p>
        <w:p>
          <w:pPr>
            <w:pStyle w:val="ArchiveText"/>
          </w:pPr>
          <w:r>
            <w:rPr>
              <w:noProof/>
            </w:rPr>
            <w:t xml:space="preserve">  · exact fun hr d hd =&gt; floor_agreement_of_interval r hr d hd</w:t>
          </w:r>
        </w:p>
        <w:p>
          <w:pPr>
            <w:pStyle w:val="ArchiveText"/>
          </w:pPr>
          <w:r>
            <w:rPr>
              <w:noProof/>
            </w:rPr>
          </w:r>
        </w:p>
        <w:p>
          <w:pPr>
            <w:pStyle w:val="ArchiveText"/>
          </w:pPr>
          <w:r>
            <w:rPr>
              <w:noProof/>
            </w:rPr>
            <w:t>theorem certified_floor_equality (d : ℕ) (hd : d &lt; domainSize) :</w:t>
          </w:r>
        </w:p>
        <w:p>
          <w:pPr>
            <w:pStyle w:val="ArchiveText"/>
          </w:pPr>
          <w:r>
            <w:rPr>
              <w:noProof/>
            </w:rPr>
            <w:t xml:space="preserve">    Int.floor (lam*d) = (F d:ℤ) :=</w:t>
          </w:r>
        </w:p>
        <w:p>
          <w:pPr>
            <w:pStyle w:val="ArchiveText"/>
          </w:pPr>
          <w:r>
            <w:rPr>
              <w:noProof/>
            </w:rPr>
            <w:t xml:space="preserve">  floor_agreement_of_interval lam ⟨lam_in_interval.1.le,lam_in_interval.2⟩ d hd</w:t>
          </w:r>
        </w:p>
        <w:p>
          <w:pPr>
            <w:pStyle w:val="ArchiveText"/>
          </w:pPr>
          <w:r>
            <w:rPr>
              <w:noProof/>
            </w:rPr>
          </w:r>
        </w:p>
        <w:p>
          <w:pPr>
            <w:pStyle w:val="ArchiveText"/>
          </w:pPr>
          <w:r>
            <w:rPr>
              <w:noProof/>
            </w:rPr>
            <w:t>def realStep (r : ℝ) (d : ℕ) : ℕ := (Int.floor (r*d)).toNat</w:t>
          </w:r>
        </w:p>
        <w:p>
          <w:pPr>
            <w:pStyle w:val="ArchiveText"/>
          </w:pPr>
          <w:r>
            <w:rPr>
              <w:noProof/>
            </w:rPr>
          </w:r>
        </w:p>
        <w:p>
          <w:pPr>
            <w:pStyle w:val="ArchiveText"/>
          </w:pPr>
          <w:r>
            <w:rPr>
              <w:noProof/>
            </w:rPr>
            <w:t>theorem trajectory_equality (r : ℝ) (hr : lower ≤ r ∧ r &lt; upper)</w:t>
          </w:r>
        </w:p>
        <w:p>
          <w:pPr>
            <w:pStyle w:val="ArchiveText"/>
          </w:pPr>
          <w:r>
            <w:rPr>
              <w:noProof/>
            </w:rPr>
            <w:t xml:space="preserve">    (n d : ℕ) (hd : d &lt; domainSize) : (realStep r)^[n] d = F^[n] d := by</w:t>
          </w:r>
        </w:p>
        <w:p>
          <w:pPr>
            <w:pStyle w:val="ArchiveText"/>
          </w:pPr>
          <w:r>
            <w:rPr>
              <w:noProof/>
            </w:rPr>
            <w:t xml:space="preserve">  induction n generalizing d with</w:t>
          </w:r>
        </w:p>
        <w:p>
          <w:pPr>
            <w:pStyle w:val="ArchiveText"/>
          </w:pPr>
          <w:r>
            <w:rPr>
              <w:noProof/>
            </w:rPr>
            <w:t xml:space="preserve">  | zero =&gt; rfl</w:t>
          </w:r>
        </w:p>
        <w:p>
          <w:pPr>
            <w:pStyle w:val="ArchiveText"/>
          </w:pPr>
          <w:r>
            <w:rPr>
              <w:noProof/>
            </w:rPr>
            <w:t xml:space="preserve">  | succ n ih =&gt;</w:t>
          </w:r>
        </w:p>
        <w:p>
          <w:pPr>
            <w:pStyle w:val="ArchiveText"/>
          </w:pPr>
          <w:r>
            <w:rPr>
              <w:noProof/>
            </w:rPr>
            <w:t xml:space="preserve">    rw [Function.iterate_succ_apply, Function.iterate_succ_apply]</w:t>
          </w:r>
        </w:p>
        <w:p>
          <w:pPr>
            <w:pStyle w:val="ArchiveText"/>
          </w:pPr>
          <w:r>
            <w:rPr>
              <w:noProof/>
            </w:rPr>
            <w:t xml:space="preserve">    have he : realStep r d = F d := by</w:t>
          </w:r>
        </w:p>
        <w:p>
          <w:pPr>
            <w:pStyle w:val="ArchiveText"/>
          </w:pPr>
          <w:r>
            <w:rPr>
              <w:noProof/>
            </w:rPr>
            <w:t xml:space="preserve">      simp [realStep, floor_agreement_of_interval r hr d hd]</w:t>
          </w:r>
        </w:p>
        <w:p>
          <w:pPr>
            <w:pStyle w:val="ArchiveText"/>
          </w:pPr>
          <w:r>
            <w:rPr>
              <w:noProof/>
            </w:rPr>
            <w:t xml:space="preserve">    rw [he]</w:t>
          </w:r>
        </w:p>
        <w:p>
          <w:pPr>
            <w:pStyle w:val="ArchiveText"/>
          </w:pPr>
          <w:r>
            <w:rPr>
              <w:noProof/>
            </w:rPr>
            <w:t xml:space="preserve">    exact ih _ (forward_invariant d hd)</w:t>
          </w:r>
        </w:p>
        <w:p>
          <w:pPr>
            <w:pStyle w:val="ArchiveText"/>
          </w:pPr>
          <w:r>
            <w:rPr>
              <w:noProof/>
            </w:rPr>
          </w:r>
        </w:p>
        <w:p>
          <w:pPr>
            <w:pStyle w:val="ArchiveText"/>
          </w:pPr>
          <w:r>
            <w:rPr>
              <w:noProof/>
            </w:rPr>
            <w:t>def truncation (p : ℕ) : ℝ := (Int.floor ((10:ℝ)^p*lam):ℝ) / (10:ℝ)^p</w:t>
          </w:r>
        </w:p>
        <w:p>
          <w:pPr>
            <w:pStyle w:val="ArchiveText"/>
          </w:pPr>
          <w:r>
            <w:rPr>
              <w:noProof/>
            </w:rPr>
          </w:r>
        </w:p>
        <w:p>
          <w:pPr>
            <w:pStyle w:val="ArchiveText"/>
          </w:pPr>
          <w:r>
            <w:rPr>
              <w:noProof/>
            </w:rPr>
            <w:t>theorem truncation_le (p : ℕ) : truncation p ≤ lam := by</w:t>
          </w:r>
        </w:p>
        <w:p>
          <w:pPr>
            <w:pStyle w:val="ArchiveText"/>
          </w:pPr>
          <w:r>
            <w:rPr>
              <w:noProof/>
            </w:rPr>
            <w:t xml:space="preserve">  unfold truncation</w:t>
          </w:r>
        </w:p>
        <w:p>
          <w:pPr>
            <w:pStyle w:val="ArchiveText"/>
          </w:pPr>
          <w:r>
            <w:rPr>
              <w:noProof/>
            </w:rPr>
            <w:t xml:space="preserve">  apply (div_le_iff₀ (by positivity : (0:ℝ)&lt;10^p)).2</w:t>
          </w:r>
        </w:p>
        <w:p>
          <w:pPr>
            <w:pStyle w:val="ArchiveText"/>
          </w:pPr>
          <w:r>
            <w:rPr>
              <w:noProof/>
            </w:rPr>
            <w:t xml:space="preserve">  simpa [mul_comm] using Int.floor_le ((10:ℝ)^p*lam)</w:t>
          </w:r>
        </w:p>
        <w:p>
          <w:pPr>
            <w:pStyle w:val="ArchiveText"/>
          </w:pPr>
          <w:r>
            <w:rPr>
              <w:noProof/>
            </w:rPr>
          </w:r>
        </w:p>
        <w:p>
          <w:pPr>
            <w:pStyle w:val="ArchiveText"/>
          </w:pPr>
          <w:r>
            <w:rPr>
              <w:noProof/>
            </w:rPr>
            <w:t>theorem truncation_succ (p : ℕ) : truncation p ≤ truncation (p+1) := by</w:t>
          </w:r>
        </w:p>
        <w:p>
          <w:pPr>
            <w:pStyle w:val="ArchiveText"/>
          </w:pPr>
          <w:r>
            <w:rPr>
              <w:noProof/>
            </w:rPr>
            <w:t xml:space="preserve">  have hp : (0:ℝ)&lt;10^p := by positivity</w:t>
          </w:r>
        </w:p>
        <w:p>
          <w:pPr>
            <w:pStyle w:val="ArchiveText"/>
          </w:pPr>
          <w:r>
            <w:rPr>
              <w:noProof/>
            </w:rPr>
            <w:t xml:space="preserve">  have hf := Int.floor_le ((10:ℝ)^p*lam)</w:t>
          </w:r>
        </w:p>
        <w:p>
          <w:pPr>
            <w:pStyle w:val="ArchiveText"/>
          </w:pPr>
          <w:r>
            <w:rPr>
              <w:noProof/>
            </w:rPr>
            <w:t xml:space="preserve">  have hi : 10*Int.floor ((10:ℝ)^p*lam) ≤ Int.floor ((10:ℝ)^(p+1)*lam) := by</w:t>
          </w:r>
        </w:p>
        <w:p>
          <w:pPr>
            <w:pStyle w:val="ArchiveText"/>
          </w:pPr>
          <w:r>
            <w:rPr>
              <w:noProof/>
            </w:rPr>
            <w:t xml:space="preserve">    apply Int.le_floor.mpr</w:t>
          </w:r>
        </w:p>
        <w:p>
          <w:pPr>
            <w:pStyle w:val="ArchiveText"/>
          </w:pPr>
          <w:r>
            <w:rPr>
              <w:noProof/>
            </w:rPr>
            <w:t xml:space="preserve">    push_cast</w:t>
          </w:r>
        </w:p>
        <w:p>
          <w:pPr>
            <w:pStyle w:val="ArchiveText"/>
          </w:pPr>
          <w:r>
            <w:rPr>
              <w:noProof/>
            </w:rPr>
            <w:t xml:space="preserve">    rw [pow_succ]</w:t>
          </w:r>
        </w:p>
        <w:p>
          <w:pPr>
            <w:pStyle w:val="ArchiveText"/>
          </w:pPr>
          <w:r>
            <w:rPr>
              <w:noProof/>
            </w:rPr>
            <w:t xml:space="preserve">    nlinarith</w:t>
          </w:r>
        </w:p>
        <w:p>
          <w:pPr>
            <w:pStyle w:val="ArchiveText"/>
          </w:pPr>
          <w:r>
            <w:rPr>
              <w:noProof/>
            </w:rPr>
            <w:t xml:space="preserve">  have hc : (10:ℝ)*(Int.floor ((10:ℝ)^p*lam):ℝ) ≤</w:t>
          </w:r>
        </w:p>
        <w:p>
          <w:pPr>
            <w:pStyle w:val="ArchiveText"/>
          </w:pPr>
          <w:r>
            <w:rPr>
              <w:noProof/>
            </w:rPr>
            <w:t xml:space="preserve">      (Int.floor ((10:ℝ)^(p+1)*lam):ℝ) := by exact_mod_cast hi</w:t>
          </w:r>
        </w:p>
        <w:p>
          <w:pPr>
            <w:pStyle w:val="ArchiveText"/>
          </w:pPr>
          <w:r>
            <w:rPr>
              <w:noProof/>
            </w:rPr>
            <w:t xml:space="preserve">  unfold truncation</w:t>
          </w:r>
        </w:p>
        <w:p>
          <w:pPr>
            <w:pStyle w:val="ArchiveText"/>
          </w:pPr>
          <w:r>
            <w:rPr>
              <w:noProof/>
            </w:rPr>
            <w:t xml:space="preserve">  apply (div_le_div_iff₀ hp (by positivity)).2</w:t>
          </w:r>
        </w:p>
        <w:p>
          <w:pPr>
            <w:pStyle w:val="ArchiveText"/>
          </w:pPr>
          <w:r>
            <w:rPr>
              <w:noProof/>
            </w:rPr>
            <w:t xml:space="preserve">  rw [pow_succ] at hc ⊢</w:t>
          </w:r>
        </w:p>
        <w:p>
          <w:pPr>
            <w:pStyle w:val="ArchiveText"/>
          </w:pPr>
          <w:r>
            <w:rPr>
              <w:noProof/>
            </w:rPr>
            <w:t xml:space="preserve">  nlinarith [mul_le_mul_of_nonneg_right hc hp.le]</w:t>
          </w:r>
        </w:p>
        <w:p>
          <w:pPr>
            <w:pStyle w:val="ArchiveText"/>
          </w:pPr>
          <w:r>
            <w:rPr>
              <w:noProof/>
            </w:rPr>
          </w:r>
        </w:p>
        <w:p>
          <w:pPr>
            <w:pStyle w:val="ArchiveText"/>
          </w:pPr>
          <w:r>
            <w:rPr>
              <w:noProof/>
            </w:rPr>
            <w:t>theorem truncation_monotone : Monotone truncation := monotone_nat_of_le_succ truncation_succ</w:t>
          </w:r>
        </w:p>
        <w:p>
          <w:pPr>
            <w:pStyle w:val="ArchiveText"/>
          </w:pPr>
          <w:r>
            <w:rPr>
              <w:noProof/>
            </w:rPr>
          </w:r>
        </w:p>
        <w:p>
          <w:pPr>
            <w:pStyle w:val="ArchiveText"/>
          </w:pPr>
          <w:r>
            <w:rPr>
              <w:noProof/>
            </w:rPr>
            <w:t>theorem truncation_seven : truncation 7 = 3399497/10000000 := by</w:t>
          </w:r>
        </w:p>
        <w:p>
          <w:pPr>
            <w:pStyle w:val="ArchiveText"/>
          </w:pPr>
          <w:r>
            <w:rPr>
              <w:noProof/>
            </w:rPr>
            <w:t xml:space="preserve">  have h : Int.floor ((10:ℝ)^7*lam) = 3399497 := by</w:t>
          </w:r>
        </w:p>
        <w:p>
          <w:pPr>
            <w:pStyle w:val="ArchiveText"/>
          </w:pPr>
          <w:r>
            <w:rPr>
              <w:noProof/>
            </w:rPr>
            <w:t xml:space="preserve">    apply Int.floor_eq_iff.mpr</w:t>
          </w:r>
        </w:p>
        <w:p>
          <w:pPr>
            <w:pStyle w:val="ArchiveText"/>
          </w:pPr>
          <w:r>
            <w:rPr>
              <w:noProof/>
            </w:rPr>
            <w:t xml:space="preserve">    norm_num</w:t>
          </w:r>
        </w:p>
        <w:p>
          <w:pPr>
            <w:pStyle w:val="ArchiveText"/>
          </w:pPr>
          <w:r>
            <w:rPr>
              <w:noProof/>
            </w:rPr>
            <w:t xml:space="preserve">    constructor &lt;;&gt; nlinarith [lam_bounds.1,lam_bounds.2]</w:t>
          </w:r>
        </w:p>
        <w:p>
          <w:pPr>
            <w:pStyle w:val="ArchiveText"/>
          </w:pPr>
          <w:r>
            <w:rPr>
              <w:noProof/>
            </w:rPr>
            <w:t xml:space="preserve">  simp [truncation,h]</w:t>
          </w:r>
        </w:p>
        <w:p>
          <w:pPr>
            <w:pStyle w:val="ArchiveText"/>
          </w:pPr>
          <w:r>
            <w:rPr>
              <w:noProof/>
            </w:rPr>
            <w:t xml:space="preserve">  &lt;;&gt; norm_num</w:t>
          </w:r>
        </w:p>
        <w:p>
          <w:pPr>
            <w:pStyle w:val="ArchiveText"/>
          </w:pPr>
          <w:r>
            <w:rPr>
              <w:noProof/>
            </w:rPr>
          </w:r>
        </w:p>
        <w:p>
          <w:pPr>
            <w:pStyle w:val="ArchiveText"/>
          </w:pPr>
          <w:r>
            <w:rPr>
              <w:noProof/>
            </w:rPr>
            <w:t>theorem truncation_eight : truncation 8 = 33994977/100000000 := by</w:t>
          </w:r>
        </w:p>
        <w:p>
          <w:pPr>
            <w:pStyle w:val="ArchiveText"/>
          </w:pPr>
          <w:r>
            <w:rPr>
              <w:noProof/>
            </w:rPr>
            <w:t xml:space="preserve">  have h : Int.floor ((10:ℝ)^8*lam) = 33994977 := by</w:t>
          </w:r>
        </w:p>
        <w:p>
          <w:pPr>
            <w:pStyle w:val="ArchiveText"/>
          </w:pPr>
          <w:r>
            <w:rPr>
              <w:noProof/>
            </w:rPr>
            <w:t xml:space="preserve">    apply Int.floor_eq_iff.mpr</w:t>
          </w:r>
        </w:p>
        <w:p>
          <w:pPr>
            <w:pStyle w:val="ArchiveText"/>
          </w:pPr>
          <w:r>
            <w:rPr>
              <w:noProof/>
            </w:rPr>
            <w:t xml:space="preserve">    norm_num</w:t>
          </w:r>
        </w:p>
        <w:p>
          <w:pPr>
            <w:pStyle w:val="ArchiveText"/>
          </w:pPr>
          <w:r>
            <w:rPr>
              <w:noProof/>
            </w:rPr>
            <w:t xml:space="preserve">    constructor &lt;;&gt; nlinarith [lam_bounds.1,lam_bounds.2]</w:t>
          </w:r>
        </w:p>
        <w:p>
          <w:pPr>
            <w:pStyle w:val="ArchiveText"/>
          </w:pPr>
          <w:r>
            <w:rPr>
              <w:noProof/>
            </w:rPr>
            <w:t xml:space="preserve">  simp [truncation,h]</w:t>
          </w:r>
        </w:p>
        <w:p>
          <w:pPr>
            <w:pStyle w:val="ArchiveText"/>
          </w:pPr>
          <w:r>
            <w:rPr>
              <w:noProof/>
            </w:rPr>
            <w:t xml:space="preserve">  &lt;;&gt; norm_num</w:t>
          </w:r>
        </w:p>
        <w:p>
          <w:pPr>
            <w:pStyle w:val="ArchiveText"/>
          </w:pPr>
          <w:r>
            <w:rPr>
              <w:noProof/>
            </w:rPr>
          </w:r>
        </w:p>
        <w:p>
          <w:pPr>
            <w:pStyle w:val="ArchiveText"/>
          </w:pPr>
          <w:r>
            <w:rPr>
              <w:noProof/>
            </w:rPr>
            <w:t>/-- All decimal precisions, rather than only the finite sweep through 18. -/</w:t>
          </w:r>
        </w:p>
        <w:p>
          <w:pPr>
            <w:pStyle w:val="ArchiveText"/>
          </w:pPr>
          <w:r>
            <w:rPr>
              <w:noProof/>
            </w:rPr>
            <w:t>theorem precision_threshold (p : ℕ) :</w:t>
          </w:r>
        </w:p>
        <w:p>
          <w:pPr>
            <w:pStyle w:val="ArchiveText"/>
          </w:pPr>
          <w:r>
            <w:rPr>
              <w:noProof/>
            </w:rPr>
            <w:t xml:space="preserve">    (∀ d : ℕ, d &lt; domainSize → Int.floor (truncation p*d) = (F d:ℤ)) ↔ 8 ≤ p := by</w:t>
          </w:r>
        </w:p>
        <w:p>
          <w:pPr>
            <w:pStyle w:val="ArchiveText"/>
          </w:pPr>
          <w:r>
            <w:rPr>
              <w:noProof/>
            </w:rPr>
            <w:t xml:space="preserve">  rw [exact_parameter_interval]</w:t>
          </w:r>
        </w:p>
        <w:p>
          <w:pPr>
            <w:pStyle w:val="ArchiveText"/>
          </w:pPr>
          <w:r>
            <w:rPr>
              <w:noProof/>
            </w:rPr>
            <w:t xml:space="preserve">  constructor</w:t>
          </w:r>
        </w:p>
        <w:p>
          <w:pPr>
            <w:pStyle w:val="ArchiveText"/>
          </w:pPr>
          <w:r>
            <w:rPr>
              <w:noProof/>
            </w:rPr>
            <w:t xml:space="preserve">  · intro h</w:t>
          </w:r>
        </w:p>
        <w:p>
          <w:pPr>
            <w:pStyle w:val="ArchiveText"/>
          </w:pPr>
          <w:r>
            <w:rPr>
              <w:noProof/>
            </w:rPr>
            <w:t xml:space="preserve">    by_contra hp</w:t>
          </w:r>
        </w:p>
        <w:p>
          <w:pPr>
            <w:pStyle w:val="ArchiveText"/>
          </w:pPr>
          <w:r>
            <w:rPr>
              <w:noProof/>
            </w:rPr>
            <w:t xml:space="preserve">    have hm := truncation_monotone (show p ≤ 7 by omega)</w:t>
          </w:r>
        </w:p>
        <w:p>
          <w:pPr>
            <w:pStyle w:val="ArchiveText"/>
          </w:pPr>
          <w:r>
            <w:rPr>
              <w:noProof/>
            </w:rPr>
            <w:t xml:space="preserve">    rw [truncation_seven] at hm</w:t>
          </w:r>
        </w:p>
        <w:p>
          <w:pPr>
            <w:pStyle w:val="ArchiveText"/>
          </w:pPr>
          <w:r>
            <w:rPr>
              <w:noProof/>
            </w:rPr>
            <w:t xml:space="preserve">    unfold lower at h</w:t>
          </w:r>
        </w:p>
        <w:p>
          <w:pPr>
            <w:pStyle w:val="ArchiveText"/>
          </w:pPr>
          <w:r>
            <w:rPr>
              <w:noProof/>
            </w:rPr>
            <w:t xml:space="preserve">    linarith [h.1]</w:t>
          </w:r>
        </w:p>
        <w:p>
          <w:pPr>
            <w:pStyle w:val="ArchiveText"/>
          </w:pPr>
          <w:r>
            <w:rPr>
              <w:noProof/>
            </w:rPr>
            <w:t xml:space="preserve">  · intro hp</w:t>
          </w:r>
        </w:p>
        <w:p>
          <w:pPr>
            <w:pStyle w:val="ArchiveText"/>
          </w:pPr>
          <w:r>
            <w:rPr>
              <w:noProof/>
            </w:rPr>
            <w:t xml:space="preserve">    have hm := truncation_monotone hp</w:t>
          </w:r>
        </w:p>
        <w:p>
          <w:pPr>
            <w:pStyle w:val="ArchiveText"/>
          </w:pPr>
          <w:r>
            <w:rPr>
              <w:noProof/>
            </w:rPr>
            <w:t xml:space="preserve">    rw [truncation_eight] at hm</w:t>
          </w:r>
        </w:p>
        <w:p>
          <w:pPr>
            <w:pStyle w:val="ArchiveText"/>
          </w:pPr>
          <w:r>
            <w:rPr>
              <w:noProof/>
            </w:rPr>
            <w:t xml:space="preserve">    constructor</w:t>
          </w:r>
        </w:p>
        <w:p>
          <w:pPr>
            <w:pStyle w:val="ArchiveText"/>
          </w:pPr>
          <w:r>
            <w:rPr>
              <w:noProof/>
            </w:rPr>
            <w:t xml:space="preserve">    · unfold lower</w:t>
          </w:r>
        </w:p>
        <w:p>
          <w:pPr>
            <w:pStyle w:val="ArchiveText"/>
          </w:pPr>
          <w:r>
            <w:rPr>
              <w:noProof/>
            </w:rPr>
            <w:t xml:space="preserve">      linarith</w:t>
          </w:r>
        </w:p>
        <w:p>
          <w:pPr>
            <w:pStyle w:val="ArchiveText"/>
          </w:pPr>
          <w:r>
            <w:rPr>
              <w:noProof/>
            </w:rPr>
            <w:t xml:space="preserve">    · exact lt_of_le_of_lt (truncation_le p) lam_in_interval.2</w:t>
          </w:r>
        </w:p>
        <w:p>
          <w:pPr>
            <w:pStyle w:val="ArchiveText"/>
          </w:pPr>
          <w:r>
            <w:rPr>
              <w:noProof/>
            </w:rPr>
          </w:r>
        </w:p>
        <w:p>
          <w:pPr>
            <w:pStyle w:val="ArchiveText"/>
          </w:pPr>
          <w:r>
            <w:rPr>
              <w:noProof/>
            </w:rPr>
            <w:t>end</w:t>
          </w:r>
        </w:p>
        <w:p>
          <w:pPr>
            <w:pStyle w:val="ArchiveText"/>
          </w:pPr>
          <w:r>
            <w:rPr>
              <w:noProof/>
            </w:rPr>
            <w:t>end Omega</w:t>
          </w:r>
        </w:p>
        <w:p>
          <w:pPr>
            <w:pStyle w:val="ArchiveText"/>
          </w:pPr>
          <w:r>
            <w:rPr>
              <w:noProof/>
            </w:rPr>
          </w:r>
        </w:p>
      </w:sdtContent>
    </w:sdt>
    <w:p>
      <w:bookmarkStart w:id="8" w:name="archive_08"/>
      <w:pPr>
        <w:pStyle w:val="Heading1"/>
        <w:pageBreakBefore w:val="0"/>
      </w:pPr>
      <w:r>
        <w:t>File 08</w:t>
      </w:r>
      <w:bookmarkEnd w:id="8"/>
    </w:p>
    <w:p>
      <w:pPr>
        <w:pStyle w:val="ArchivePath"/>
      </w:pPr>
      <w:r>
        <w:t>OMEGA_NAUGHT_Lean_Proof_v0.1/Omega/Geometry.lean</w:t>
      </w:r>
    </w:p>
    <w:p>
      <w:pPr>
        <w:pStyle w:val="ArchiveMeta"/>
      </w:pPr>
      <w:r>
        <w:t>6,792 bytes  |  171 original line breaks</w:t>
      </w:r>
    </w:p>
    <w:sdt>
      <w:sdtPr>
        <w:tag w:val="archive-file:OMEGA_NAUGHT_Lean_Proof_v0.1/Omega/Geometry.lean"/>
        <w:alias w:val="OMEGA_NAUGHT_Lean_Proof_v0.1/Omega/Geometry.lean"/>
      </w:sdtPr>
      <w:sdtContent>
        <w:p>
          <w:pPr>
            <w:pStyle w:val="ArchiveText"/>
          </w:pPr>
          <w:r>
            <w:rPr>
              <w:noProof/>
            </w:rPr>
            <w:t>import Omega.Constants</w:t>
          </w:r>
        </w:p>
        <w:p>
          <w:pPr>
            <w:pStyle w:val="ArchiveText"/>
          </w:pPr>
          <w:r>
            <w:rPr>
              <w:noProof/>
            </w:rPr>
            <w:t>import Mathlib.MeasureTheory.Integral.CircleIntegral</w:t>
          </w:r>
        </w:p>
        <w:p>
          <w:pPr>
            <w:pStyle w:val="ArchiveText"/>
          </w:pPr>
          <w:r>
            <w:rPr>
              <w:noProof/>
            </w:rPr>
            <w:t>import Mathlib.LinearAlgebra.AffineSpace.FiniteDimensional</w:t>
          </w:r>
        </w:p>
        <w:p>
          <w:pPr>
            <w:pStyle w:val="ArchiveText"/>
          </w:pPr>
          <w:r>
            <w:rPr>
              <w:noProof/>
            </w:rPr>
            <w:t>import Mathlib.Data.Complex.FiniteDimensional</w:t>
          </w:r>
        </w:p>
        <w:p>
          <w:pPr>
            <w:pStyle w:val="ArchiveText"/>
          </w:pPr>
          <w:r>
            <w:rPr>
              <w:noProof/>
            </w:rPr>
          </w:r>
        </w:p>
        <w:p>
          <w:pPr>
            <w:pStyle w:val="ArchiveText"/>
          </w:pPr>
          <w:r>
            <w:rPr>
              <w:noProof/>
            </w:rPr>
            <w:t>/-! The plane is ℂ with its Euclidean norm, regarded as a real vector space.</w:t>
          </w:r>
        </w:p>
        <w:p>
          <w:pPr>
            <w:pStyle w:val="ArchiveText"/>
          </w:pPr>
          <w:r>
            <w:rPr>
              <w:noProof/>
            </w:rPr>
            <w:t>Coordinates are in the declared normal placement: center 0, seed at +1.</w:t>
          </w:r>
        </w:p>
        <w:p>
          <w:pPr>
            <w:pStyle w:val="ArchiveText"/>
          </w:pPr>
          <w:r>
            <w:rPr>
              <w:noProof/>
            </w:rPr>
            <w:t>Arc length below is the integral of speed of this smooth parametrization. -/</w:t>
          </w:r>
        </w:p>
        <w:p>
          <w:pPr>
            <w:pStyle w:val="ArchiveText"/>
          </w:pPr>
          <w:r>
            <w:rPr>
              <w:noProof/>
            </w:rPr>
            <w:t>namespace Omega</w:t>
          </w:r>
        </w:p>
        <w:p>
          <w:pPr>
            <w:pStyle w:val="ArchiveText"/>
          </w:pPr>
          <w:r>
            <w:rPr>
              <w:noProof/>
            </w:rPr>
            <w:t>noncomputable section</w:t>
          </w:r>
        </w:p>
        <w:p>
          <w:pPr>
            <w:pStyle w:val="ArchiveText"/>
          </w:pPr>
          <w:r>
            <w:rPr>
              <w:noProof/>
            </w:rPr>
            <w:t>open Set Complex Real</w:t>
          </w:r>
        </w:p>
        <w:p>
          <w:pPr>
            <w:pStyle w:val="ArchiveText"/>
          </w:pPr>
          <w:r>
            <w:rPr>
              <w:noProof/>
            </w:rPr>
          </w:r>
        </w:p>
        <w:p>
          <w:pPr>
            <w:pStyle w:val="ArchiveText"/>
          </w:pPr>
          <w:r>
            <w:rPr>
              <w:noProof/>
            </w:rPr>
            <w:t>def mark (a z : ℝ) : ℂ := (a*c:ℝ) + (a*z:ℝ)*I</w:t>
          </w:r>
        </w:p>
        <w:p>
          <w:pPr>
            <w:pStyle w:val="ArchiveText"/>
          </w:pPr>
          <w:r>
            <w:rPr>
              <w:noProof/>
            </w:rPr>
            <w:t>def heights : Fin 6 → ℝ := ![-(phi^2+s),-(1+s),-s,s,1+s,phi^2+s]</w:t>
          </w:r>
        </w:p>
        <w:p>
          <w:pPr>
            <w:pStyle w:val="ArchiveText"/>
          </w:pPr>
          <w:r>
            <w:rPr>
              <w:noProof/>
            </w:rPr>
            <w:t>def marks (a : ℝ) (i : Fin 6) : ℂ := mark a (heights i)</w:t>
          </w:r>
        </w:p>
        <w:p>
          <w:pPr>
            <w:pStyle w:val="ArchiveText"/>
          </w:pPr>
          <w:r>
            <w:rPr>
              <w:noProof/>
            </w:rPr>
            <w:t>def majorArc (a : ℝ) : Set ℂ := circleMap 0 a '' Icc delta (2*Real.pi-delta)</w:t>
          </w:r>
        </w:p>
        <w:p>
          <w:pPr>
            <w:pStyle w:val="ArchiveText"/>
          </w:pPr>
          <w:r>
            <w:rPr>
              <w:noProof/>
            </w:rPr>
            <w:t>def oppositeSemicircle (a : ℝ) : Set ℂ := circleMap 0 a '' Icc (Real.pi/2) (3*Real.pi/2)</w:t>
          </w:r>
        </w:p>
        <w:p>
          <w:pPr>
            <w:pStyle w:val="ArchiveText"/>
          </w:pPr>
          <w:r>
            <w:rPr>
              <w:noProof/>
            </w:rPr>
            <w:t>def extensionPlus (a : ℝ) : Set ℂ := mark a '' Icc s (phi^2+s)</w:t>
          </w:r>
        </w:p>
        <w:p>
          <w:pPr>
            <w:pStyle w:val="ArchiveText"/>
          </w:pPr>
          <w:r>
            <w:rPr>
              <w:noProof/>
            </w:rPr>
            <w:t>def extensionMinus (a : ℝ) : Set ℂ := mark a '' Icc (-(phi^2+s)) (-s)</w:t>
          </w:r>
        </w:p>
        <w:p>
          <w:pPr>
            <w:pStyle w:val="ArchiveText"/>
          </w:pPr>
          <w:r>
            <w:rPr>
              <w:noProof/>
            </w:rPr>
            <w:t>def outline (a : ℝ) : Set ℂ := majorArc a ∪ extensionPlus a ∪ extensionMinus a</w:t>
          </w:r>
        </w:p>
        <w:p>
          <w:pPr>
            <w:pStyle w:val="ArchiveText"/>
          </w:pPr>
          <w:r>
            <w:rPr>
              <w:noProof/>
            </w:rPr>
          </w:r>
        </w:p>
        <w:p>
          <w:pPr>
            <w:pStyle w:val="ArchiveText"/>
          </w:pPr>
          <w:r>
            <w:rPr>
              <w:noProof/>
            </w:rPr>
            <w:t>def arcLength (a u v : ℝ) : ℝ := ∫ t in u..v, ‖deriv (circleMap 0 a) t‖</w:t>
          </w:r>
        </w:p>
        <w:p>
          <w:pPr>
            <w:pStyle w:val="ArchiveText"/>
          </w:pPr>
          <w:r>
            <w:rPr>
              <w:noProof/>
            </w:rPr>
          </w:r>
        </w:p>
        <w:p>
          <w:pPr>
            <w:pStyle w:val="ArchiveText"/>
          </w:pPr>
          <w:r>
            <w:rPr>
              <w:noProof/>
            </w:rPr>
            <w:t>theorem arc_length (a u v : ℝ) (ha : 0 &lt; a) : arcLength a u v=(v-u)*a := by</w:t>
          </w:r>
        </w:p>
        <w:p>
          <w:pPr>
            <w:pStyle w:val="ArchiveText"/>
          </w:pPr>
          <w:r>
            <w:rPr>
              <w:noProof/>
            </w:rPr>
            <w:t xml:space="preserve">  simp [arcLength, norm_mul, norm_circleMap_zero, abs_of_pos ha,</w:t>
          </w:r>
        </w:p>
        <w:p>
          <w:pPr>
            <w:pStyle w:val="ArchiveText"/>
          </w:pPr>
          <w:r>
            <w:rPr>
              <w:noProof/>
            </w:rPr>
            <w:t xml:space="preserve">    intervalIntegral.integral_const, smul_eq_mul]</w:t>
          </w:r>
        </w:p>
        <w:p>
          <w:pPr>
            <w:pStyle w:val="ArchiveText"/>
          </w:pPr>
          <w:r>
            <w:rPr>
              <w:noProof/>
            </w:rPr>
          </w:r>
        </w:p>
        <w:p>
          <w:pPr>
            <w:pStyle w:val="ArchiveText"/>
          </w:pPr>
          <w:r>
            <w:rPr>
              <w:noProof/>
            </w:rPr>
            <w:t>theorem semicircle_retained (a : ℝ) : oppositeSemicircle a ⊆ majorArc a := by</w:t>
          </w:r>
        </w:p>
        <w:p>
          <w:pPr>
            <w:pStyle w:val="ArchiveText"/>
          </w:pPr>
          <w:r>
            <w:rPr>
              <w:noProof/>
            </w:rPr>
            <w:t xml:space="preserve">  unfold oppositeSemicircle majorArc</w:t>
          </w:r>
        </w:p>
        <w:p>
          <w:pPr>
            <w:pStyle w:val="ArchiveText"/>
          </w:pPr>
          <w:r>
            <w:rPr>
              <w:noProof/>
            </w:rPr>
            <w:t xml:space="preserve">  apply Set.image_mono</w:t>
          </w:r>
        </w:p>
        <w:p>
          <w:pPr>
            <w:pStyle w:val="ArchiveText"/>
          </w:pPr>
          <w:r>
            <w:rPr>
              <w:noProof/>
            </w:rPr>
            <w:t xml:space="preserve">  intro t ht</w:t>
          </w:r>
        </w:p>
        <w:p>
          <w:pPr>
            <w:pStyle w:val="ArchiveText"/>
          </w:pPr>
          <w:r>
            <w:rPr>
              <w:noProof/>
            </w:rPr>
            <w:t xml:space="preserve">  constructor &lt;;&gt; linarith [delta_lt_half_pi,ht.1,ht.2]</w:t>
          </w:r>
        </w:p>
        <w:p>
          <w:pPr>
            <w:pStyle w:val="ArchiveText"/>
          </w:pPr>
          <w:r>
            <w:rPr>
              <w:noProof/>
            </w:rPr>
          </w:r>
        </w:p>
        <w:p>
          <w:pPr>
            <w:pStyle w:val="ArchiveText"/>
          </w:pPr>
          <w:r>
            <w:rPr>
              <w:noProof/>
            </w:rPr>
            <w:t>theorem semicircle_in_outline (a : ℝ) : oppositeSemicircle a ⊆ outline a := by</w:t>
          </w:r>
        </w:p>
        <w:p>
          <w:pPr>
            <w:pStyle w:val="ArchiveText"/>
          </w:pPr>
          <w:r>
            <w:rPr>
              <w:noProof/>
            </w:rPr>
            <w:t xml:space="preserve">  intro z hz</w:t>
          </w:r>
        </w:p>
        <w:p>
          <w:pPr>
            <w:pStyle w:val="ArchiveText"/>
          </w:pPr>
          <w:r>
            <w:rPr>
              <w:noProof/>
            </w:rPr>
            <w:t xml:space="preserve">  exact Or.inl (Or.inl (semicircle_retained a hz))</w:t>
          </w:r>
        </w:p>
        <w:p>
          <w:pPr>
            <w:pStyle w:val="ArchiveText"/>
          </w:pPr>
          <w:r>
            <w:rPr>
              <w:noProof/>
            </w:rPr>
          </w:r>
        </w:p>
        <w:p>
          <w:pPr>
            <w:pStyle w:val="ArchiveText"/>
          </w:pPr>
          <w:r>
            <w:rPr>
              <w:noProof/>
            </w:rPr>
            <w:t>theorem major_arc_no_retracing (a : ℝ) (ha : 0 &lt; a) :</w:t>
          </w:r>
        </w:p>
        <w:p>
          <w:pPr>
            <w:pStyle w:val="ArchiveText"/>
          </w:pPr>
          <w:r>
            <w:rPr>
              <w:noProof/>
            </w:rPr>
            <w:t xml:space="preserve">    Set.InjOn (circleMap 0 a) (Icc delta (2*Real.pi-delta)) := by</w:t>
          </w:r>
        </w:p>
        <w:p>
          <w:pPr>
            <w:pStyle w:val="ArchiveText"/>
          </w:pPr>
          <w:r>
            <w:rPr>
              <w:noProof/>
            </w:rPr>
            <w:t xml:space="preserve">  intro t ht u hu h</w:t>
          </w:r>
        </w:p>
        <w:p>
          <w:pPr>
            <w:pStyle w:val="ArchiveText"/>
          </w:pPr>
          <w:r>
            <w:rPr>
              <w:noProof/>
            </w:rPr>
            <w:t xml:space="preserve">  apply eq_of_circleMap_eq (ne_of_gt ha) _ h</w:t>
          </w:r>
        </w:p>
        <w:p>
          <w:pPr>
            <w:pStyle w:val="ArchiveText"/>
          </w:pPr>
          <w:r>
            <w:rPr>
              <w:noProof/>
            </w:rPr>
            <w:t xml:space="preserve">  rw [abs_lt]</w:t>
          </w:r>
        </w:p>
        <w:p>
          <w:pPr>
            <w:pStyle w:val="ArchiveText"/>
          </w:pPr>
          <w:r>
            <w:rPr>
              <w:noProof/>
            </w:rPr>
            <w:t xml:space="preserve">  constructor &lt;;&gt; linarith [ht.1,ht.2,hu.1,hu.2,delta_pos]</w:t>
          </w:r>
        </w:p>
        <w:p>
          <w:pPr>
            <w:pStyle w:val="ArchiveText"/>
          </w:pPr>
          <w:r>
            <w:rPr>
              <w:noProof/>
            </w:rPr>
          </w:r>
        </w:p>
        <w:p>
          <w:pPr>
            <w:pStyle w:val="ArchiveText"/>
          </w:pPr>
          <w:r>
            <w:rPr>
              <w:noProof/>
            </w:rPr>
            <w:t>theorem upper_seed_endpoint (a : ℝ) : circleMap 0 a delta=mark a s := by</w:t>
          </w:r>
        </w:p>
        <w:p>
          <w:pPr>
            <w:pStyle w:val="ArchiveText"/>
          </w:pPr>
          <w:r>
            <w:rPr>
              <w:noProof/>
            </w:rPr>
            <w:t xml:space="preserve">  simp [circleMap,Complex.exp_mul_I,mark,s,c,mul_add,mul_assoc]</w:t>
          </w:r>
        </w:p>
        <w:p>
          <w:pPr>
            <w:pStyle w:val="ArchiveText"/>
          </w:pPr>
          <w:r>
            <w:rPr>
              <w:noProof/>
            </w:rPr>
          </w:r>
        </w:p>
        <w:p>
          <w:pPr>
            <w:pStyle w:val="ArchiveText"/>
          </w:pPr>
          <w:r>
            <w:rPr>
              <w:noProof/>
            </w:rPr>
            <w:t>theorem lower_seed_endpoint (a : ℝ) : circleMap 0 a (2*Real.pi-delta)=mark a (-s) := by</w:t>
          </w:r>
        </w:p>
        <w:p>
          <w:pPr>
            <w:pStyle w:val="ArchiveText"/>
          </w:pPr>
          <w:r>
            <w:rPr>
              <w:noProof/>
            </w:rPr>
            <w:t xml:space="preserve">  rw [show 2*Real.pi-delta=(-delta)+2*Real.pi by ring, periodic_circleMap 0 a]</w:t>
          </w:r>
        </w:p>
        <w:p>
          <w:pPr>
            <w:pStyle w:val="ArchiveText"/>
          </w:pPr>
          <w:r>
            <w:rPr>
              <w:noProof/>
            </w:rPr>
            <w:t xml:space="preserve">  simp only [circleMap,zero_add,Complex.exp_mul_I]</w:t>
          </w:r>
        </w:p>
        <w:p>
          <w:pPr>
            <w:pStyle w:val="ArchiveText"/>
          </w:pPr>
          <w:r>
            <w:rPr>
              <w:noProof/>
            </w:rPr>
            <w:t xml:space="preserve">  simp [mark,s,c,mul_add,mul_assoc]</w:t>
          </w:r>
        </w:p>
        <w:p>
          <w:pPr>
            <w:pStyle w:val="ArchiveText"/>
          </w:pPr>
          <w:r>
            <w:rPr>
              <w:noProof/>
            </w:rPr>
          </w:r>
        </w:p>
        <w:p>
          <w:pPr>
            <w:pStyle w:val="ArchiveText"/>
          </w:pPr>
          <w:r>
            <w:rPr>
              <w:noProof/>
            </w:rPr>
            <w:t>theorem mark_re (a z : ℝ) : (mark a z).re=a*c := by simp [mark]</w:t>
          </w:r>
        </w:p>
        <w:p>
          <w:pPr>
            <w:pStyle w:val="ArchiveText"/>
          </w:pPr>
          <w:r>
            <w:rPr>
              <w:noProof/>
            </w:rPr>
            <w:t>theorem mark_im (a z : ℝ) : (mark a z).im=a*z := by simp [mark]</w:t>
          </w:r>
        </w:p>
        <w:p>
          <w:pPr>
            <w:pStyle w:val="ArchiveText"/>
          </w:pPr>
          <w:r>
            <w:rPr>
              <w:noProof/>
            </w:rPr>
          </w:r>
        </w:p>
        <w:p>
          <w:pPr>
            <w:pStyle w:val="ArchiveText"/>
          </w:pPr>
          <w:r>
            <w:rPr>
              <w:noProof/>
            </w:rPr>
            <w:t>theorem bilateral_reflection (a z : ℝ) : star (mark a z)=mark a (-z) := by</w:t>
          </w:r>
        </w:p>
        <w:p>
          <w:pPr>
            <w:pStyle w:val="ArchiveText"/>
          </w:pPr>
          <w:r>
            <w:rPr>
              <w:noProof/>
            </w:rPr>
            <w:t xml:space="preserve">  apply Complex.ext &lt;;&gt; simp [mark]</w:t>
          </w:r>
        </w:p>
        <w:p>
          <w:pPr>
            <w:pStyle w:val="ArchiveText"/>
          </w:pPr>
          <w:r>
            <w:rPr>
              <w:noProof/>
            </w:rPr>
          </w:r>
        </w:p>
        <w:p>
          <w:pPr>
            <w:pStyle w:val="ArchiveText"/>
          </w:pPr>
          <w:r>
            <w:rPr>
              <w:noProof/>
            </w:rPr>
            <w:t>theorem mark_distance (a z w : ℝ) (ha : 0 &lt; a) :</w:t>
          </w:r>
        </w:p>
        <w:p>
          <w:pPr>
            <w:pStyle w:val="ArchiveText"/>
          </w:pPr>
          <w:r>
            <w:rPr>
              <w:noProof/>
            </w:rPr>
            <w:t xml:space="preserve">    dist (mark a z) (mark a w)=a*|z-w| := by</w:t>
          </w:r>
        </w:p>
        <w:p>
          <w:pPr>
            <w:pStyle w:val="ArchiveText"/>
          </w:pPr>
          <w:r>
            <w:rPr>
              <w:noProof/>
            </w:rPr>
            <w:t xml:space="preserve">  rw [dist_eq_norm]</w:t>
          </w:r>
        </w:p>
        <w:p>
          <w:pPr>
            <w:pStyle w:val="ArchiveText"/>
          </w:pPr>
          <w:r>
            <w:rPr>
              <w:noProof/>
            </w:rPr>
            <w:t xml:space="preserve">  have he : mark a z-mark a w=((a*(z-w):ℝ):ℂ)*I := by</w:t>
          </w:r>
        </w:p>
        <w:p>
          <w:pPr>
            <w:pStyle w:val="ArchiveText"/>
          </w:pPr>
          <w:r>
            <w:rPr>
              <w:noProof/>
            </w:rPr>
            <w:t xml:space="preserve">    simp only [mark,ofReal_mul,ofReal_sub]</w:t>
          </w:r>
        </w:p>
        <w:p>
          <w:pPr>
            <w:pStyle w:val="ArchiveText"/>
          </w:pPr>
          <w:r>
            <w:rPr>
              <w:noProof/>
            </w:rPr>
            <w:t xml:space="preserve">    ring</w:t>
          </w:r>
        </w:p>
        <w:p>
          <w:pPr>
            <w:pStyle w:val="ArchiveText"/>
          </w:pPr>
          <w:r>
            <w:rPr>
              <w:noProof/>
            </w:rPr>
            <w:t xml:space="preserve">  rw [he,norm_mul,Complex.norm_real,Complex.norm_I,mul_one,Real.norm_eq_abs,</w:t>
          </w:r>
        </w:p>
        <w:p>
          <w:pPr>
            <w:pStyle w:val="ArchiveText"/>
          </w:pPr>
          <w:r>
            <w:rPr>
              <w:noProof/>
            </w:rPr>
            <w:t xml:space="preserve">    abs_mul,abs_of_pos ha]</w:t>
          </w:r>
        </w:p>
        <w:p>
          <w:pPr>
            <w:pStyle w:val="ArchiveText"/>
          </w:pPr>
          <w:r>
            <w:rPr>
              <w:noProof/>
            </w:rPr>
          </w:r>
        </w:p>
        <w:p>
          <w:pPr>
            <w:pStyle w:val="ArchiveText"/>
          </w:pPr>
          <w:r>
            <w:rPr>
              <w:noProof/>
            </w:rPr>
            <w:t>theorem inner_extension_length (a : ℝ) (ha : 0 &lt; a) :</w:t>
          </w:r>
        </w:p>
        <w:p>
          <w:pPr>
            <w:pStyle w:val="ArchiveText"/>
          </w:pPr>
          <w:r>
            <w:rPr>
              <w:noProof/>
            </w:rPr>
            <w:t xml:space="preserve">    dist (mark a (1+s)) (mark a s)=a := by</w:t>
          </w:r>
        </w:p>
        <w:p>
          <w:pPr>
            <w:pStyle w:val="ArchiveText"/>
          </w:pPr>
          <w:r>
            <w:rPr>
              <w:noProof/>
            </w:rPr>
            <w:t xml:space="preserve">  rw [mark_distance a _ _ ha]</w:t>
          </w:r>
        </w:p>
        <w:p>
          <w:pPr>
            <w:pStyle w:val="ArchiveText"/>
          </w:pPr>
          <w:r>
            <w:rPr>
              <w:noProof/>
            </w:rPr>
            <w:t xml:space="preserve">  ring_nf</w:t>
          </w:r>
        </w:p>
        <w:p>
          <w:pPr>
            <w:pStyle w:val="ArchiveText"/>
          </w:pPr>
          <w:r>
            <w:rPr>
              <w:noProof/>
            </w:rPr>
            <w:t xml:space="preserve">  simp</w:t>
          </w:r>
        </w:p>
        <w:p>
          <w:pPr>
            <w:pStyle w:val="ArchiveText"/>
          </w:pPr>
          <w:r>
            <w:rPr>
              <w:noProof/>
            </w:rPr>
          </w:r>
        </w:p>
        <w:p>
          <w:pPr>
            <w:pStyle w:val="ArchiveText"/>
          </w:pPr>
          <w:r>
            <w:rPr>
              <w:noProof/>
            </w:rPr>
            <w:t>theorem outer_extension_length (a : ℝ) (ha : 0 &lt; a) :</w:t>
          </w:r>
        </w:p>
        <w:p>
          <w:pPr>
            <w:pStyle w:val="ArchiveText"/>
          </w:pPr>
          <w:r>
            <w:rPr>
              <w:noProof/>
            </w:rPr>
            <w:t xml:space="preserve">    dist (mark a (phi^2+s)) (mark a (1+s))=a*phi := by</w:t>
          </w:r>
        </w:p>
        <w:p>
          <w:pPr>
            <w:pStyle w:val="ArchiveText"/>
          </w:pPr>
          <w:r>
            <w:rPr>
              <w:noProof/>
            </w:rPr>
            <w:t xml:space="preserve">  rw [mark_distance a _ _ ha]</w:t>
          </w:r>
        </w:p>
        <w:p>
          <w:pPr>
            <w:pStyle w:val="ArchiveText"/>
          </w:pPr>
          <w:r>
            <w:rPr>
              <w:noProof/>
            </w:rPr>
            <w:t xml:space="preserve">  have h : phi^2+s-(1+s)=phi := by rw [phi_sq]; ring</w:t>
          </w:r>
        </w:p>
        <w:p>
          <w:pPr>
            <w:pStyle w:val="ArchiveText"/>
          </w:pPr>
          <w:r>
            <w:rPr>
              <w:noProof/>
            </w:rPr>
            <w:t xml:space="preserve">  rw [h,abs_of_pos phi_pos]</w:t>
          </w:r>
        </w:p>
        <w:p>
          <w:pPr>
            <w:pStyle w:val="ArchiveText"/>
          </w:pPr>
          <w:r>
            <w:rPr>
              <w:noProof/>
            </w:rPr>
          </w:r>
        </w:p>
        <w:p>
          <w:pPr>
            <w:pStyle w:val="ArchiveText"/>
          </w:pPr>
          <w:r>
            <w:rPr>
              <w:noProof/>
            </w:rPr>
            <w:t>theorem negative_outer_extension_length (a : ℝ) (ha : 0 &lt; a) :</w:t>
          </w:r>
        </w:p>
        <w:p>
          <w:pPr>
            <w:pStyle w:val="ArchiveText"/>
          </w:pPr>
          <w:r>
            <w:rPr>
              <w:noProof/>
            </w:rPr>
            <w:t xml:space="preserve">    dist (mark a (-(phi^2+s))) (mark a (-(1+s)))=a*phi := by</w:t>
          </w:r>
        </w:p>
        <w:p>
          <w:pPr>
            <w:pStyle w:val="ArchiveText"/>
          </w:pPr>
          <w:r>
            <w:rPr>
              <w:noProof/>
            </w:rPr>
            <w:t xml:space="preserve">  rw [mark_distance a _ _ ha]</w:t>
          </w:r>
        </w:p>
        <w:p>
          <w:pPr>
            <w:pStyle w:val="ArchiveText"/>
          </w:pPr>
          <w:r>
            <w:rPr>
              <w:noProof/>
            </w:rPr>
            <w:t xml:space="preserve">  have h : -(phi^2+s)- -(1+s)= -phi := by rw [phi_sq]; ring</w:t>
          </w:r>
        </w:p>
        <w:p>
          <w:pPr>
            <w:pStyle w:val="ArchiveText"/>
          </w:pPr>
          <w:r>
            <w:rPr>
              <w:noProof/>
            </w:rPr>
            <w:t xml:space="preserve">  rw [h,abs_neg,abs_of_pos phi_pos]</w:t>
          </w:r>
        </w:p>
        <w:p>
          <w:pPr>
            <w:pStyle w:val="ArchiveText"/>
          </w:pPr>
          <w:r>
            <w:rPr>
              <w:noProof/>
            </w:rPr>
          </w:r>
        </w:p>
        <w:p>
          <w:pPr>
            <w:pStyle w:val="ArchiveText"/>
          </w:pPr>
          <w:r>
            <w:rPr>
              <w:noProof/>
            </w:rPr>
            <w:t>theorem total_extension_length (a : ℝ) (ha : 0 &lt; a) :</w:t>
          </w:r>
        </w:p>
        <w:p>
          <w:pPr>
            <w:pStyle w:val="ArchiveText"/>
          </w:pPr>
          <w:r>
            <w:rPr>
              <w:noProof/>
            </w:rPr>
            <w:t xml:space="preserve">    dist (mark a (phi^2+s)) (mark a s)=a*phi^2 := by</w:t>
          </w:r>
        </w:p>
        <w:p>
          <w:pPr>
            <w:pStyle w:val="ArchiveText"/>
          </w:pPr>
          <w:r>
            <w:rPr>
              <w:noProof/>
            </w:rPr>
            <w:t xml:space="preserve">  rw [mark_distance a _ _ ha]</w:t>
          </w:r>
        </w:p>
        <w:p>
          <w:pPr>
            <w:pStyle w:val="ArchiveText"/>
          </w:pPr>
          <w:r>
            <w:rPr>
              <w:noProof/>
            </w:rPr>
            <w:t xml:space="preserve">  simp only [add_sub_cancel_right,abs_of_nonneg (sq_nonneg phi)]</w:t>
          </w:r>
        </w:p>
        <w:p>
          <w:pPr>
            <w:pStyle w:val="ArchiveText"/>
          </w:pPr>
          <w:r>
            <w:rPr>
              <w:noProof/>
            </w:rPr>
          </w:r>
        </w:p>
        <w:p>
          <w:pPr>
            <w:pStyle w:val="ArchiveText"/>
          </w:pPr>
          <w:r>
            <w:rPr>
              <w:noProof/>
            </w:rPr>
            <w:t>theorem chord_length (a : ℝ) (ha : 0 &lt; a) :</w:t>
          </w:r>
        </w:p>
        <w:p>
          <w:pPr>
            <w:pStyle w:val="ArchiveText"/>
          </w:pPr>
          <w:r>
            <w:rPr>
              <w:noProof/>
            </w:rPr>
            <w:t xml:space="preserve">    dist (mark a s) (mark a (-s))=2*a*s := by</w:t>
          </w:r>
        </w:p>
        <w:p>
          <w:pPr>
            <w:pStyle w:val="ArchiveText"/>
          </w:pPr>
          <w:r>
            <w:rPr>
              <w:noProof/>
            </w:rPr>
            <w:t xml:space="preserve">  rw [mark_distance a _ _ ha,sub_neg_eq_add,abs_of_pos (add_pos s_pos s_pos)]</w:t>
          </w:r>
        </w:p>
        <w:p>
          <w:pPr>
            <w:pStyle w:val="ArchiveText"/>
          </w:pPr>
          <w:r>
            <w:rPr>
              <w:noProof/>
            </w:rPr>
            <w:t xml:space="preserve">  ring</w:t>
          </w:r>
        </w:p>
        <w:p>
          <w:pPr>
            <w:pStyle w:val="ArchiveText"/>
          </w:pPr>
          <w:r>
            <w:rPr>
              <w:noProof/>
            </w:rPr>
          </w:r>
        </w:p>
        <w:p>
          <w:pPr>
            <w:pStyle w:val="ArchiveText"/>
          </w:pPr>
          <w:r>
            <w:rPr>
              <w:noProof/>
            </w:rPr>
            <w:t>theorem outer_segment_retained (a : ℝ) :</w:t>
          </w:r>
        </w:p>
        <w:p>
          <w:pPr>
            <w:pStyle w:val="ArchiveText"/>
          </w:pPr>
          <w:r>
            <w:rPr>
              <w:noProof/>
            </w:rPr>
            <w:t xml:space="preserve">    mark a '' Icc (1+s) (phi^2+s) ⊆ outline a := by</w:t>
          </w:r>
        </w:p>
        <w:p>
          <w:pPr>
            <w:pStyle w:val="ArchiveText"/>
          </w:pPr>
          <w:r>
            <w:rPr>
              <w:noProof/>
            </w:rPr>
            <w:t xml:space="preserve">  intro z hz</w:t>
          </w:r>
        </w:p>
        <w:p>
          <w:pPr>
            <w:pStyle w:val="ArchiveText"/>
          </w:pPr>
          <w:r>
            <w:rPr>
              <w:noProof/>
            </w:rPr>
            <w:t xml:space="preserve">  rcases hz with ⟨t,ht,rfl⟩</w:t>
          </w:r>
        </w:p>
        <w:p>
          <w:pPr>
            <w:pStyle w:val="ArchiveText"/>
          </w:pPr>
          <w:r>
            <w:rPr>
              <w:noProof/>
            </w:rPr>
            <w:t xml:space="preserve">  apply Or.inl ∘ Or.inr</w:t>
          </w:r>
        </w:p>
        <w:p>
          <w:pPr>
            <w:pStyle w:val="ArchiveText"/>
          </w:pPr>
          <w:r>
            <w:rPr>
              <w:noProof/>
            </w:rPr>
            <w:t xml:space="preserve">  exact ⟨t,⟨by linarith [ht.1],ht.2⟩,rfl⟩</w:t>
          </w:r>
        </w:p>
        <w:p>
          <w:pPr>
            <w:pStyle w:val="ArchiveText"/>
          </w:pPr>
          <w:r>
            <w:rPr>
              <w:noProof/>
            </w:rPr>
          </w:r>
        </w:p>
        <w:p>
          <w:pPr>
            <w:pStyle w:val="ArchiveText"/>
          </w:pPr>
          <w:r>
            <w:rPr>
              <w:noProof/>
            </w:rPr>
            <w:t>/-- The readout explicitly selects the outer straight segment and the opposite</w:t>
          </w:r>
        </w:p>
        <w:p>
          <w:pPr>
            <w:pStyle w:val="ArchiveText"/>
          </w:pPr>
          <w:r>
            <w:rPr>
              <w:noProof/>
            </w:rPr>
            <w:t>semicircle. It is not a claim about uniqueness among all possible observables. -/</w:t>
          </w:r>
        </w:p>
        <w:p>
          <w:pPr>
            <w:pStyle w:val="ArchiveText"/>
          </w:pPr>
          <w:r>
            <w:rPr>
              <w:noProof/>
            </w:rPr>
            <w:t>def G (a : ℝ) : ℝ := (dist (mark a (-(phi^2+s))) (mark a (-(1+s)))+</w:t>
          </w:r>
        </w:p>
        <w:p>
          <w:pPr>
            <w:pStyle w:val="ArchiveText"/>
          </w:pPr>
          <w:r>
            <w:rPr>
              <w:noProof/>
            </w:rPr>
            <w:t xml:space="preserve">  dist (mark a (phi^2+s)) (mark a (1+s)))/2</w:t>
          </w:r>
        </w:p>
        <w:p>
          <w:pPr>
            <w:pStyle w:val="ArchiveText"/>
          </w:pPr>
          <w:r>
            <w:rPr>
              <w:noProof/>
            </w:rPr>
            <w:t>def C (a : ℝ) : ℝ := arcLength a (Real.pi/2) (3*Real.pi/2)</w:t>
          </w:r>
        </w:p>
        <w:p>
          <w:pPr>
            <w:pStyle w:val="ArchiveText"/>
          </w:pPr>
          <w:r>
            <w:rPr>
              <w:noProof/>
            </w:rPr>
            <w:t>def W (a : ℝ) : ℝ := G a+C a</w:t>
          </w:r>
        </w:p>
        <w:p>
          <w:pPr>
            <w:pStyle w:val="ArchiveText"/>
          </w:pPr>
          <w:r>
            <w:rPr>
              <w:noProof/>
            </w:rPr>
          </w:r>
        </w:p>
        <w:p>
          <w:pPr>
            <w:pStyle w:val="ArchiveText"/>
          </w:pPr>
          <w:r>
            <w:rPr>
              <w:noProof/>
            </w:rPr>
            <w:t>theorem G_eq (a : ℝ) (ha : 0 &lt; a) : G a=a*phi := by</w:t>
          </w:r>
        </w:p>
        <w:p>
          <w:pPr>
            <w:pStyle w:val="ArchiveText"/>
          </w:pPr>
          <w:r>
            <w:rPr>
              <w:noProof/>
            </w:rPr>
            <w:t xml:space="preserve">  rw [G,negative_outer_extension_length a ha,outer_extension_length a ha]</w:t>
          </w:r>
        </w:p>
        <w:p>
          <w:pPr>
            <w:pStyle w:val="ArchiveText"/>
          </w:pPr>
          <w:r>
            <w:rPr>
              <w:noProof/>
            </w:rPr>
            <w:t xml:space="preserve">  ring</w:t>
          </w:r>
        </w:p>
        <w:p>
          <w:pPr>
            <w:pStyle w:val="ArchiveText"/>
          </w:pPr>
          <w:r>
            <w:rPr>
              <w:noProof/>
            </w:rPr>
            <w:t>theorem C_eq (a : ℝ) (ha : 0 &lt; a) : C a=a*Real.pi := by</w:t>
          </w:r>
        </w:p>
        <w:p>
          <w:pPr>
            <w:pStyle w:val="ArchiveText"/>
          </w:pPr>
          <w:r>
            <w:rPr>
              <w:noProof/>
            </w:rPr>
            <w:t xml:space="preserve">  unfold C</w:t>
          </w:r>
        </w:p>
        <w:p>
          <w:pPr>
            <w:pStyle w:val="ArchiveText"/>
          </w:pPr>
          <w:r>
            <w:rPr>
              <w:noProof/>
            </w:rPr>
            <w:t xml:space="preserve">  rw [arc_length a _ _ ha]</w:t>
          </w:r>
        </w:p>
        <w:p>
          <w:pPr>
            <w:pStyle w:val="ArchiveText"/>
          </w:pPr>
          <w:r>
            <w:rPr>
              <w:noProof/>
            </w:rPr>
            <w:t xml:space="preserve">  ring</w:t>
          </w:r>
        </w:p>
        <w:p>
          <w:pPr>
            <w:pStyle w:val="ArchiveText"/>
          </w:pPr>
          <w:r>
            <w:rPr>
              <w:noProof/>
            </w:rPr>
            <w:t>theorem W_eq (a : ℝ) (ha : 0 &lt; a) : W a=a*(phi+Real.pi) := by</w:t>
          </w:r>
        </w:p>
        <w:p>
          <w:pPr>
            <w:pStyle w:val="ArchiveText"/>
          </w:pPr>
          <w:r>
            <w:rPr>
              <w:noProof/>
            </w:rPr>
            <w:t xml:space="preserve">  rw [W,G_eq a ha,C_eq a ha]</w:t>
          </w:r>
        </w:p>
        <w:p>
          <w:pPr>
            <w:pStyle w:val="ArchiveText"/>
          </w:pPr>
          <w:r>
            <w:rPr>
              <w:noProof/>
            </w:rPr>
            <w:t xml:space="preserve">  ring</w:t>
          </w:r>
        </w:p>
        <w:p>
          <w:pPr>
            <w:pStyle w:val="ArchiveText"/>
          </w:pPr>
          <w:r>
            <w:rPr>
              <w:noProof/>
            </w:rPr>
          </w:r>
        </w:p>
        <w:p>
          <w:pPr>
            <w:pStyle w:val="ArchiveText"/>
          </w:pPr>
          <w:r>
            <w:rPr>
              <w:noProof/>
            </w:rPr>
            <w:t>theorem geometric_provenance (a : ℝ) (ha : 0 &lt; a) :</w:t>
          </w:r>
        </w:p>
        <w:p>
          <w:pPr>
            <w:pStyle w:val="ArchiveText"/>
          </w:pPr>
          <w:r>
            <w:rPr>
              <w:noProof/>
            </w:rPr>
            <w:t xml:space="preserve">    G a/W a=lam ∧ C a/W a=mu := by</w:t>
          </w:r>
        </w:p>
        <w:p>
          <w:pPr>
            <w:pStyle w:val="ArchiveText"/>
          </w:pPr>
          <w:r>
            <w:rPr>
              <w:noProof/>
            </w:rPr>
            <w:t xml:space="preserve">  rw [G_eq a ha,C_eq a ha,W_eq a ha]</w:t>
          </w:r>
        </w:p>
        <w:p>
          <w:pPr>
            <w:pStyle w:val="ArchiveText"/>
          </w:pPr>
          <w:r>
            <w:rPr>
              <w:noProof/>
            </w:rPr>
            <w:t xml:space="preserve">  constructor &lt;;&gt; field_simp [lam,mu,ne_of_gt ha,ne_of_gt denominator_pos] &lt;;&gt; ring</w:t>
          </w:r>
        </w:p>
        <w:p>
          <w:pPr>
            <w:pStyle w:val="ArchiveText"/>
          </w:pPr>
          <w:r>
            <w:rPr>
              <w:noProof/>
            </w:rPr>
          </w:r>
        </w:p>
        <w:p>
          <w:pPr>
            <w:pStyle w:val="ArchiveText"/>
          </w:pPr>
          <w:r>
            <w:rPr>
              <w:noProof/>
            </w:rPr>
            <w:t>def outlineLength (a : ℝ) : ℝ := arcLength a delta (2*Real.pi-delta)+</w:t>
          </w:r>
        </w:p>
        <w:p>
          <w:pPr>
            <w:pStyle w:val="ArchiveText"/>
          </w:pPr>
          <w:r>
            <w:rPr>
              <w:noProof/>
            </w:rPr>
            <w:t xml:space="preserve">    dist (mark a (phi^2+s)) (mark a s)+</w:t>
          </w:r>
        </w:p>
        <w:p>
          <w:pPr>
            <w:pStyle w:val="ArchiveText"/>
          </w:pPr>
          <w:r>
            <w:rPr>
              <w:noProof/>
            </w:rPr>
            <w:t xml:space="preserve">    dist (mark a (-(phi^2+s))) (mark a (-s))</w:t>
          </w:r>
        </w:p>
        <w:p>
          <w:pPr>
            <w:pStyle w:val="ArchiveText"/>
          </w:pPr>
          <w:r>
            <w:rPr>
              <w:noProof/>
            </w:rPr>
          </w:r>
        </w:p>
        <w:p>
          <w:pPr>
            <w:pStyle w:val="ArchiveText"/>
          </w:pPr>
          <w:r>
            <w:rPr>
              <w:noProof/>
            </w:rPr>
            <w:t>theorem outline_length (a : ℝ) (ha : 0 &lt; a) :</w:t>
          </w:r>
        </w:p>
        <w:p>
          <w:pPr>
            <w:pStyle w:val="ArchiveText"/>
          </w:pPr>
          <w:r>
            <w:rPr>
              <w:noProof/>
            </w:rPr>
            <w:t xml:space="preserve">    outlineLength a=a*(2*Real.pi-epsilon)+2*a*phi^2 := by</w:t>
          </w:r>
        </w:p>
        <w:p>
          <w:pPr>
            <w:pStyle w:val="ArchiveText"/>
          </w:pPr>
          <w:r>
            <w:rPr>
              <w:noProof/>
            </w:rPr>
            <w:t xml:space="preserve">  unfold outlineLength</w:t>
          </w:r>
        </w:p>
        <w:p>
          <w:pPr>
            <w:pStyle w:val="ArchiveText"/>
          </w:pPr>
          <w:r>
            <w:rPr>
              <w:noProof/>
            </w:rPr>
            <w:t xml:space="preserve">  rw [arc_length a _ _ ha,total_extension_length a ha,mark_distance a _ _ ha]</w:t>
          </w:r>
        </w:p>
        <w:p>
          <w:pPr>
            <w:pStyle w:val="ArchiveText"/>
          </w:pPr>
          <w:r>
            <w:rPr>
              <w:noProof/>
            </w:rPr>
            <w:t xml:space="preserve">  have he : -(phi^2+s)- -s= -(phi^2) := by ring</w:t>
          </w:r>
        </w:p>
        <w:p>
          <w:pPr>
            <w:pStyle w:val="ArchiveText"/>
          </w:pPr>
          <w:r>
            <w:rPr>
              <w:noProof/>
            </w:rPr>
            <w:t xml:space="preserve">  rw [he,abs_neg,abs_of_nonneg (sq_nonneg phi)]</w:t>
          </w:r>
        </w:p>
        <w:p>
          <w:pPr>
            <w:pStyle w:val="ArchiveText"/>
          </w:pPr>
          <w:r>
            <w:rPr>
              <w:noProof/>
            </w:rPr>
            <w:t xml:space="preserve">  unfold delta</w:t>
          </w:r>
        </w:p>
        <w:p>
          <w:pPr>
            <w:pStyle w:val="ArchiveText"/>
          </w:pPr>
          <w:r>
            <w:rPr>
              <w:noProof/>
            </w:rPr>
            <w:t xml:space="preserve">  ring</w:t>
          </w:r>
        </w:p>
        <w:p>
          <w:pPr>
            <w:pStyle w:val="ArchiveText"/>
          </w:pPr>
          <w:r>
            <w:rPr>
              <w:noProof/>
            </w:rPr>
          </w:r>
        </w:p>
        <w:p>
          <w:pPr>
            <w:pStyle w:val="ArchiveText"/>
          </w:pPr>
          <w:r>
            <w:rPr>
              <w:noProof/>
            </w:rPr>
            <w:t>theorem reference_not_outline (a : ℝ) (ha : 0 &lt; a) : W a &lt; outlineLength a := by</w:t>
          </w:r>
        </w:p>
        <w:p>
          <w:pPr>
            <w:pStyle w:val="ArchiveText"/>
          </w:pPr>
          <w:r>
            <w:rPr>
              <w:noProof/>
            </w:rPr>
            <w:t xml:space="preserve">  rw [W_eq a ha,outline_length a ha,phi_sq]</w:t>
          </w:r>
        </w:p>
        <w:p>
          <w:pPr>
            <w:pStyle w:val="ArchiveText"/>
          </w:pPr>
          <w:r>
            <w:rPr>
              <w:noProof/>
            </w:rPr>
            <w:t xml:space="preserve">  have he : epsilon &lt; Real.pi := by unfold epsilon; linarith [pi_pos]</w:t>
          </w:r>
        </w:p>
        <w:p>
          <w:pPr>
            <w:pStyle w:val="ArchiveText"/>
          </w:pPr>
          <w:r>
            <w:rPr>
              <w:noProof/>
            </w:rPr>
            <w:t xml:space="preserve">  nlinarith [phi_pos]</w:t>
          </w:r>
        </w:p>
        <w:p>
          <w:pPr>
            <w:pStyle w:val="ArchiveText"/>
          </w:pPr>
          <w:r>
            <w:rPr>
              <w:noProof/>
            </w:rPr>
          </w:r>
        </w:p>
        <w:p>
          <w:pPr>
            <w:pStyle w:val="ArchiveText"/>
          </w:pPr>
          <w:r>
            <w:rPr>
              <w:noProof/>
            </w:rPr>
            <w:t>/-- The normal placement is unique once its scale and the six labeled</w:t>
          </w:r>
        </w:p>
        <w:p>
          <w:pPr>
            <w:pStyle w:val="ArchiveText"/>
          </w:pPr>
          <w:r>
            <w:rPr>
              <w:noProof/>
            </w:rPr>
            <w:t>coordinate rules are specified. -/</w:t>
          </w:r>
        </w:p>
        <w:p>
          <w:pPr>
            <w:pStyle w:val="ArchiveText"/>
          </w:pPr>
          <w:r>
            <w:rPr>
              <w:noProof/>
            </w:rPr>
            <w:t>theorem marked_coordinate_uniqueness (a : ℝ) (p : Fin 6 → ℂ)</w:t>
          </w:r>
        </w:p>
        <w:p>
          <w:pPr>
            <w:pStyle w:val="ArchiveText"/>
          </w:pPr>
          <w:r>
            <w:rPr>
              <w:noProof/>
            </w:rPr>
            <w:t xml:space="preserve">    (hre : ∀ i, (p i).re=a*c) (him : ∀ i, (p i).im=a*heights i) : p=marks a := by</w:t>
          </w:r>
        </w:p>
        <w:p>
          <w:pPr>
            <w:pStyle w:val="ArchiveText"/>
          </w:pPr>
          <w:r>
            <w:rPr>
              <w:noProof/>
            </w:rPr>
            <w:t xml:space="preserve">  funext i</w:t>
          </w:r>
        </w:p>
        <w:p>
          <w:pPr>
            <w:pStyle w:val="ArchiveText"/>
          </w:pPr>
          <w:r>
            <w:rPr>
              <w:noProof/>
            </w:rPr>
            <w:t xml:space="preserve">  apply Complex.ext</w:t>
          </w:r>
        </w:p>
        <w:p>
          <w:pPr>
            <w:pStyle w:val="ArchiveText"/>
          </w:pPr>
          <w:r>
            <w:rPr>
              <w:noProof/>
            </w:rPr>
            <w:t xml:space="preserve">  · exact (hre i).trans (mark_re a (heights i)).symm</w:t>
          </w:r>
        </w:p>
        <w:p>
          <w:pPr>
            <w:pStyle w:val="ArchiveText"/>
          </w:pPr>
          <w:r>
            <w:rPr>
              <w:noProof/>
            </w:rPr>
            <w:t xml:space="preserve">  · exact (him i).trans (mark_im a (heights i)).symm</w:t>
          </w:r>
        </w:p>
        <w:p>
          <w:pPr>
            <w:pStyle w:val="ArchiveText"/>
          </w:pPr>
          <w:r>
            <w:rPr>
              <w:noProof/>
            </w:rPr>
          </w:r>
        </w:p>
        <w:p>
          <w:pPr>
            <w:pStyle w:val="ArchiveText"/>
          </w:pPr>
          <w:r>
            <w:rPr>
              <w:noProof/>
            </w:rPr>
            <w:t>theorem heights_strictly_ordered : StrictMono heights := by</w:t>
          </w:r>
        </w:p>
        <w:p>
          <w:pPr>
            <w:pStyle w:val="ArchiveText"/>
          </w:pPr>
          <w:r>
            <w:rPr>
              <w:noProof/>
            </w:rPr>
            <w:t xml:space="preserve">  intro i j hij</w:t>
          </w:r>
        </w:p>
        <w:p>
          <w:pPr>
            <w:pStyle w:val="ArchiveText"/>
          </w:pPr>
          <w:r>
            <w:rPr>
              <w:noProof/>
            </w:rPr>
            <w:t xml:space="preserve">  fin_cases i &lt;;&gt; fin_cases j &lt;;&gt; norm_num [heights] at hij ⊢ &lt;;&gt;</w:t>
          </w:r>
        </w:p>
        <w:p>
          <w:pPr>
            <w:pStyle w:val="ArchiveText"/>
          </w:pPr>
          <w:r>
            <w:rPr>
              <w:noProof/>
            </w:rPr>
            <w:t xml:space="preserve">    nlinarith [phi_pos,s_pos,phi_sq,phi_bounds.1,le_abs_self phi]</w:t>
          </w:r>
        </w:p>
        <w:p>
          <w:pPr>
            <w:pStyle w:val="ArchiveText"/>
          </w:pPr>
          <w:r>
            <w:rPr>
              <w:noProof/>
            </w:rPr>
          </w:r>
        </w:p>
        <w:p>
          <w:pPr>
            <w:pStyle w:val="ArchiveText"/>
          </w:pPr>
          <w:r>
            <w:rPr>
              <w:noProof/>
            </w:rPr>
            <w:t>theorem sequential_extensions (a : ℝ) :</w:t>
          </w:r>
        </w:p>
        <w:p>
          <w:pPr>
            <w:pStyle w:val="ArchiveText"/>
          </w:pPr>
          <w:r>
            <w:rPr>
              <w:noProof/>
            </w:rPr>
            <w:t xml:space="preserve">    mark a s+(a:ℂ)*I=mark a (1+s) ∧</w:t>
          </w:r>
        </w:p>
        <w:p>
          <w:pPr>
            <w:pStyle w:val="ArchiveText"/>
          </w:pPr>
          <w:r>
            <w:rPr>
              <w:noProof/>
            </w:rPr>
            <w:t xml:space="preserve">    mark a (1+s)+(a*phi:ℝ)*I=mark a (phi^2+s) ∧</w:t>
          </w:r>
        </w:p>
        <w:p>
          <w:pPr>
            <w:pStyle w:val="ArchiveText"/>
          </w:pPr>
          <w:r>
            <w:rPr>
              <w:noProof/>
            </w:rPr>
            <w:t xml:space="preserve">    mark a (-s)-(a:ℂ)*I=mark a (-(1+s)) ∧</w:t>
          </w:r>
        </w:p>
        <w:p>
          <w:pPr>
            <w:pStyle w:val="ArchiveText"/>
          </w:pPr>
          <w:r>
            <w:rPr>
              <w:noProof/>
            </w:rPr>
            <w:t xml:space="preserve">    mark a (-(1+s))-(a*phi:ℝ)*I=mark a (-(phi^2+s)) := by</w:t>
          </w:r>
        </w:p>
        <w:p>
          <w:pPr>
            <w:pStyle w:val="ArchiveText"/>
          </w:pPr>
          <w:r>
            <w:rPr>
              <w:noProof/>
            </w:rPr>
            <w:t xml:space="preserve">  simp only [mark,phi_sq,ofReal_mul,ofReal_add,ofReal_neg,ofReal_one]</w:t>
          </w:r>
        </w:p>
        <w:p>
          <w:pPr>
            <w:pStyle w:val="ArchiveText"/>
          </w:pPr>
          <w:r>
            <w:rPr>
              <w:noProof/>
            </w:rPr>
            <w:t xml:space="preserve">  constructor</w:t>
          </w:r>
        </w:p>
        <w:p>
          <w:pPr>
            <w:pStyle w:val="ArchiveText"/>
          </w:pPr>
          <w:r>
            <w:rPr>
              <w:noProof/>
            </w:rPr>
            <w:t xml:space="preserve">  · ring</w:t>
          </w:r>
        </w:p>
        <w:p>
          <w:pPr>
            <w:pStyle w:val="ArchiveText"/>
          </w:pPr>
          <w:r>
            <w:rPr>
              <w:noProof/>
            </w:rPr>
            <w:t xml:space="preserve">  constructor</w:t>
          </w:r>
        </w:p>
        <w:p>
          <w:pPr>
            <w:pStyle w:val="ArchiveText"/>
          </w:pPr>
          <w:r>
            <w:rPr>
              <w:noProof/>
            </w:rPr>
            <w:t xml:space="preserve">  · ring</w:t>
          </w:r>
        </w:p>
        <w:p>
          <w:pPr>
            <w:pStyle w:val="ArchiveText"/>
          </w:pPr>
          <w:r>
            <w:rPr>
              <w:noProof/>
            </w:rPr>
            <w:t xml:space="preserve">  constructor &lt;;&gt; ring</w:t>
          </w:r>
        </w:p>
        <w:p>
          <w:pPr>
            <w:pStyle w:val="ArchiveText"/>
          </w:pPr>
          <w:r>
            <w:rPr>
              <w:noProof/>
            </w:rPr>
          </w:r>
        </w:p>
        <w:p>
          <w:pPr>
            <w:pStyle w:val="ArchiveText"/>
          </w:pPr>
          <w:r>
            <w:rPr>
              <w:noProof/>
            </w:rPr>
            <w:t>end</w:t>
          </w:r>
        </w:p>
        <w:p>
          <w:pPr>
            <w:pStyle w:val="ArchiveText"/>
          </w:pPr>
          <w:r>
            <w:rPr>
              <w:noProof/>
            </w:rPr>
            <w:t>end Omega</w:t>
          </w:r>
        </w:p>
        <w:p>
          <w:pPr>
            <w:pStyle w:val="ArchiveText"/>
          </w:pPr>
          <w:r>
            <w:rPr>
              <w:noProof/>
            </w:rPr>
          </w:r>
        </w:p>
      </w:sdtContent>
    </w:sdt>
    <w:p>
      <w:bookmarkStart w:id="9" w:name="archive_09"/>
      <w:pPr>
        <w:pStyle w:val="Heading1"/>
        <w:pageBreakBefore w:val="0"/>
      </w:pPr>
      <w:r>
        <w:t>File 09</w:t>
      </w:r>
      <w:bookmarkEnd w:id="9"/>
    </w:p>
    <w:p>
      <w:pPr>
        <w:pStyle w:val="ArchivePath"/>
      </w:pPr>
      <w:r>
        <w:t>OMEGA_NAUGHT_Lean_Proof_v0.1/Omega/Interface.lean</w:t>
      </w:r>
    </w:p>
    <w:p>
      <w:pPr>
        <w:pStyle w:val="ArchiveMeta"/>
      </w:pPr>
      <w:r>
        <w:t>4,395 bytes  |  117 original line breaks</w:t>
      </w:r>
    </w:p>
    <w:sdt>
      <w:sdtPr>
        <w:tag w:val="archive-file:OMEGA_NAUGHT_Lean_Proof_v0.1/Omega/Interface.lean"/>
        <w:alias w:val="OMEGA_NAUGHT_Lean_Proof_v0.1/Omega/Interface.lean"/>
      </w:sdtPr>
      <w:sdtContent>
        <w:p>
          <w:pPr>
            <w:pStyle w:val="ArchiveText"/>
          </w:pPr>
          <w:r>
            <w:rPr>
              <w:noProof/>
            </w:rPr>
            <w:t>import Omega.Affine</w:t>
          </w:r>
        </w:p>
        <w:p>
          <w:pPr>
            <w:pStyle w:val="ArchiveText"/>
          </w:pPr>
          <w:r>
            <w:rPr>
              <w:noProof/>
            </w:rPr>
            <w:t>import Omega.Floor</w:t>
          </w:r>
        </w:p>
        <w:p>
          <w:pPr>
            <w:pStyle w:val="ArchiveText"/>
          </w:pPr>
          <w:r>
            <w:rPr>
              <w:noProof/>
            </w:rPr>
            <w:t>import Omega.Ledger</w:t>
          </w:r>
        </w:p>
        <w:p>
          <w:pPr>
            <w:pStyle w:val="ArchiveText"/>
          </w:pPr>
          <w:r>
            <w:rPr>
              <w:noProof/>
            </w:rPr>
          </w:r>
        </w:p>
        <w:p>
          <w:pPr>
            <w:pStyle w:val="ArchiveText"/>
          </w:pPr>
          <w:r>
            <w:rPr>
              <w:noProof/>
            </w:rPr>
            <w:t>/-! External scalar interface only. This file does not implement, modify, or</w:t>
          </w:r>
        </w:p>
        <w:p>
          <w:pPr>
            <w:pStyle w:val="ArchiveText"/>
          </w:pPr>
          <w:r>
            <w:rPr>
              <w:noProof/>
            </w:rPr>
            <w:t>claim an extension of frozen SRSD v1.0. -/</w:t>
          </w:r>
        </w:p>
        <w:p>
          <w:pPr>
            <w:pStyle w:val="ArchiveText"/>
          </w:pPr>
          <w:r>
            <w:rPr>
              <w:noProof/>
            </w:rPr>
            <w:t>namespace Omega</w:t>
          </w:r>
        </w:p>
        <w:p>
          <w:pPr>
            <w:pStyle w:val="ArchiveText"/>
          </w:pPr>
          <w:r>
            <w:rPr>
              <w:noProof/>
            </w:rPr>
            <w:t>noncomputable section</w:t>
          </w:r>
        </w:p>
        <w:p>
          <w:pPr>
            <w:pStyle w:val="ArchiveText"/>
          </w:pPr>
          <w:r>
            <w:rPr>
              <w:noProof/>
            </w:rPr>
          </w:r>
        </w:p>
        <w:p>
          <w:pPr>
            <w:pStyle w:val="ArchiveText"/>
          </w:pPr>
          <w:r>
            <w:rPr>
              <w:noProof/>
            </w:rPr>
            <w:t>def scalarEncode (h y : ℝ) : ℤ × ℝ := (Int.floor (y/h), y-h*Int.floor (y/h))</w:t>
          </w:r>
        </w:p>
        <w:p>
          <w:pPr>
            <w:pStyle w:val="ArchiveText"/>
          </w:pPr>
          <w:r>
            <w:rPr>
              <w:noProof/>
            </w:rPr>
            <w:t>def scalarDecode (h : ℝ) (p : ℤ × ℝ) : ℝ := h*p.1+p.2</w:t>
          </w:r>
        </w:p>
        <w:p>
          <w:pPr>
            <w:pStyle w:val="ArchiveText"/>
          </w:pPr>
          <w:r>
            <w:rPr>
              <w:noProof/>
            </w:rPr>
          </w:r>
        </w:p>
        <w:p>
          <w:pPr>
            <w:pStyle w:val="ArchiveText"/>
          </w:pPr>
          <w:r>
            <w:rPr>
              <w:noProof/>
            </w:rPr>
            <w:t>theorem scalar_roundtrip (h y : ℝ) : scalarDecode h (scalarEncode h y)=y := by</w:t>
          </w:r>
        </w:p>
        <w:p>
          <w:pPr>
            <w:pStyle w:val="ArchiveText"/>
          </w:pPr>
          <w:r>
            <w:rPr>
              <w:noProof/>
            </w:rPr>
            <w:t xml:space="preserve">  simp [scalarEncode,scalarDecode]</w:t>
          </w:r>
        </w:p>
        <w:p>
          <w:pPr>
            <w:pStyle w:val="ArchiveText"/>
          </w:pPr>
          <w:r>
            <w:rPr>
              <w:noProof/>
            </w:rPr>
          </w:r>
        </w:p>
        <w:p>
          <w:pPr>
            <w:pStyle w:val="ArchiveText"/>
          </w:pPr>
          <w:r>
            <w:rPr>
              <w:noProof/>
            </w:rPr>
            <w:t>theorem scalar_bounds (h y : ℝ) (hh : 0 &lt; h) :</w:t>
          </w:r>
        </w:p>
        <w:p>
          <w:pPr>
            <w:pStyle w:val="ArchiveText"/>
          </w:pPr>
          <w:r>
            <w:rPr>
              <w:noProof/>
            </w:rPr>
            <w:t xml:space="preserve">    0 ≤ (scalarEncode h y).2 ∧ (scalarEncode h y).2 &lt; h := by</w:t>
          </w:r>
        </w:p>
        <w:p>
          <w:pPr>
            <w:pStyle w:val="ArchiveText"/>
          </w:pPr>
          <w:r>
            <w:rPr>
              <w:noProof/>
            </w:rPr>
            <w:t xml:space="preserve">  have hl := Int.floor_le (y/h)</w:t>
          </w:r>
        </w:p>
        <w:p>
          <w:pPr>
            <w:pStyle w:val="ArchiveText"/>
          </w:pPr>
          <w:r>
            <w:rPr>
              <w:noProof/>
            </w:rPr>
            <w:t xml:space="preserve">  have hu := Int.lt_floor_add_one (y/h)</w:t>
          </w:r>
        </w:p>
        <w:p>
          <w:pPr>
            <w:pStyle w:val="ArchiveText"/>
          </w:pPr>
          <w:r>
            <w:rPr>
              <w:noProof/>
            </w:rPr>
            <w:t xml:space="preserve">  have hl' := (le_div_iff₀ hh).mp hl</w:t>
          </w:r>
        </w:p>
        <w:p>
          <w:pPr>
            <w:pStyle w:val="ArchiveText"/>
          </w:pPr>
          <w:r>
            <w:rPr>
              <w:noProof/>
            </w:rPr>
            <w:t xml:space="preserve">  have hu' := (div_lt_iff₀ hh).mp hu</w:t>
          </w:r>
        </w:p>
        <w:p>
          <w:pPr>
            <w:pStyle w:val="ArchiveText"/>
          </w:pPr>
          <w:r>
            <w:rPr>
              <w:noProof/>
            </w:rPr>
            <w:t xml:space="preserve">  dsimp [scalarEncode]</w:t>
          </w:r>
        </w:p>
        <w:p>
          <w:pPr>
            <w:pStyle w:val="ArchiveText"/>
          </w:pPr>
          <w:r>
            <w:rPr>
              <w:noProof/>
            </w:rPr>
            <w:t xml:space="preserve">  constructor &lt;;&gt; nlinarith</w:t>
          </w:r>
        </w:p>
        <w:p>
          <w:pPr>
            <w:pStyle w:val="ArchiveText"/>
          </w:pPr>
          <w:r>
            <w:rPr>
              <w:noProof/>
            </w:rPr>
          </w:r>
        </w:p>
        <w:p>
          <w:pPr>
            <w:pStyle w:val="ArchiveText"/>
          </w:pPr>
          <w:r>
            <w:rPr>
              <w:noProof/>
            </w:rPr>
            <w:t>theorem scalar_canonical (h η : ℝ) (e : ℤ) (hh : 0 &lt; h)</w:t>
          </w:r>
        </w:p>
        <w:p>
          <w:pPr>
            <w:pStyle w:val="ArchiveText"/>
          </w:pPr>
          <w:r>
            <w:rPr>
              <w:noProof/>
            </w:rPr>
            <w:t xml:space="preserve">    (hη : 0 ≤ η ∧ η &lt; h) : scalarEncode h (h*e+η)=(e,η) := by</w:t>
          </w:r>
        </w:p>
        <w:p>
          <w:pPr>
            <w:pStyle w:val="ArchiveText"/>
          </w:pPr>
          <w:r>
            <w:rPr>
              <w:noProof/>
            </w:rPr>
            <w:t xml:space="preserve">  have he : Int.floor ((h*(e:ℝ)+η)/h)=e := by</w:t>
          </w:r>
        </w:p>
        <w:p>
          <w:pPr>
            <w:pStyle w:val="ArchiveText"/>
          </w:pPr>
          <w:r>
            <w:rPr>
              <w:noProof/>
            </w:rPr>
            <w:t xml:space="preserve">    apply Int.floor_eq_iff.mpr</w:t>
          </w:r>
        </w:p>
        <w:p>
          <w:pPr>
            <w:pStyle w:val="ArchiveText"/>
          </w:pPr>
          <w:r>
            <w:rPr>
              <w:noProof/>
            </w:rPr>
            <w:t xml:space="preserve">    constructor</w:t>
          </w:r>
        </w:p>
        <w:p>
          <w:pPr>
            <w:pStyle w:val="ArchiveText"/>
          </w:pPr>
          <w:r>
            <w:rPr>
              <w:noProof/>
            </w:rPr>
            <w:t xml:space="preserve">    · apply (le_div_iff₀ hh).mpr; nlinarith</w:t>
          </w:r>
        </w:p>
        <w:p>
          <w:pPr>
            <w:pStyle w:val="ArchiveText"/>
          </w:pPr>
          <w:r>
            <w:rPr>
              <w:noProof/>
            </w:rPr>
            <w:t xml:space="preserve">    · apply (div_lt_iff₀ hh).mpr; nlinarith</w:t>
          </w:r>
        </w:p>
        <w:p>
          <w:pPr>
            <w:pStyle w:val="ArchiveText"/>
          </w:pPr>
          <w:r>
            <w:rPr>
              <w:noProof/>
            </w:rPr>
            <w:t xml:space="preserve">  simp [scalarEncode,he]</w:t>
          </w:r>
        </w:p>
        <w:p>
          <w:pPr>
            <w:pStyle w:val="ArchiveText"/>
          </w:pPr>
          <w:r>
            <w:rPr>
              <w:noProof/>
            </w:rPr>
          </w:r>
        </w:p>
        <w:p>
          <w:pPr>
            <w:pStyle w:val="ArchiveText"/>
          </w:pPr>
          <w:r>
            <w:rPr>
              <w:noProof/>
            </w:rPr>
            <w:t>theorem rational_residual (d : ℕ) : q*d-(F d:ℝ)=(rho d:ℝ)/S := by</w:t>
          </w:r>
        </w:p>
        <w:p>
          <w:pPr>
            <w:pStyle w:val="ArchiveText"/>
          </w:pPr>
          <w:r>
            <w:rPr>
              <w:noProof/>
            </w:rPr>
            <w:t xml:space="preserve">  have hi : (S:ℝ)*(F d:ℝ)+(rho d:ℝ)=(Q:ℝ)*d := by</w:t>
          </w:r>
        </w:p>
        <w:p>
          <w:pPr>
            <w:pStyle w:val="ArchiveText"/>
          </w:pPr>
          <w:r>
            <w:rPr>
              <w:noProof/>
            </w:rPr>
            <w:t xml:space="preserve">    exact_mod_cast division_identity d</w:t>
          </w:r>
        </w:p>
        <w:p>
          <w:pPr>
            <w:pStyle w:val="ArchiveText"/>
          </w:pPr>
          <w:r>
            <w:rPr>
              <w:noProof/>
            </w:rPr>
            <w:t xml:space="preserve">  unfold q</w:t>
          </w:r>
        </w:p>
        <w:p>
          <w:pPr>
            <w:pStyle w:val="ArchiveText"/>
          </w:pPr>
          <w:r>
            <w:rPr>
              <w:noProof/>
            </w:rPr>
            <w:t xml:space="preserve">  field_simp [show (S:ℝ)≠0 by norm_num [S]]</w:t>
          </w:r>
        </w:p>
        <w:p>
          <w:pPr>
            <w:pStyle w:val="ArchiveText"/>
          </w:pPr>
          <w:r>
            <w:rPr>
              <w:noProof/>
            </w:rPr>
            <w:t xml:space="preserve">  nlinarith</w:t>
          </w:r>
        </w:p>
        <w:p>
          <w:pPr>
            <w:pStyle w:val="ArchiveText"/>
          </w:pPr>
          <w:r>
            <w:rPr>
              <w:noProof/>
            </w:rPr>
          </w:r>
        </w:p>
        <w:p>
          <w:pPr>
            <w:pStyle w:val="ArchiveText"/>
          </w:pPr>
          <w:r>
            <w:rPr>
              <w:noProof/>
            </w:rPr>
            <w:t>theorem real_residual (d : ℕ) (hd : d &lt; domainSize) :</w:t>
          </w:r>
        </w:p>
        <w:p>
          <w:pPr>
            <w:pStyle w:val="ArchiveText"/>
          </w:pPr>
          <w:r>
            <w:rPr>
              <w:noProof/>
            </w:rPr>
            <w:t xml:space="preserve">    lam*d-(Int.floor (lam*d):ℝ)=(rho d:ℝ)/S+(lam-q)*d := by</w:t>
          </w:r>
        </w:p>
        <w:p>
          <w:pPr>
            <w:pStyle w:val="ArchiveText"/>
          </w:pPr>
          <w:r>
            <w:rPr>
              <w:noProof/>
            </w:rPr>
            <w:t xml:space="preserve">  rw [certified_floor_equality d hd]</w:t>
          </w:r>
        </w:p>
        <w:p>
          <w:pPr>
            <w:pStyle w:val="ArchiveText"/>
          </w:pPr>
          <w:r>
            <w:rPr>
              <w:noProof/>
            </w:rPr>
            <w:t xml:space="preserve">  push_cast</w:t>
          </w:r>
        </w:p>
        <w:p>
          <w:pPr>
            <w:pStyle w:val="ArchiveText"/>
          </w:pPr>
          <w:r>
            <w:rPr>
              <w:noProof/>
            </w:rPr>
            <w:t xml:space="preserve">  rw [← rational_residual]</w:t>
          </w:r>
        </w:p>
        <w:p>
          <w:pPr>
            <w:pStyle w:val="ArchiveText"/>
          </w:pPr>
          <w:r>
            <w:rPr>
              <w:noProof/>
            </w:rPr>
            <w:t xml:space="preserve">  ring</w:t>
          </w:r>
        </w:p>
        <w:p>
          <w:pPr>
            <w:pStyle w:val="ArchiveText"/>
          </w:pPr>
          <w:r>
            <w:rPr>
              <w:noProof/>
            </w:rPr>
          </w:r>
        </w:p>
        <w:p>
          <w:pPr>
            <w:pStyle w:val="ArchiveText"/>
          </w:pPr>
          <w:r>
            <w:rPr>
              <w:noProof/>
            </w:rPr>
            <w:t>theorem positive_residual_difference (d : ℕ) (hd : 0 &lt; d) :</w:t>
          </w:r>
        </w:p>
        <w:p>
          <w:pPr>
            <w:pStyle w:val="ArchiveText"/>
          </w:pPr>
          <w:r>
            <w:rPr>
              <w:noProof/>
            </w:rPr>
            <w:t xml:space="preserve">    0 &lt; (lam-q)*(d:ℝ) := mul_pos (sub_pos.mpr q_lt_lam) (by exact_mod_cast hd)</w:t>
          </w:r>
        </w:p>
        <w:p>
          <w:pPr>
            <w:pStyle w:val="ArchiveText"/>
          </w:pPr>
          <w:r>
            <w:rPr>
              <w:noProof/>
            </w:rPr>
          </w:r>
        </w:p>
        <w:p>
          <w:pPr>
            <w:pStyle w:val="ArchiveText"/>
          </w:pPr>
          <w:r>
            <w:rPr>
              <w:noProof/>
            </w:rPr>
            <w:t>theorem grid_finite_interface (h : ℝ) (hh : 0 &lt; h) (d : ℕ) (hd : d &lt; domainSize) :</w:t>
          </w:r>
        </w:p>
        <w:p>
          <w:pPr>
            <w:pStyle w:val="ArchiveText"/>
          </w:pPr>
          <w:r>
            <w:rPr>
              <w:noProof/>
            </w:rPr>
            <w:t xml:space="preserve">    quantizedStep h (h*d)=h*(F d:ℝ) := by</w:t>
          </w:r>
        </w:p>
        <w:p>
          <w:pPr>
            <w:pStyle w:val="ArchiveText"/>
          </w:pPr>
          <w:r>
            <w:rPr>
              <w:noProof/>
            </w:rPr>
            <w:t xml:space="preserve">  have he := grid_interface h hh (d:ℤ)</w:t>
          </w:r>
        </w:p>
        <w:p>
          <w:pPr>
            <w:pStyle w:val="ArchiveText"/>
          </w:pPr>
          <w:r>
            <w:rPr>
              <w:noProof/>
            </w:rPr>
            <w:t xml:space="preserve">  push_cast at he</w:t>
          </w:r>
        </w:p>
        <w:p>
          <w:pPr>
            <w:pStyle w:val="ArchiveText"/>
          </w:pPr>
          <w:r>
            <w:rPr>
              <w:noProof/>
            </w:rPr>
            <w:t xml:space="preserve">  rw [he,certified_floor_equality d hd]</w:t>
          </w:r>
        </w:p>
        <w:p>
          <w:pPr>
            <w:pStyle w:val="ArchiveText"/>
          </w:pPr>
          <w:r>
            <w:rPr>
              <w:noProof/>
            </w:rPr>
            <w:t xml:space="preserve">  norm_cast</w:t>
          </w:r>
        </w:p>
        <w:p>
          <w:pPr>
            <w:pStyle w:val="ArchiveText"/>
          </w:pPr>
          <w:r>
            <w:rPr>
              <w:noProof/>
            </w:rPr>
          </w:r>
        </w:p>
        <w:p>
          <w:pPr>
            <w:pStyle w:val="ArchiveText"/>
          </w:pPr>
          <w:r>
            <w:rPr>
              <w:noProof/>
            </w:rPr>
            <w:t>theorem grid_trajectory (h : ℝ) (hh : 0 &lt; h) (n d : ℕ) (hd : d &lt; domainSize) :</w:t>
          </w:r>
        </w:p>
        <w:p>
          <w:pPr>
            <w:pStyle w:val="ArchiveText"/>
          </w:pPr>
          <w:r>
            <w:rPr>
              <w:noProof/>
            </w:rPr>
            <w:t xml:space="preserve">    (quantizedStep h)^[n] (h*d)=h*(F^[n] d:ℝ) := by</w:t>
          </w:r>
        </w:p>
        <w:p>
          <w:pPr>
            <w:pStyle w:val="ArchiveText"/>
          </w:pPr>
          <w:r>
            <w:rPr>
              <w:noProof/>
            </w:rPr>
            <w:t xml:space="preserve">  induction n generalizing d with</w:t>
          </w:r>
        </w:p>
        <w:p>
          <w:pPr>
            <w:pStyle w:val="ArchiveText"/>
          </w:pPr>
          <w:r>
            <w:rPr>
              <w:noProof/>
            </w:rPr>
            <w:t xml:space="preserve">  | zero =&gt; rfl</w:t>
          </w:r>
        </w:p>
        <w:p>
          <w:pPr>
            <w:pStyle w:val="ArchiveText"/>
          </w:pPr>
          <w:r>
            <w:rPr>
              <w:noProof/>
            </w:rPr>
            <w:t xml:space="preserve">  | succ n ih =&gt;</w:t>
          </w:r>
        </w:p>
        <w:p>
          <w:pPr>
            <w:pStyle w:val="ArchiveText"/>
          </w:pPr>
          <w:r>
            <w:rPr>
              <w:noProof/>
            </w:rPr>
            <w:t xml:space="preserve">    rw [Function.iterate_succ_apply,Function.iterate_succ_apply,</w:t>
          </w:r>
        </w:p>
        <w:p>
          <w:pPr>
            <w:pStyle w:val="ArchiveText"/>
          </w:pPr>
          <w:r>
            <w:rPr>
              <w:noProof/>
            </w:rPr>
            <w:t xml:space="preserve">      grid_finite_interface h hh d hd]</w:t>
          </w:r>
        </w:p>
        <w:p>
          <w:pPr>
            <w:pStyle w:val="ArchiveText"/>
          </w:pPr>
          <w:r>
            <w:rPr>
              <w:noProof/>
            </w:rPr>
            <w:t xml:space="preserve">    exact ih _ (forward_invariant d hd)</w:t>
          </w:r>
        </w:p>
        <w:p>
          <w:pPr>
            <w:pStyle w:val="ArchiveText"/>
          </w:pPr>
          <w:r>
            <w:rPr>
              <w:noProof/>
            </w:rPr>
          </w:r>
        </w:p>
        <w:p>
          <w:pPr>
            <w:pStyle w:val="ArchiveText"/>
          </w:pPr>
          <w:r>
            <w:rPr>
              <w:noProof/>
            </w:rPr>
            <w:t>/-- A witness that projecting each step differs from rounding once at the end. -/</w:t>
          </w:r>
        </w:p>
        <w:p>
          <w:pPr>
            <w:pStyle w:val="ArchiveText"/>
          </w:pPr>
          <w:r>
            <w:rPr>
              <w:noProof/>
            </w:rPr>
            <w:t>theorem repeated_rounding_counterexample :</w:t>
          </w:r>
        </w:p>
        <w:p>
          <w:pPr>
            <w:pStyle w:val="ArchiveText"/>
          </w:pPr>
          <w:r>
            <w:rPr>
              <w:noProof/>
            </w:rPr>
            <w:t xml:space="preserve">    (realStep lam)^[2] 26=2 ∧ Int.floor (lam^2*26)=3 := by</w:t>
          </w:r>
        </w:p>
        <w:p>
          <w:pPr>
            <w:pStyle w:val="ArchiveText"/>
          </w:pPr>
          <w:r>
            <w:rPr>
              <w:noProof/>
            </w:rPr>
            <w:t xml:space="preserve">  constructor</w:t>
          </w:r>
        </w:p>
        <w:p>
          <w:pPr>
            <w:pStyle w:val="ArchiveText"/>
          </w:pPr>
          <w:r>
            <w:rPr>
              <w:noProof/>
            </w:rPr>
            <w:t xml:space="preserve">  · rw [trajectory_equality lam ⟨lam_in_interval.1.le,lam_in_interval.2⟩</w:t>
          </w:r>
        </w:p>
        <w:p>
          <w:pPr>
            <w:pStyle w:val="ArchiveText"/>
          </w:pPr>
          <w:r>
            <w:rPr>
              <w:noProof/>
            </w:rPr>
            <w:t xml:space="preserve">      2 26 (by norm_num [domainSize])]</w:t>
          </w:r>
        </w:p>
        <w:p>
          <w:pPr>
            <w:pStyle w:val="ArchiveText"/>
          </w:pPr>
          <w:r>
            <w:rPr>
              <w:noProof/>
            </w:rPr>
            <w:t xml:space="preserve">    norm_num [Function.iterate_succ_apply,F,Q,S]</w:t>
          </w:r>
        </w:p>
        <w:p>
          <w:pPr>
            <w:pStyle w:val="ArchiveText"/>
          </w:pPr>
          <w:r>
            <w:rPr>
              <w:noProof/>
            </w:rPr>
            <w:t xml:space="preserve">  · apply Int.floor_eq_iff.mpr</w:t>
          </w:r>
        </w:p>
        <w:p>
          <w:pPr>
            <w:pStyle w:val="ArchiveText"/>
          </w:pPr>
          <w:r>
            <w:rPr>
              <w:noProof/>
            </w:rPr>
            <w:t xml:space="preserve">    norm_num</w:t>
          </w:r>
        </w:p>
        <w:p>
          <w:pPr>
            <w:pStyle w:val="ArchiveText"/>
          </w:pPr>
          <w:r>
            <w:rPr>
              <w:noProof/>
            </w:rPr>
            <w:t xml:space="preserve">    have hl : (0.3399:ℝ)&lt;lam := by nlinarith [lam_bounds.1]</w:t>
          </w:r>
        </w:p>
        <w:p>
          <w:pPr>
            <w:pStyle w:val="ArchiveText"/>
          </w:pPr>
          <w:r>
            <w:rPr>
              <w:noProof/>
            </w:rPr>
            <w:t xml:space="preserve">    have hu : lam&lt;(0.34:ℝ) := by nlinarith [lam_bounds.2]</w:t>
          </w:r>
        </w:p>
        <w:p>
          <w:pPr>
            <w:pStyle w:val="ArchiveText"/>
          </w:pPr>
          <w:r>
            <w:rPr>
              <w:noProof/>
            </w:rPr>
            <w:t xml:space="preserve">    constructor &lt;;&gt; nlinarith [lam_pos]</w:t>
          </w:r>
        </w:p>
        <w:p>
          <w:pPr>
            <w:pStyle w:val="ArchiveText"/>
          </w:pPr>
          <w:r>
            <w:rPr>
              <w:noProof/>
            </w:rPr>
          </w:r>
        </w:p>
        <w:p>
          <w:pPr>
            <w:pStyle w:val="ArchiveText"/>
          </w:pPr>
          <w:r>
            <w:rPr>
              <w:noProof/>
            </w:rPr>
            <w:t>/-- The canonical Euclidean arithmetic is exactly the general ledger interface. -/</w:t>
          </w:r>
        </w:p>
        <w:p>
          <w:pPr>
            <w:pStyle w:val="ArchiveText"/>
          </w:pPr>
          <w:r>
            <w:rPr>
              <w:noProof/>
            </w:rPr>
            <w:t>theorem ledger_interface (d : ℕ) :</w:t>
          </w:r>
        </w:p>
        <w:p>
          <w:pPr>
            <w:pStyle w:val="ArchiveText"/>
          </w:pPr>
          <w:r>
            <w:rPr>
              <w:noProof/>
            </w:rPr>
            <w:t xml:space="preserve">    Ledger.step Q S d=(F d:ℤ) ∧ Ledger.remainder Q S d=(rho d:ℤ) := by</w:t>
          </w:r>
        </w:p>
        <w:p>
          <w:pPr>
            <w:pStyle w:val="ArchiveText"/>
          </w:pPr>
          <w:r>
            <w:rPr>
              <w:noProof/>
            </w:rPr>
            <w:t xml:space="preserve">  simp [Ledger.step,Ledger.remainder,F,rho,Int.natCast_div,Int.natCast_mod]</w:t>
          </w:r>
        </w:p>
        <w:p>
          <w:pPr>
            <w:pStyle w:val="ArchiveText"/>
          </w:pPr>
          <w:r>
            <w:rPr>
              <w:noProof/>
            </w:rPr>
          </w:r>
        </w:p>
        <w:p>
          <w:pPr>
            <w:pStyle w:val="ArchiveText"/>
          </w:pPr>
          <w:r>
            <w:rPr>
              <w:noProof/>
            </w:rPr>
            <w:t>theorem external_factorization (d : ℕ) :</w:t>
          </w:r>
        </w:p>
        <w:p>
          <w:pPr>
            <w:pStyle w:val="ArchiveText"/>
          </w:pPr>
          <w:r>
            <w:rPr>
              <w:noProof/>
            </w:rPr>
            <w:t xml:space="preserve">    scalarEncode S ((Q:ℝ)*d)=((F d:ℤ),(rho d:ℝ)) := by</w:t>
          </w:r>
        </w:p>
        <w:p>
          <w:pPr>
            <w:pStyle w:val="ArchiveText"/>
          </w:pPr>
          <w:r>
            <w:rPr>
              <w:noProof/>
            </w:rPr>
            <w:t xml:space="preserve">  have he : (Q:ℝ)*d=(S:ℝ)*(F d:ℤ)+(rho d:ℝ) := by</w:t>
          </w:r>
        </w:p>
        <w:p>
          <w:pPr>
            <w:pStyle w:val="ArchiveText"/>
          </w:pPr>
          <w:r>
            <w:rPr>
              <w:noProof/>
            </w:rPr>
            <w:t xml:space="preserve">    push_cast</w:t>
          </w:r>
        </w:p>
        <w:p>
          <w:pPr>
            <w:pStyle w:val="ArchiveText"/>
          </w:pPr>
          <w:r>
            <w:rPr>
              <w:noProof/>
            </w:rPr>
            <w:t xml:space="preserve">    exact_mod_cast (division_identity d).symm</w:t>
          </w:r>
        </w:p>
        <w:p>
          <w:pPr>
            <w:pStyle w:val="ArchiveText"/>
          </w:pPr>
          <w:r>
            <w:rPr>
              <w:noProof/>
            </w:rPr>
            <w:t xml:space="preserve">  rw [he]</w:t>
          </w:r>
        </w:p>
        <w:p>
          <w:pPr>
            <w:pStyle w:val="ArchiveText"/>
          </w:pPr>
          <w:r>
            <w:rPr>
              <w:noProof/>
            </w:rPr>
            <w:t xml:space="preserve">  apply scalar_canonical</w:t>
          </w:r>
        </w:p>
        <w:p>
          <w:pPr>
            <w:pStyle w:val="ArchiveText"/>
          </w:pPr>
          <w:r>
            <w:rPr>
              <w:noProof/>
            </w:rPr>
            <w:t xml:space="preserve">  · norm_num [S]</w:t>
          </w:r>
        </w:p>
        <w:p>
          <w:pPr>
            <w:pStyle w:val="ArchiveText"/>
          </w:pPr>
          <w:r>
            <w:rPr>
              <w:noProof/>
            </w:rPr>
            <w:t xml:space="preserve">  · constructor</w:t>
          </w:r>
        </w:p>
        <w:p>
          <w:pPr>
            <w:pStyle w:val="ArchiveText"/>
          </w:pPr>
          <w:r>
            <w:rPr>
              <w:noProof/>
            </w:rPr>
            <w:t xml:space="preserve">    · positivity</w:t>
          </w:r>
        </w:p>
        <w:p>
          <w:pPr>
            <w:pStyle w:val="ArchiveText"/>
          </w:pPr>
          <w:r>
            <w:rPr>
              <w:noProof/>
            </w:rPr>
            <w:t xml:space="preserve">    · exact_mod_cast remainder_bound d</w:t>
          </w:r>
        </w:p>
        <w:p>
          <w:pPr>
            <w:pStyle w:val="ArchiveText"/>
          </w:pPr>
          <w:r>
            <w:rPr>
              <w:noProof/>
            </w:rPr>
          </w:r>
        </w:p>
        <w:p>
          <w:pPr>
            <w:pStyle w:val="ArchiveText"/>
          </w:pPr>
          <w:r>
            <w:rPr>
              <w:noProof/>
            </w:rPr>
            <w:t>theorem predecessor_inequalities (A B d e : ℤ) (hB : 0 &lt; B) :</w:t>
          </w:r>
        </w:p>
        <w:p>
          <w:pPr>
            <w:pStyle w:val="ArchiveText"/>
          </w:pPr>
          <w:r>
            <w:rPr>
              <w:noProof/>
            </w:rPr>
            <w:t xml:space="preserve">    Ledger.step A B d=e ↔ B*e ≤ A*d ∧ A*d &lt; B*(e+1) := by</w:t>
          </w:r>
        </w:p>
        <w:p>
          <w:pPr>
            <w:pStyle w:val="ArchiveText"/>
          </w:pPr>
          <w:r>
            <w:rPr>
              <w:noProof/>
            </w:rPr>
            <w:t xml:space="preserve">  rw [Ledger.step,Int.ediv_eq_iff_of_pos hB]</w:t>
          </w:r>
        </w:p>
        <w:p>
          <w:pPr>
            <w:pStyle w:val="ArchiveText"/>
          </w:pPr>
          <w:r>
            <w:rPr>
              <w:noProof/>
            </w:rPr>
            <w:t xml:space="preserve">  constructor &lt;;&gt; intro h &lt;;&gt; constructor &lt;;&gt; nlinarith [h.1,h.2]</w:t>
          </w:r>
        </w:p>
        <w:p>
          <w:pPr>
            <w:pStyle w:val="ArchiveText"/>
          </w:pPr>
          <w:r>
            <w:rPr>
              <w:noProof/>
            </w:rPr>
          </w:r>
        </w:p>
        <w:p>
          <w:pPr>
            <w:pStyle w:val="ArchiveText"/>
          </w:pPr>
          <w:r>
            <w:rPr>
              <w:noProof/>
            </w:rPr>
            <w:t>variable {V : Type*} [AddCommGroup V] [Module ℝ V]</w:t>
          </w:r>
        </w:p>
        <w:p>
          <w:pPr>
            <w:pStyle w:val="ArchiveText"/>
          </w:pPr>
          <w:r>
            <w:rPr>
              <w:noProof/>
            </w:rPr>
          </w:r>
        </w:p>
        <w:p>
          <w:pPr>
            <w:pStyle w:val="ArchiveText"/>
          </w:pPr>
          <w:r>
            <w:rPr>
              <w:noProof/>
            </w:rPr>
            <w:t>/-- Reconstruction of points explicitly consumes the retained grid scale,</w:t>
          </w:r>
        </w:p>
        <w:p>
          <w:pPr>
            <w:pStyle w:val="ArchiveText"/>
          </w:pPr>
          <w:r>
            <w:rPr>
              <w:noProof/>
            </w:rPr>
            <w:t>center and frame. The ledger alone reconstructs the integer state. -/</w:t>
          </w:r>
        </w:p>
        <w:p>
          <w:pPr>
            <w:pStyle w:val="ArchiveText"/>
          </w:pPr>
          <w:r>
            <w:rPr>
              <w:noProof/>
            </w:rPr>
            <w:t>def pointFromState (h : ℝ) (α : V) (frame : ℝ →ₗ[ℝ] V) (d : ℤ) : V :=</w:t>
          </w:r>
        </w:p>
        <w:p>
          <w:pPr>
            <w:pStyle w:val="ArchiveText"/>
          </w:pPr>
          <w:r>
            <w:rPr>
              <w:noProof/>
            </w:rPr>
            <w:t xml:space="preserve">  α+frame (h*d)</w:t>
          </w:r>
        </w:p>
        <w:p>
          <w:pPr>
            <w:pStyle w:val="ArchiveText"/>
          </w:pPr>
          <w:r>
            <w:rPr>
              <w:noProof/>
            </w:rPr>
          </w:r>
        </w:p>
        <w:p>
          <w:pPr>
            <w:pStyle w:val="ArchiveText"/>
          </w:pPr>
          <w:r>
            <w:rPr>
              <w:noProof/>
            </w:rPr>
            <w:t>theorem point_reconstruction (h : ℝ) (α : V) (frame : ℝ →ₗ[ℝ] V)</w:t>
          </w:r>
        </w:p>
        <w:p>
          <w:pPr>
            <w:pStyle w:val="ArchiveText"/>
          </w:pPr>
          <w:r>
            <w:rPr>
              <w:noProof/>
            </w:rPr>
            <w:t xml:space="preserve">    (n : ℕ) (d : ℤ) :</w:t>
          </w:r>
        </w:p>
        <w:p>
          <w:pPr>
            <w:pStyle w:val="ArchiveText"/>
          </w:pPr>
          <w:r>
            <w:rPr>
              <w:noProof/>
            </w:rPr>
            <w:t xml:space="preserve">    pointFromState h α frame</w:t>
          </w:r>
        </w:p>
        <w:p>
          <w:pPr>
            <w:pStyle w:val="ArchiveText"/>
          </w:pPr>
          <w:r>
            <w:rPr>
              <w:noProof/>
            </w:rPr>
            <w:t xml:space="preserve">      (Ledger.recover Q S (Ledger.encode Q S n d).1 (Ledger.encode Q S n d).2)=</w:t>
          </w:r>
        </w:p>
        <w:p>
          <w:pPr>
            <w:pStyle w:val="ArchiveText"/>
          </w:pPr>
          <w:r>
            <w:rPr>
              <w:noProof/>
            </w:rPr>
            <w:t xml:space="preserve">      pointFromState h α frame d := by</w:t>
          </w:r>
        </w:p>
        <w:p>
          <w:pPr>
            <w:pStyle w:val="ArchiveText"/>
          </w:pPr>
          <w:r>
            <w:rPr>
              <w:noProof/>
            </w:rPr>
            <w:t xml:space="preserve">  rw [Ledger.roundtrip (Q:ℤ) (S:ℤ) (by norm_num [Q])]</w:t>
          </w:r>
        </w:p>
        <w:p>
          <w:pPr>
            <w:pStyle w:val="ArchiveText"/>
          </w:pPr>
          <w:r>
            <w:rPr>
              <w:noProof/>
            </w:rPr>
          </w:r>
        </w:p>
        <w:p>
          <w:pPr>
            <w:pStyle w:val="ArchiveText"/>
          </w:pPr>
          <w:r>
            <w:rPr>
              <w:noProof/>
            </w:rPr>
            <w:t>end</w:t>
          </w:r>
        </w:p>
        <w:p>
          <w:pPr>
            <w:pStyle w:val="ArchiveText"/>
          </w:pPr>
          <w:r>
            <w:rPr>
              <w:noProof/>
            </w:rPr>
            <w:t>end Omega</w:t>
          </w:r>
        </w:p>
        <w:p>
          <w:pPr>
            <w:pStyle w:val="ArchiveText"/>
          </w:pPr>
          <w:r>
            <w:rPr>
              <w:noProof/>
            </w:rPr>
          </w:r>
        </w:p>
      </w:sdtContent>
    </w:sdt>
    <w:p>
      <w:bookmarkStart w:id="10" w:name="archive_10"/>
      <w:pPr>
        <w:pStyle w:val="Heading1"/>
        <w:pageBreakBefore w:val="0"/>
      </w:pPr>
      <w:r>
        <w:t>File 10</w:t>
      </w:r>
      <w:bookmarkEnd w:id="10"/>
    </w:p>
    <w:p>
      <w:pPr>
        <w:pStyle w:val="ArchivePath"/>
      </w:pPr>
      <w:r>
        <w:t>OMEGA_NAUGHT_Lean_Proof_v0.1/Omega/Ledger.lean</w:t>
      </w:r>
    </w:p>
    <w:p>
      <w:pPr>
        <w:pStyle w:val="ArchiveMeta"/>
      </w:pPr>
      <w:r>
        <w:t>5,377 bytes  |  148 original line breaks</w:t>
      </w:r>
    </w:p>
    <w:sdt>
      <w:sdtPr>
        <w:tag w:val="archive-file:OMEGA_NAUGHT_Lean_Proof_v0.1/Omega/Ledger.lean"/>
        <w:alias w:val="OMEGA_NAUGHT_Lean_Proof_v0.1/Omega/Ledger.lean"/>
      </w:sdtPr>
      <w:sdtContent>
        <w:p>
          <w:pPr>
            <w:pStyle w:val="ArchiveText"/>
          </w:pPr>
          <w:r>
            <w:rPr>
              <w:noProof/>
            </w:rPr>
            <w:t>import Mathlib.Algebra.Order.Ring.Int</w:t>
          </w:r>
        </w:p>
        <w:p>
          <w:pPr>
            <w:pStyle w:val="ArchiveText"/>
          </w:pPr>
          <w:r>
            <w:rPr>
              <w:noProof/>
            </w:rPr>
            <w:t>import Mathlib.Tactic.Linarith</w:t>
          </w:r>
        </w:p>
        <w:p>
          <w:pPr>
            <w:pStyle w:val="ArchiveText"/>
          </w:pPr>
          <w:r>
            <w:rPr>
              <w:noProof/>
            </w:rPr>
            <w:t>import Mathlib.Tactic.Ring</w:t>
          </w:r>
        </w:p>
        <w:p>
          <w:pPr>
            <w:pStyle w:val="ArchiveText"/>
          </w:pPr>
          <w:r>
            <w:rPr>
              <w:noProof/>
            </w:rPr>
          </w:r>
        </w:p>
        <w:p>
          <w:pPr>
            <w:pStyle w:val="ArchiveText"/>
          </w:pPr>
          <w:r>
            <w:rPr>
              <w:noProof/>
            </w:rPr>
            <w:t>/-! Ordered Euclidean ledgers over **all integers**, with arbitrary positive</w:t>
          </w:r>
        </w:p>
        <w:p>
          <w:pPr>
            <w:pStyle w:val="ArchiveText"/>
          </w:pPr>
          <w:r>
            <w:rPr>
              <w:noProof/>
            </w:rPr>
            <w:t>numerator and denominator. No finite-domain assumption is used here. -/</w:t>
          </w:r>
        </w:p>
        <w:p>
          <w:pPr>
            <w:pStyle w:val="ArchiveText"/>
          </w:pPr>
          <w:r>
            <w:rPr>
              <w:noProof/>
            </w:rPr>
            <w:t>namespace Omega.Ledger</w:t>
          </w:r>
        </w:p>
        <w:p>
          <w:pPr>
            <w:pStyle w:val="ArchiveText"/>
          </w:pPr>
          <w:r>
            <w:rPr>
              <w:noProof/>
            </w:rPr>
          </w:r>
        </w:p>
        <w:p>
          <w:pPr>
            <w:pStyle w:val="ArchiveText"/>
          </w:pPr>
          <w:r>
            <w:rPr>
              <w:noProof/>
            </w:rPr>
            <w:t>def step (A B d : ℤ) : ℤ := A*d/B</w:t>
          </w:r>
        </w:p>
        <w:p>
          <w:pPr>
            <w:pStyle w:val="ArchiveText"/>
          </w:pPr>
          <w:r>
            <w:rPr>
              <w:noProof/>
            </w:rPr>
            <w:t>def remainder (A B d : ℤ) : ℤ := A*d%B</w:t>
          </w:r>
        </w:p>
        <w:p>
          <w:pPr>
            <w:pStyle w:val="ArchiveText"/>
          </w:pPr>
          <w:r>
            <w:rPr>
              <w:noProof/>
            </w:rPr>
          </w:r>
        </w:p>
        <w:p>
          <w:pPr>
            <w:pStyle w:val="ArchiveText"/>
          </w:pPr>
          <w:r>
            <w:rPr>
              <w:noProof/>
            </w:rPr>
            <w:t>def encode (A B : ℤ) : ℕ → ℤ → ℤ × List ℤ</w:t>
          </w:r>
        </w:p>
        <w:p>
          <w:pPr>
            <w:pStyle w:val="ArchiveText"/>
          </w:pPr>
          <w:r>
            <w:rPr>
              <w:noProof/>
            </w:rPr>
            <w:t xml:space="preserve">  | 0, d =&gt; (d, [])</w:t>
          </w:r>
        </w:p>
        <w:p>
          <w:pPr>
            <w:pStyle w:val="ArchiveText"/>
          </w:pPr>
          <w:r>
            <w:rPr>
              <w:noProof/>
            </w:rPr>
            <w:t xml:space="preserve">  | n+1, d =&gt;</w:t>
          </w:r>
        </w:p>
        <w:p>
          <w:pPr>
            <w:pStyle w:val="ArchiveText"/>
          </w:pPr>
          <w:r>
            <w:rPr>
              <w:noProof/>
            </w:rPr>
            <w:t xml:space="preserve">      let tail := encode A B n (step A B d)</w:t>
          </w:r>
        </w:p>
        <w:p>
          <w:pPr>
            <w:pStyle w:val="ArchiveText"/>
          </w:pPr>
          <w:r>
            <w:rPr>
              <w:noProof/>
            </w:rPr>
            <w:t xml:space="preserve">      (tail.1, remainder A B d :: tail.2)</w:t>
          </w:r>
        </w:p>
        <w:p>
          <w:pPr>
            <w:pStyle w:val="ArchiveText"/>
          </w:pPr>
          <w:r>
            <w:rPr>
              <w:noProof/>
            </w:rPr>
          </w:r>
        </w:p>
        <w:p>
          <w:pPr>
            <w:pStyle w:val="ArchiveText"/>
          </w:pPr>
          <w:r>
            <w:rPr>
              <w:noProof/>
            </w:rPr>
            <w:t>def recover (A B t : ℤ) : List ℤ → ℤ</w:t>
          </w:r>
        </w:p>
        <w:p>
          <w:pPr>
            <w:pStyle w:val="ArchiveText"/>
          </w:pPr>
          <w:r>
            <w:rPr>
              <w:noProof/>
            </w:rPr>
            <w:t xml:space="preserve">  | [] =&gt; t</w:t>
          </w:r>
        </w:p>
        <w:p>
          <w:pPr>
            <w:pStyle w:val="ArchiveText"/>
          </w:pPr>
          <w:r>
            <w:rPr>
              <w:noProof/>
            </w:rPr>
            <w:t xml:space="preserve">  | r :: rs =&gt; (B*recover A B t rs+r)/A</w:t>
          </w:r>
        </w:p>
        <w:p>
          <w:pPr>
            <w:pStyle w:val="ArchiveText"/>
          </w:pPr>
          <w:r>
            <w:rPr>
              <w:noProof/>
            </w:rPr>
          </w:r>
        </w:p>
        <w:p>
          <w:pPr>
            <w:pStyle w:val="ArchiveText"/>
          </w:pPr>
          <w:r>
            <w:rPr>
              <w:noProof/>
            </w:rPr>
            <w:t>/-- Admissibility checks every reverse step, not only the final weighted sum. -/</w:t>
          </w:r>
        </w:p>
        <w:p>
          <w:pPr>
            <w:pStyle w:val="ArchiveText"/>
          </w:pPr>
          <w:r>
            <w:rPr>
              <w:noProof/>
            </w:rPr>
            <w:t>def Admissible (A B t : ℤ) : List ℤ → Prop</w:t>
          </w:r>
        </w:p>
        <w:p>
          <w:pPr>
            <w:pStyle w:val="ArchiveText"/>
          </w:pPr>
          <w:r>
            <w:rPr>
              <w:noProof/>
            </w:rPr>
            <w:t xml:space="preserve">  | [] =&gt; True</w:t>
          </w:r>
        </w:p>
        <w:p>
          <w:pPr>
            <w:pStyle w:val="ArchiveText"/>
          </w:pPr>
          <w:r>
            <w:rPr>
              <w:noProof/>
            </w:rPr>
            <w:t xml:space="preserve">  | r :: rs =&gt; Admissible A B t rs ∧ 0 ≤ r ∧ r &lt; B ∧</w:t>
          </w:r>
        </w:p>
        <w:p>
          <w:pPr>
            <w:pStyle w:val="ArchiveText"/>
          </w:pPr>
          <w:r>
            <w:rPr>
              <w:noProof/>
            </w:rPr>
            <w:t xml:space="preserve">      (B*recover A B t rs+r)%A=0</w:t>
          </w:r>
        </w:p>
        <w:p>
          <w:pPr>
            <w:pStyle w:val="ArchiveText"/>
          </w:pPr>
          <w:r>
            <w:rPr>
              <w:noProof/>
            </w:rPr>
          </w:r>
        </w:p>
        <w:p>
          <w:pPr>
            <w:pStyle w:val="ArchiveText"/>
          </w:pPr>
          <w:r>
            <w:rPr>
              <w:noProof/>
            </w:rPr>
            <w:t>theorem euclidean_identity (A B d : ℤ) :</w:t>
          </w:r>
        </w:p>
        <w:p>
          <w:pPr>
            <w:pStyle w:val="ArchiveText"/>
          </w:pPr>
          <w:r>
            <w:rPr>
              <w:noProof/>
            </w:rPr>
            <w:t xml:space="preserve">    B*step A B d + remainder A B d = A*d := Int.ediv_add_emod _ _</w:t>
          </w:r>
        </w:p>
        <w:p>
          <w:pPr>
            <w:pStyle w:val="ArchiveText"/>
          </w:pPr>
          <w:r>
            <w:rPr>
              <w:noProof/>
            </w:rPr>
          </w:r>
        </w:p>
        <w:p>
          <w:pPr>
            <w:pStyle w:val="ArchiveText"/>
          </w:pPr>
          <w:r>
            <w:rPr>
              <w:noProof/>
            </w:rPr>
            <w:t>theorem remainder_bounds (A B d : ℤ) (hB : 0 &lt; B) :</w:t>
          </w:r>
        </w:p>
        <w:p>
          <w:pPr>
            <w:pStyle w:val="ArchiveText"/>
          </w:pPr>
          <w:r>
            <w:rPr>
              <w:noProof/>
            </w:rPr>
            <w:t xml:space="preserve">    0 ≤ remainder A B d ∧ remainder A B d &lt; B :=</w:t>
          </w:r>
        </w:p>
        <w:p>
          <w:pPr>
            <w:pStyle w:val="ArchiveText"/>
          </w:pPr>
          <w:r>
            <w:rPr>
              <w:noProof/>
            </w:rPr>
            <w:t xml:space="preserve">  ⟨Int.emod_nonneg _ (ne_of_gt hB), Int.emod_lt_of_pos _ hB⟩</w:t>
          </w:r>
        </w:p>
        <w:p>
          <w:pPr>
            <w:pStyle w:val="ArchiveText"/>
          </w:pPr>
          <w:r>
            <w:rPr>
              <w:noProof/>
            </w:rPr>
          </w:r>
        </w:p>
        <w:p>
          <w:pPr>
            <w:pStyle w:val="ArchiveText"/>
          </w:pPr>
          <w:r>
            <w:rPr>
              <w:noProof/>
            </w:rPr>
            <w:t>theorem one_step_inverse (A B d : ℤ) (hA : A ≠ 0) :</w:t>
          </w:r>
        </w:p>
        <w:p>
          <w:pPr>
            <w:pStyle w:val="ArchiveText"/>
          </w:pPr>
          <w:r>
            <w:rPr>
              <w:noProof/>
            </w:rPr>
            <w:t xml:space="preserve">    (B*step A B d+remainder A B d)/A=d := by</w:t>
          </w:r>
        </w:p>
        <w:p>
          <w:pPr>
            <w:pStyle w:val="ArchiveText"/>
          </w:pPr>
          <w:r>
            <w:rPr>
              <w:noProof/>
            </w:rPr>
            <w:t xml:space="preserve">  rw [euclidean_identity]</w:t>
          </w:r>
        </w:p>
        <w:p>
          <w:pPr>
            <w:pStyle w:val="ArchiveText"/>
          </w:pPr>
          <w:r>
            <w:rPr>
              <w:noProof/>
            </w:rPr>
            <w:t xml:space="preserve">  exact Int.mul_ediv_cancel_left _ hA</w:t>
          </w:r>
        </w:p>
        <w:p>
          <w:pPr>
            <w:pStyle w:val="ArchiveText"/>
          </w:pPr>
          <w:r>
            <w:rPr>
              <w:noProof/>
            </w:rPr>
          </w:r>
        </w:p>
        <w:p>
          <w:pPr>
            <w:pStyle w:val="ArchiveText"/>
          </w:pPr>
          <w:r>
            <w:rPr>
              <w:noProof/>
            </w:rPr>
            <w:t>theorem roundtrip (A B : ℤ) (hA : A ≠ 0) (n : ℕ) (d : ℤ) :</w:t>
          </w:r>
        </w:p>
        <w:p>
          <w:pPr>
            <w:pStyle w:val="ArchiveText"/>
          </w:pPr>
          <w:r>
            <w:rPr>
              <w:noProof/>
            </w:rPr>
            <w:t xml:space="preserve">    recover A B (encode A B n d).1 (encode A B n d).2=d := by</w:t>
          </w:r>
        </w:p>
        <w:p>
          <w:pPr>
            <w:pStyle w:val="ArchiveText"/>
          </w:pPr>
          <w:r>
            <w:rPr>
              <w:noProof/>
            </w:rPr>
            <w:t xml:space="preserve">  induction n generalizing d with</w:t>
          </w:r>
        </w:p>
        <w:p>
          <w:pPr>
            <w:pStyle w:val="ArchiveText"/>
          </w:pPr>
          <w:r>
            <w:rPr>
              <w:noProof/>
            </w:rPr>
            <w:t xml:space="preserve">  | zero =&gt; rfl</w:t>
          </w:r>
        </w:p>
        <w:p>
          <w:pPr>
            <w:pStyle w:val="ArchiveText"/>
          </w:pPr>
          <w:r>
            <w:rPr>
              <w:noProof/>
            </w:rPr>
            <w:t xml:space="preserve">  | succ n ih =&gt;</w:t>
          </w:r>
        </w:p>
        <w:p>
          <w:pPr>
            <w:pStyle w:val="ArchiveText"/>
          </w:pPr>
          <w:r>
            <w:rPr>
              <w:noProof/>
            </w:rPr>
            <w:t xml:space="preserve">    simp only [encode, recover]</w:t>
          </w:r>
        </w:p>
        <w:p>
          <w:pPr>
            <w:pStyle w:val="ArchiveText"/>
          </w:pPr>
          <w:r>
            <w:rPr>
              <w:noProof/>
            </w:rPr>
            <w:t xml:space="preserve">    rw [ih]</w:t>
          </w:r>
        </w:p>
        <w:p>
          <w:pPr>
            <w:pStyle w:val="ArchiveText"/>
          </w:pPr>
          <w:r>
            <w:rPr>
              <w:noProof/>
            </w:rPr>
            <w:t xml:space="preserve">    exact one_step_inverse A B d hA</w:t>
          </w:r>
        </w:p>
        <w:p>
          <w:pPr>
            <w:pStyle w:val="ArchiveText"/>
          </w:pPr>
          <w:r>
            <w:rPr>
              <w:noProof/>
            </w:rPr>
          </w:r>
        </w:p>
        <w:p>
          <w:pPr>
            <w:pStyle w:val="ArchiveText"/>
          </w:pPr>
          <w:r>
            <w:rPr>
              <w:noProof/>
            </w:rPr>
            <w:t>theorem encode_length (A B : ℤ) (n : ℕ) (d : ℤ) :</w:t>
          </w:r>
        </w:p>
        <w:p>
          <w:pPr>
            <w:pStyle w:val="ArchiveText"/>
          </w:pPr>
          <w:r>
            <w:rPr>
              <w:noProof/>
            </w:rPr>
            <w:t xml:space="preserve">    (encode A B n d).2.length=n := by</w:t>
          </w:r>
        </w:p>
        <w:p>
          <w:pPr>
            <w:pStyle w:val="ArchiveText"/>
          </w:pPr>
          <w:r>
            <w:rPr>
              <w:noProof/>
            </w:rPr>
            <w:t xml:space="preserve">  induction n generalizing d with</w:t>
          </w:r>
        </w:p>
        <w:p>
          <w:pPr>
            <w:pStyle w:val="ArchiveText"/>
          </w:pPr>
          <w:r>
            <w:rPr>
              <w:noProof/>
            </w:rPr>
            <w:t xml:space="preserve">  | zero =&gt; rfl</w:t>
          </w:r>
        </w:p>
        <w:p>
          <w:pPr>
            <w:pStyle w:val="ArchiveText"/>
          </w:pPr>
          <w:r>
            <w:rPr>
              <w:noProof/>
            </w:rPr>
            <w:t xml:space="preserve">  | succ n ih =&gt; simp only [encode, List.length_cons, ih]</w:t>
          </w:r>
        </w:p>
        <w:p>
          <w:pPr>
            <w:pStyle w:val="ArchiveText"/>
          </w:pPr>
          <w:r>
            <w:rPr>
              <w:noProof/>
            </w:rPr>
          </w:r>
        </w:p>
        <w:p>
          <w:pPr>
            <w:pStyle w:val="ArchiveText"/>
          </w:pPr>
          <w:r>
            <w:rPr>
              <w:noProof/>
            </w:rPr>
            <w:t>theorem generated_admissible (A B : ℤ) (hA : A ≠ 0) (hB : 0 &lt; B)</w:t>
          </w:r>
        </w:p>
        <w:p>
          <w:pPr>
            <w:pStyle w:val="ArchiveText"/>
          </w:pPr>
          <w:r>
            <w:rPr>
              <w:noProof/>
            </w:rPr>
            <w:t xml:space="preserve">    (n : ℕ) (d : ℤ) :</w:t>
          </w:r>
        </w:p>
        <w:p>
          <w:pPr>
            <w:pStyle w:val="ArchiveText"/>
          </w:pPr>
          <w:r>
            <w:rPr>
              <w:noProof/>
            </w:rPr>
            <w:t xml:space="preserve">    Admissible A B (encode A B n d).1 (encode A B n d).2 := by</w:t>
          </w:r>
        </w:p>
        <w:p>
          <w:pPr>
            <w:pStyle w:val="ArchiveText"/>
          </w:pPr>
          <w:r>
            <w:rPr>
              <w:noProof/>
            </w:rPr>
            <w:t xml:space="preserve">  induction n generalizing d with</w:t>
          </w:r>
        </w:p>
        <w:p>
          <w:pPr>
            <w:pStyle w:val="ArchiveText"/>
          </w:pPr>
          <w:r>
            <w:rPr>
              <w:noProof/>
            </w:rPr>
            <w:t xml:space="preserve">  | zero =&gt; trivial</w:t>
          </w:r>
        </w:p>
        <w:p>
          <w:pPr>
            <w:pStyle w:val="ArchiveText"/>
          </w:pPr>
          <w:r>
            <w:rPr>
              <w:noProof/>
            </w:rPr>
            <w:t xml:space="preserve">  | succ n ih =&gt;</w:t>
          </w:r>
        </w:p>
        <w:p>
          <w:pPr>
            <w:pStyle w:val="ArchiveText"/>
          </w:pPr>
          <w:r>
            <w:rPr>
              <w:noProof/>
            </w:rPr>
            <w:t xml:space="preserve">    simp only [encode, Admissible]</w:t>
          </w:r>
        </w:p>
        <w:p>
          <w:pPr>
            <w:pStyle w:val="ArchiveText"/>
          </w:pPr>
          <w:r>
            <w:rPr>
              <w:noProof/>
            </w:rPr>
            <w:t xml:space="preserve">    refine ⟨ih _, (remainder_bounds A B d hB).1,</w:t>
          </w:r>
        </w:p>
        <w:p>
          <w:pPr>
            <w:pStyle w:val="ArchiveText"/>
          </w:pPr>
          <w:r>
            <w:rPr>
              <w:noProof/>
            </w:rPr>
            <w:t xml:space="preserve">      (remainder_bounds A B d hB).2, ?_⟩</w:t>
          </w:r>
        </w:p>
        <w:p>
          <w:pPr>
            <w:pStyle w:val="ArchiveText"/>
          </w:pPr>
          <w:r>
            <w:rPr>
              <w:noProof/>
            </w:rPr>
            <w:t xml:space="preserve">    rw [roundtrip A B hA, euclidean_identity]</w:t>
          </w:r>
        </w:p>
        <w:p>
          <w:pPr>
            <w:pStyle w:val="ArchiveText"/>
          </w:pPr>
          <w:r>
            <w:rPr>
              <w:noProof/>
            </w:rPr>
            <w:t xml:space="preserve">    simp</w:t>
          </w:r>
        </w:p>
        <w:p>
          <w:pPr>
            <w:pStyle w:val="ArchiveText"/>
          </w:pPr>
          <w:r>
            <w:rPr>
              <w:noProof/>
            </w:rPr>
          </w:r>
        </w:p>
        <w:p>
          <w:pPr>
            <w:pStyle w:val="ArchiveText"/>
          </w:pPr>
          <w:r>
            <w:rPr>
              <w:noProof/>
            </w:rPr>
            <w:t>theorem canonical_division (A B d e r : ℤ) (hB : 0 &lt; B)</w:t>
          </w:r>
        </w:p>
        <w:p>
          <w:pPr>
            <w:pStyle w:val="ArchiveText"/>
          </w:pPr>
          <w:r>
            <w:rPr>
              <w:noProof/>
            </w:rPr>
            <w:t xml:space="preserve">    (hr : 0 ≤ r ∧ r &lt; B) (he : A*d=B*e+r) :</w:t>
          </w:r>
        </w:p>
        <w:p>
          <w:pPr>
            <w:pStyle w:val="ArchiveText"/>
          </w:pPr>
          <w:r>
            <w:rPr>
              <w:noProof/>
            </w:rPr>
            <w:t xml:space="preserve">    step A B d=e ∧ remainder A B d=r := by</w:t>
          </w:r>
        </w:p>
        <w:p>
          <w:pPr>
            <w:pStyle w:val="ArchiveText"/>
          </w:pPr>
          <w:r>
            <w:rPr>
              <w:noProof/>
            </w:rPr>
            <w:t xml:space="preserve">  have hs : step A B d=e := by</w:t>
          </w:r>
        </w:p>
        <w:p>
          <w:pPr>
            <w:pStyle w:val="ArchiveText"/>
          </w:pPr>
          <w:r>
            <w:rPr>
              <w:noProof/>
            </w:rPr>
            <w:t xml:space="preserve">    apply (Int.ediv_eq_iff_of_pos hB).mpr</w:t>
          </w:r>
        </w:p>
        <w:p>
          <w:pPr>
            <w:pStyle w:val="ArchiveText"/>
          </w:pPr>
          <w:r>
            <w:rPr>
              <w:noProof/>
            </w:rPr>
            <w:t xml:space="preserve">    constructor &lt;;&gt; nlinarith</w:t>
          </w:r>
        </w:p>
        <w:p>
          <w:pPr>
            <w:pStyle w:val="ArchiveText"/>
          </w:pPr>
          <w:r>
            <w:rPr>
              <w:noProof/>
            </w:rPr>
            <w:t xml:space="preserve">  refine ⟨hs, ?_⟩</w:t>
          </w:r>
        </w:p>
        <w:p>
          <w:pPr>
            <w:pStyle w:val="ArchiveText"/>
          </w:pPr>
          <w:r>
            <w:rPr>
              <w:noProof/>
            </w:rPr>
            <w:t xml:space="preserve">  have hid := euclidean_identity A B d</w:t>
          </w:r>
        </w:p>
        <w:p>
          <w:pPr>
            <w:pStyle w:val="ArchiveText"/>
          </w:pPr>
          <w:r>
            <w:rPr>
              <w:noProof/>
            </w:rPr>
            <w:t xml:space="preserve">  rw [hs] at hid</w:t>
          </w:r>
        </w:p>
        <w:p>
          <w:pPr>
            <w:pStyle w:val="ArchiveText"/>
          </w:pPr>
          <w:r>
            <w:rPr>
              <w:noProof/>
            </w:rPr>
            <w:t xml:space="preserve">  linarith</w:t>
          </w:r>
        </w:p>
        <w:p>
          <w:pPr>
            <w:pStyle w:val="ArchiveText"/>
          </w:pPr>
          <w:r>
            <w:rPr>
              <w:noProof/>
            </w:rPr>
          </w:r>
        </w:p>
        <w:p>
          <w:pPr>
            <w:pStyle w:val="ArchiveText"/>
          </w:pPr>
          <w:r>
            <w:rPr>
              <w:noProof/>
            </w:rPr>
            <w:t>theorem admissible_roundtrip (A B : ℤ) (hB : 0 &lt; B) (t : ℤ)</w:t>
          </w:r>
        </w:p>
        <w:p>
          <w:pPr>
            <w:pStyle w:val="ArchiveText"/>
          </w:pPr>
          <w:r>
            <w:rPr>
              <w:noProof/>
            </w:rPr>
            <w:t xml:space="preserve">    (rs : List ℤ) (hv : Admissible A B t rs) :</w:t>
          </w:r>
        </w:p>
        <w:p>
          <w:pPr>
            <w:pStyle w:val="ArchiveText"/>
          </w:pPr>
          <w:r>
            <w:rPr>
              <w:noProof/>
            </w:rPr>
            <w:t xml:space="preserve">    encode A B rs.length (recover A B t rs)=(t,rs) := by</w:t>
          </w:r>
        </w:p>
        <w:p>
          <w:pPr>
            <w:pStyle w:val="ArchiveText"/>
          </w:pPr>
          <w:r>
            <w:rPr>
              <w:noProof/>
            </w:rPr>
            <w:t xml:space="preserve">  induction rs with</w:t>
          </w:r>
        </w:p>
        <w:p>
          <w:pPr>
            <w:pStyle w:val="ArchiveText"/>
          </w:pPr>
          <w:r>
            <w:rPr>
              <w:noProof/>
            </w:rPr>
            <w:t xml:space="preserve">  | nil =&gt; rfl</w:t>
          </w:r>
        </w:p>
        <w:p>
          <w:pPr>
            <w:pStyle w:val="ArchiveText"/>
          </w:pPr>
          <w:r>
            <w:rPr>
              <w:noProof/>
            </w:rPr>
            <w:t xml:space="preserve">  | cons r rs ih =&gt;</w:t>
          </w:r>
        </w:p>
        <w:p>
          <w:pPr>
            <w:pStyle w:val="ArchiveText"/>
          </w:pPr>
          <w:r>
            <w:rPr>
              <w:noProof/>
            </w:rPr>
            <w:t xml:space="preserve">    obtain ⟨ht,hr0,hrB,hm⟩ := hv</w:t>
          </w:r>
        </w:p>
        <w:p>
          <w:pPr>
            <w:pStyle w:val="ArchiveText"/>
          </w:pPr>
          <w:r>
            <w:rPr>
              <w:noProof/>
            </w:rPr>
            <w:t xml:space="preserve">    have he : A*recover A B t (r::rs)=B*recover A B t rs+r := by</w:t>
          </w:r>
        </w:p>
        <w:p>
          <w:pPr>
            <w:pStyle w:val="ArchiveText"/>
          </w:pPr>
          <w:r>
            <w:rPr>
              <w:noProof/>
            </w:rPr>
            <w:t xml:space="preserve">      exact Int.mul_ediv_cancel_of_emod_eq_zero hm</w:t>
          </w:r>
        </w:p>
        <w:p>
          <w:pPr>
            <w:pStyle w:val="ArchiveText"/>
          </w:pPr>
          <w:r>
            <w:rPr>
              <w:noProof/>
            </w:rPr>
            <w:t xml:space="preserve">    have hc := canonical_division A B (recover A B t (r::rs))</w:t>
          </w:r>
        </w:p>
        <w:p>
          <w:pPr>
            <w:pStyle w:val="ArchiveText"/>
          </w:pPr>
          <w:r>
            <w:rPr>
              <w:noProof/>
            </w:rPr>
            <w:t xml:space="preserve">      (recover A B t rs) r hB ⟨hr0,hrB⟩ he</w:t>
          </w:r>
        </w:p>
        <w:p>
          <w:pPr>
            <w:pStyle w:val="ArchiveText"/>
          </w:pPr>
          <w:r>
            <w:rPr>
              <w:noProof/>
            </w:rPr>
            <w:t xml:space="preserve">    simp only [List.length_cons, encode]</w:t>
          </w:r>
        </w:p>
        <w:p>
          <w:pPr>
            <w:pStyle w:val="ArchiveText"/>
          </w:pPr>
          <w:r>
            <w:rPr>
              <w:noProof/>
            </w:rPr>
            <w:t xml:space="preserve">    rw [hc.1, hc.2, ih ht]</w:t>
          </w:r>
        </w:p>
        <w:p>
          <w:pPr>
            <w:pStyle w:val="ArchiveText"/>
          </w:pPr>
          <w:r>
            <w:rPr>
              <w:noProof/>
            </w:rPr>
          </w:r>
        </w:p>
        <w:p>
          <w:pPr>
            <w:pStyle w:val="ArchiveText"/>
          </w:pPr>
          <w:r>
            <w:rPr>
              <w:noProof/>
            </w:rPr>
            <w:t>theorem encoding_injective (A B : ℤ) (hA : A ≠ 0) (n : ℕ) :</w:t>
          </w:r>
        </w:p>
        <w:p>
          <w:pPr>
            <w:pStyle w:val="ArchiveText"/>
          </w:pPr>
          <w:r>
            <w:rPr>
              <w:noProof/>
            </w:rPr>
            <w:t xml:space="preserve">    Function.Injective (encode A B n) := by</w:t>
          </w:r>
        </w:p>
        <w:p>
          <w:pPr>
            <w:pStyle w:val="ArchiveText"/>
          </w:pPr>
          <w:r>
            <w:rPr>
              <w:noProof/>
            </w:rPr>
            <w:t xml:space="preserve">  intro d e h</w:t>
          </w:r>
        </w:p>
        <w:p>
          <w:pPr>
            <w:pStyle w:val="ArchiveText"/>
          </w:pPr>
          <w:r>
            <w:rPr>
              <w:noProof/>
            </w:rPr>
            <w:t xml:space="preserve">  have h' := congrArg (fun z : ℤ × List ℤ =&gt; recover A B z.1 z.2) h</w:t>
          </w:r>
        </w:p>
        <w:p>
          <w:pPr>
            <w:pStyle w:val="ArchiveText"/>
          </w:pPr>
          <w:r>
            <w:rPr>
              <w:noProof/>
            </w:rPr>
            <w:t xml:space="preserve">  simpa only [roundtrip A B hA] using h'</w:t>
          </w:r>
        </w:p>
        <w:p>
          <w:pPr>
            <w:pStyle w:val="ArchiveText"/>
          </w:pPr>
          <w:r>
            <w:rPr>
              <w:noProof/>
            </w:rPr>
          </w:r>
        </w:p>
        <w:p>
          <w:pPr>
            <w:pStyle w:val="ArchiveText"/>
          </w:pPr>
          <w:r>
            <w:rPr>
              <w:noProof/>
            </w:rPr>
            <w:t>theorem admissibility_iff (A B : ℤ) (hA : A ≠ 0) (hB : 0 &lt; B)</w:t>
          </w:r>
        </w:p>
        <w:p>
          <w:pPr>
            <w:pStyle w:val="ArchiveText"/>
          </w:pPr>
          <w:r>
            <w:rPr>
              <w:noProof/>
            </w:rPr>
            <w:t xml:space="preserve">    (t : ℤ) (rs : List ℤ) :</w:t>
          </w:r>
        </w:p>
        <w:p>
          <w:pPr>
            <w:pStyle w:val="ArchiveText"/>
          </w:pPr>
          <w:r>
            <w:rPr>
              <w:noProof/>
            </w:rPr>
            <w:t xml:space="preserve">    Admissible A B t rs ↔ ∃! d, encode A B rs.length d=(t,rs) := by</w:t>
          </w:r>
        </w:p>
        <w:p>
          <w:pPr>
            <w:pStyle w:val="ArchiveText"/>
          </w:pPr>
          <w:r>
            <w:rPr>
              <w:noProof/>
            </w:rPr>
            <w:t xml:space="preserve">  constructor</w:t>
          </w:r>
        </w:p>
        <w:p>
          <w:pPr>
            <w:pStyle w:val="ArchiveText"/>
          </w:pPr>
          <w:r>
            <w:rPr>
              <w:noProof/>
            </w:rPr>
            <w:t xml:space="preserve">  · intro hv</w:t>
          </w:r>
        </w:p>
        <w:p>
          <w:pPr>
            <w:pStyle w:val="ArchiveText"/>
          </w:pPr>
          <w:r>
            <w:rPr>
              <w:noProof/>
            </w:rPr>
            <w:t xml:space="preserve">    refine ⟨recover A B t rs, admissible_roundtrip A B hB t rs hv, ?_⟩</w:t>
          </w:r>
        </w:p>
        <w:p>
          <w:pPr>
            <w:pStyle w:val="ArchiveText"/>
          </w:pPr>
          <w:r>
            <w:rPr>
              <w:noProof/>
            </w:rPr>
            <w:t xml:space="preserve">    intro d hd</w:t>
          </w:r>
        </w:p>
        <w:p>
          <w:pPr>
            <w:pStyle w:val="ArchiveText"/>
          </w:pPr>
          <w:r>
            <w:rPr>
              <w:noProof/>
            </w:rPr>
            <w:t xml:space="preserve">    have h := roundtrip A B hA rs.length d</w:t>
          </w:r>
        </w:p>
        <w:p>
          <w:pPr>
            <w:pStyle w:val="ArchiveText"/>
          </w:pPr>
          <w:r>
            <w:rPr>
              <w:noProof/>
            </w:rPr>
            <w:t xml:space="preserve">    rw [hd] at h</w:t>
          </w:r>
        </w:p>
        <w:p>
          <w:pPr>
            <w:pStyle w:val="ArchiveText"/>
          </w:pPr>
          <w:r>
            <w:rPr>
              <w:noProof/>
            </w:rPr>
            <w:t xml:space="preserve">    exact h.symm</w:t>
          </w:r>
        </w:p>
        <w:p>
          <w:pPr>
            <w:pStyle w:val="ArchiveText"/>
          </w:pPr>
          <w:r>
            <w:rPr>
              <w:noProof/>
            </w:rPr>
            <w:t xml:space="preserve">  · rintro ⟨d,hd,_⟩</w:t>
          </w:r>
        </w:p>
        <w:p>
          <w:pPr>
            <w:pStyle w:val="ArchiveText"/>
          </w:pPr>
          <w:r>
            <w:rPr>
              <w:noProof/>
            </w:rPr>
            <w:t xml:space="preserve">    have h := generated_admissible A B hA hB rs.length d</w:t>
          </w:r>
        </w:p>
        <w:p>
          <w:pPr>
            <w:pStyle w:val="ArchiveText"/>
          </w:pPr>
          <w:r>
            <w:rPr>
              <w:noProof/>
            </w:rPr>
            <w:t xml:space="preserve">    simpa only [hd] using h</w:t>
          </w:r>
        </w:p>
        <w:p>
          <w:pPr>
            <w:pStyle w:val="ArchiveText"/>
          </w:pPr>
          <w:r>
            <w:rPr>
              <w:noProof/>
            </w:rPr>
          </w:r>
        </w:p>
        <w:p>
          <w:pPr>
            <w:pStyle w:val="ArchiveText"/>
          </w:pPr>
          <w:r>
            <w:rPr>
              <w:noProof/>
            </w:rPr>
            <w:t>/-- Position is retained: the head has coefficient A^(length tail), and all</w:t>
          </w:r>
        </w:p>
        <w:p>
          <w:pPr>
            <w:pStyle w:val="ArchiveText"/>
          </w:pPr>
          <w:r>
            <w:rPr>
              <w:noProof/>
            </w:rPr>
            <w:t>later coefficients acquire a factor B. -/</w:t>
          </w:r>
        </w:p>
        <w:p>
          <w:pPr>
            <w:pStyle w:val="ArchiveText"/>
          </w:pPr>
          <w:r>
            <w:rPr>
              <w:noProof/>
            </w:rPr>
            <w:t>def value (A B : ℤ) : List ℤ → ℤ</w:t>
          </w:r>
        </w:p>
        <w:p>
          <w:pPr>
            <w:pStyle w:val="ArchiveText"/>
          </w:pPr>
          <w:r>
            <w:rPr>
              <w:noProof/>
            </w:rPr>
            <w:t xml:space="preserve">  | [] =&gt; 0</w:t>
          </w:r>
        </w:p>
        <w:p>
          <w:pPr>
            <w:pStyle w:val="ArchiveText"/>
          </w:pPr>
          <w:r>
            <w:rPr>
              <w:noProof/>
            </w:rPr>
            <w:t xml:space="preserve">  | r::rs =&gt; A^rs.length*r+B*value A B rs</w:t>
          </w:r>
        </w:p>
        <w:p>
          <w:pPr>
            <w:pStyle w:val="ArchiveText"/>
          </w:pPr>
          <w:r>
            <w:rPr>
              <w:noProof/>
            </w:rPr>
          </w:r>
        </w:p>
        <w:p>
          <w:pPr>
            <w:pStyle w:val="ArchiveText"/>
          </w:pPr>
          <w:r>
            <w:rPr>
              <w:noProof/>
            </w:rPr>
            <w:t>theorem weighted_identity (A B : ℤ) (t : ℤ) (rs : List ℤ)</w:t>
          </w:r>
        </w:p>
        <w:p>
          <w:pPr>
            <w:pStyle w:val="ArchiveText"/>
          </w:pPr>
          <w:r>
            <w:rPr>
              <w:noProof/>
            </w:rPr>
            <w:t xml:space="preserve">    (hv : Admissible A B t rs) :</w:t>
          </w:r>
        </w:p>
        <w:p>
          <w:pPr>
            <w:pStyle w:val="ArchiveText"/>
          </w:pPr>
          <w:r>
            <w:rPr>
              <w:noProof/>
            </w:rPr>
            <w:t xml:space="preserve">    A^rs.length*recover A B t rs=B^rs.length*t+value A B rs := by</w:t>
          </w:r>
        </w:p>
        <w:p>
          <w:pPr>
            <w:pStyle w:val="ArchiveText"/>
          </w:pPr>
          <w:r>
            <w:rPr>
              <w:noProof/>
            </w:rPr>
            <w:t xml:space="preserve">  induction rs with</w:t>
          </w:r>
        </w:p>
        <w:p>
          <w:pPr>
            <w:pStyle w:val="ArchiveText"/>
          </w:pPr>
          <w:r>
            <w:rPr>
              <w:noProof/>
            </w:rPr>
            <w:t xml:space="preserve">  | nil =&gt; simp [recover,value]</w:t>
          </w:r>
        </w:p>
        <w:p>
          <w:pPr>
            <w:pStyle w:val="ArchiveText"/>
          </w:pPr>
          <w:r>
            <w:rPr>
              <w:noProof/>
            </w:rPr>
            <w:t xml:space="preserve">  | cons r rs ih =&gt;</w:t>
          </w:r>
        </w:p>
        <w:p>
          <w:pPr>
            <w:pStyle w:val="ArchiveText"/>
          </w:pPr>
          <w:r>
            <w:rPr>
              <w:noProof/>
            </w:rPr>
            <w:t xml:space="preserve">    obtain ⟨ht,_,_,hm⟩ := hv</w:t>
          </w:r>
        </w:p>
        <w:p>
          <w:pPr>
            <w:pStyle w:val="ArchiveText"/>
          </w:pPr>
          <w:r>
            <w:rPr>
              <w:noProof/>
            </w:rPr>
            <w:t xml:space="preserve">    have he : A*recover A B t (r::rs)=B*recover A B t rs+r :=</w:t>
          </w:r>
        </w:p>
        <w:p>
          <w:pPr>
            <w:pStyle w:val="ArchiveText"/>
          </w:pPr>
          <w:r>
            <w:rPr>
              <w:noProof/>
            </w:rPr>
            <w:t xml:space="preserve">      Int.mul_ediv_cancel_of_emod_eq_zero hm</w:t>
          </w:r>
        </w:p>
        <w:p>
          <w:pPr>
            <w:pStyle w:val="ArchiveText"/>
          </w:pPr>
          <w:r>
            <w:rPr>
              <w:noProof/>
            </w:rPr>
            <w:t xml:space="preserve">    have hi := ih ht</w:t>
          </w:r>
        </w:p>
        <w:p>
          <w:pPr>
            <w:pStyle w:val="ArchiveText"/>
          </w:pPr>
          <w:r>
            <w:rPr>
              <w:noProof/>
            </w:rPr>
            <w:t xml:space="preserve">    simp only [List.length_cons,value,pow_succ]</w:t>
          </w:r>
        </w:p>
        <w:p>
          <w:pPr>
            <w:pStyle w:val="ArchiveText"/>
          </w:pPr>
          <w:r>
            <w:rPr>
              <w:noProof/>
            </w:rPr>
            <w:t xml:space="preserve">    calc</w:t>
          </w:r>
        </w:p>
        <w:p>
          <w:pPr>
            <w:pStyle w:val="ArchiveText"/>
          </w:pPr>
          <w:r>
            <w:rPr>
              <w:noProof/>
            </w:rPr>
            <w:t xml:space="preserve">      A^rs.length*A*recover A B t (r::rs) =</w:t>
          </w:r>
        </w:p>
        <w:p>
          <w:pPr>
            <w:pStyle w:val="ArchiveText"/>
          </w:pPr>
          <w:r>
            <w:rPr>
              <w:noProof/>
            </w:rPr>
            <w:t xml:space="preserve">          A^rs.length*(B*recover A B t rs+r) := by rw [mul_assoc,he]</w:t>
          </w:r>
        </w:p>
        <w:p>
          <w:pPr>
            <w:pStyle w:val="ArchiveText"/>
          </w:pPr>
          <w:r>
            <w:rPr>
              <w:noProof/>
            </w:rPr>
            <w:t xml:space="preserve">      _ = B*(A^rs.length*recover A B t rs)+A^rs.length*r := by ring</w:t>
          </w:r>
        </w:p>
        <w:p>
          <w:pPr>
            <w:pStyle w:val="ArchiveText"/>
          </w:pPr>
          <w:r>
            <w:rPr>
              <w:noProof/>
            </w:rPr>
            <w:t xml:space="preserve">      _ = B*(B^rs.length*t+value A B rs)+A^rs.length*r := by rw [hi]</w:t>
          </w:r>
        </w:p>
        <w:p>
          <w:pPr>
            <w:pStyle w:val="ArchiveText"/>
          </w:pPr>
          <w:r>
            <w:rPr>
              <w:noProof/>
            </w:rPr>
            <w:t xml:space="preserve">      _ = B^rs.length*B*t+(A^rs.length*r+B*value A B rs) := by ring</w:t>
          </w:r>
        </w:p>
        <w:p>
          <w:pPr>
            <w:pStyle w:val="ArchiveText"/>
          </w:pPr>
          <w:r>
            <w:rPr>
              <w:noProof/>
            </w:rPr>
          </w:r>
        </w:p>
        <w:p>
          <w:pPr>
            <w:pStyle w:val="ArchiveText"/>
          </w:pPr>
          <w:r>
            <w:rPr>
              <w:noProof/>
            </w:rPr>
            <w:t>theorem encoded_weighted_identity (A B : ℤ) (hA : A ≠ 0) (hB : 0 &lt; B)</w:t>
          </w:r>
        </w:p>
        <w:p>
          <w:pPr>
            <w:pStyle w:val="ArchiveText"/>
          </w:pPr>
          <w:r>
            <w:rPr>
              <w:noProof/>
            </w:rPr>
            <w:t xml:space="preserve">    (n : ℕ) (d : ℤ) :</w:t>
          </w:r>
        </w:p>
        <w:p>
          <w:pPr>
            <w:pStyle w:val="ArchiveText"/>
          </w:pPr>
          <w:r>
            <w:rPr>
              <w:noProof/>
            </w:rPr>
            <w:t xml:space="preserve">    A^n*d=B^n*(encode A B n d).1+value A B (encode A B n d).2 := by</w:t>
          </w:r>
        </w:p>
        <w:p>
          <w:pPr>
            <w:pStyle w:val="ArchiveText"/>
          </w:pPr>
          <w:r>
            <w:rPr>
              <w:noProof/>
            </w:rPr>
            <w:t xml:space="preserve">  have hw := weighted_identity A B (encode A B n d).1 (encode A B n d).2</w:t>
          </w:r>
        </w:p>
        <w:p>
          <w:pPr>
            <w:pStyle w:val="ArchiveText"/>
          </w:pPr>
          <w:r>
            <w:rPr>
              <w:noProof/>
            </w:rPr>
            <w:t xml:space="preserve">    (generated_admissible A B hA hB n d)</w:t>
          </w:r>
        </w:p>
        <w:p>
          <w:pPr>
            <w:pStyle w:val="ArchiveText"/>
          </w:pPr>
          <w:r>
            <w:rPr>
              <w:noProof/>
            </w:rPr>
            <w:t xml:space="preserve">  simpa only [encode_length,roundtrip A B hA] using hw</w:t>
          </w:r>
        </w:p>
        <w:p>
          <w:pPr>
            <w:pStyle w:val="ArchiveText"/>
          </w:pPr>
          <w:r>
            <w:rPr>
              <w:noProof/>
            </w:rPr>
          </w:r>
        </w:p>
        <w:p>
          <w:pPr>
            <w:pStyle w:val="ArchiveText"/>
          </w:pPr>
          <w:r>
            <w:rPr>
              <w:noProof/>
            </w:rPr>
            <w:t>theorem trajectory_reconstruction (A B : ℤ) (hA : A ≠ 0) (n j : ℕ) (d : ℤ) :</w:t>
          </w:r>
        </w:p>
        <w:p>
          <w:pPr>
            <w:pStyle w:val="ArchiveText"/>
          </w:pPr>
          <w:r>
            <w:rPr>
              <w:noProof/>
            </w:rPr>
            <w:t xml:space="preserve">    (step A B)^[j]</w:t>
          </w:r>
        </w:p>
        <w:p>
          <w:pPr>
            <w:pStyle w:val="ArchiveText"/>
          </w:pPr>
          <w:r>
            <w:rPr>
              <w:noProof/>
            </w:rPr>
            <w:t xml:space="preserve">      (recover A B (encode A B n d).1 (encode A B n d).2)=(step A B)^[j] d := by</w:t>
          </w:r>
        </w:p>
        <w:p>
          <w:pPr>
            <w:pStyle w:val="ArchiveText"/>
          </w:pPr>
          <w:r>
            <w:rPr>
              <w:noProof/>
            </w:rPr>
            <w:t xml:space="preserve">  rw [roundtrip A B hA]</w:t>
          </w:r>
        </w:p>
        <w:p>
          <w:pPr>
            <w:pStyle w:val="ArchiveText"/>
          </w:pPr>
          <w:r>
            <w:rPr>
              <w:noProof/>
            </w:rPr>
          </w:r>
        </w:p>
        <w:p>
          <w:pPr>
            <w:pStyle w:val="ArchiveText"/>
          </w:pPr>
          <w:r>
            <w:rPr>
              <w:noProof/>
            </w:rPr>
            <w:t>end Omega.Ledger</w:t>
          </w:r>
        </w:p>
        <w:p>
          <w:pPr>
            <w:pStyle w:val="ArchiveText"/>
          </w:pPr>
          <w:r>
            <w:rPr>
              <w:noProof/>
            </w:rPr>
          </w:r>
        </w:p>
      </w:sdtContent>
    </w:sdt>
    <w:p>
      <w:bookmarkStart w:id="11" w:name="archive_11"/>
      <w:pPr>
        <w:pStyle w:val="Heading1"/>
        <w:pageBreakBefore w:val="0"/>
      </w:pPr>
      <w:r>
        <w:t>File 11</w:t>
      </w:r>
      <w:bookmarkEnd w:id="11"/>
    </w:p>
    <w:p>
      <w:pPr>
        <w:pStyle w:val="ArchivePath"/>
      </w:pPr>
      <w:r>
        <w:t>OMEGA_NAUGHT_Lean_Proof_v0.1/Omega/Main.lean</w:t>
      </w:r>
    </w:p>
    <w:p>
      <w:pPr>
        <w:pStyle w:val="ArchiveMeta"/>
      </w:pPr>
      <w:r>
        <w:t>1,412 bytes  |  35 original line breaks</w:t>
      </w:r>
    </w:p>
    <w:sdt>
      <w:sdtPr>
        <w:tag w:val="archive-file:OMEGA_NAUGHT_Lean_Proof_v0.1/Omega/Main.lean"/>
        <w:alias w:val="OMEGA_NAUGHT_Lean_Proof_v0.1/Omega/Main.lean"/>
      </w:sdtPr>
      <w:sdtContent>
        <w:p>
          <w:pPr>
            <w:pStyle w:val="ArchiveText"/>
          </w:pPr>
          <w:r>
            <w:rPr>
              <w:noProof/>
            </w:rPr>
            <w:t>import Omega.Dimension</w:t>
          </w:r>
        </w:p>
        <w:p>
          <w:pPr>
            <w:pStyle w:val="ArchiveText"/>
          </w:pPr>
          <w:r>
            <w:rPr>
              <w:noProof/>
            </w:rPr>
            <w:t>import Omega.Placement</w:t>
          </w:r>
        </w:p>
        <w:p>
          <w:pPr>
            <w:pStyle w:val="ArchiveText"/>
          </w:pPr>
          <w:r>
            <w:rPr>
              <w:noProof/>
            </w:rPr>
            <w:t>import Omega.Interface</w:t>
          </w:r>
        </w:p>
        <w:p>
          <w:pPr>
            <w:pStyle w:val="ArchiveText"/>
          </w:pPr>
          <w:r>
            <w:rPr>
              <w:noProof/>
            </w:rPr>
            <w:t>import Omega.Extinction</w:t>
          </w:r>
        </w:p>
        <w:p>
          <w:pPr>
            <w:pStyle w:val="ArchiveText"/>
          </w:pPr>
          <w:r>
            <w:rPr>
              <w:noProof/>
            </w:rPr>
            <w:t>import Omega.Finite</w:t>
          </w:r>
        </w:p>
        <w:p>
          <w:pPr>
            <w:pStyle w:val="ArchiveText"/>
          </w:pPr>
          <w:r>
            <w:rPr>
              <w:noProof/>
            </w:rPr>
            <w:t>import Omega.Metrics</w:t>
          </w:r>
        </w:p>
        <w:p>
          <w:pPr>
            <w:pStyle w:val="ArchiveText"/>
          </w:pPr>
          <w:r>
            <w:rPr>
              <w:noProof/>
            </w:rPr>
          </w:r>
        </w:p>
        <w:p>
          <w:pPr>
            <w:pStyle w:val="ArchiveText"/>
          </w:pPr>
          <w:r>
            <w:rPr>
              <w:noProof/>
            </w:rPr>
            <w:t>/-! Combined central theorem. The definitions in its hypotheses are part of</w:t>
          </w:r>
        </w:p>
        <w:p>
          <w:pPr>
            <w:pStyle w:val="ArchiveText"/>
          </w:pPr>
          <w:r>
            <w:rPr>
              <w:noProof/>
            </w:rPr>
            <w:t>the mathematical specification, not claimed consequences of an unmarked shape. -/</w:t>
          </w:r>
        </w:p>
        <w:p>
          <w:pPr>
            <w:pStyle w:val="ArchiveText"/>
          </w:pPr>
          <w:r>
            <w:rPr>
              <w:noProof/>
            </w:rPr>
            <w:t>namespace Omega</w:t>
          </w:r>
        </w:p>
        <w:p>
          <w:pPr>
            <w:pStyle w:val="ArchiveText"/>
          </w:pPr>
          <w:r>
            <w:rPr>
              <w:noProof/>
            </w:rPr>
            <w:t>noncomputable section</w:t>
          </w:r>
        </w:p>
        <w:p>
          <w:pPr>
            <w:pStyle w:val="ArchiveText"/>
          </w:pPr>
          <w:r>
            <w:rPr>
              <w:noProof/>
            </w:rPr>
          </w:r>
        </w:p>
        <w:p>
          <w:pPr>
            <w:pStyle w:val="ArchiveText"/>
          </w:pPr>
          <w:r>
            <w:rPr>
              <w:noProof/>
            </w:rPr>
            <w:t>theorem central_provenance_theorem</w:t>
          </w:r>
        </w:p>
        <w:p>
          <w:pPr>
            <w:pStyle w:val="ArchiveText"/>
          </w:pPr>
          <w:r>
            <w:rPr>
              <w:noProof/>
            </w:rPr>
            <w:t xml:space="preserve">    {V : Type*} [NormedAddCommGroup V] [NormedSpace ℝ V]</w:t>
          </w:r>
        </w:p>
        <w:p>
          <w:pPr>
            <w:pStyle w:val="ArchiveText"/>
          </w:pPr>
          <w:r>
            <w:rPr>
              <w:noProof/>
            </w:rPr>
            <w:t xml:space="preserve">    (α : V) (E : ℂ →ₗᵢ[ℝ] V) (a h : ℝ) (ha : 0 &lt; a) (hh : 0 &lt; h) :</w:t>
          </w:r>
        </w:p>
        <w:p>
          <w:pPr>
            <w:pStyle w:val="ArchiveText"/>
          </w:pPr>
          <w:r>
            <w:rPr>
              <w:noProof/>
            </w:rPr>
            <w:t xml:space="preserve">    (placedG α E a=a*phi ∧ placedC α E a=a*Real.pi ∧</w:t>
          </w:r>
        </w:p>
        <w:p>
          <w:pPr>
            <w:pStyle w:val="ArchiveText"/>
          </w:pPr>
          <w:r>
            <w:rPr>
              <w:noProof/>
            </w:rPr>
            <w:t xml:space="preserve">      placedG α E a/(placedG α E a+placedC α E a)=lam) ∧</w:t>
          </w:r>
        </w:p>
        <w:p>
          <w:pPr>
            <w:pStyle w:val="ArchiveText"/>
          </w:pPr>
          <w:r>
            <w:rPr>
              <w:noProof/>
            </w:rPr>
            <w:t xml:space="preserve">    (∀ x : ℝ, (G a*x+C a)/(G a+C a)=T x) ∧</w:t>
          </w:r>
        </w:p>
        <w:p>
          <w:pPr>
            <w:pStyle w:val="ArchiveText"/>
          </w:pPr>
          <w:r>
            <w:rPr>
              <w:noProof/>
            </w:rPr>
            <w:t xml:space="preserve">    (∀ d : ℕ, d &lt; domainSize → Int.floor (lam*d)=(F d:ℤ)) ∧</w:t>
          </w:r>
        </w:p>
        <w:p>
          <w:pPr>
            <w:pStyle w:val="ArchiveText"/>
          </w:pPr>
          <w:r>
            <w:rPr>
              <w:noProof/>
            </w:rPr>
            <w:t xml:space="preserve">    (∀ n d : ℕ, d &lt; domainSize →</w:t>
          </w:r>
        </w:p>
        <w:p>
          <w:pPr>
            <w:pStyle w:val="ArchiveText"/>
          </w:pPr>
          <w:r>
            <w:rPr>
              <w:noProof/>
            </w:rPr>
            <w:t xml:space="preserve">      (quantizedStep h)^[n] (h*d)=h*(F^[n] d:ℝ)) ∧</w:t>
          </w:r>
        </w:p>
        <w:p>
          <w:pPr>
            <w:pStyle w:val="ArchiveText"/>
          </w:pPr>
          <w:r>
            <w:rPr>
              <w:noProof/>
            </w:rPr>
            <w:t xml:space="preserve">    (∀ n : ℕ, ∀ d : ℤ,</w:t>
          </w:r>
        </w:p>
        <w:p>
          <w:pPr>
            <w:pStyle w:val="ArchiveText"/>
          </w:pPr>
          <w:r>
            <w:rPr>
              <w:noProof/>
            </w:rPr>
            <w:t xml:space="preserve">      Ledger.recover Q S (Ledger.encode Q S n d).1 (Ledger.encode Q S n d).2=d) ∧</w:t>
          </w:r>
        </w:p>
        <w:p>
          <w:pPr>
            <w:pStyle w:val="ArchiveText"/>
          </w:pPr>
          <w:r>
            <w:rPr>
              <w:noProof/>
            </w:rPr>
            <w:t xml:space="preserve">    (∀ t : ℤ, ∀ rs : List ℤ, Ledger.Admissible Q S t rs ↔</w:t>
          </w:r>
        </w:p>
        <w:p>
          <w:pPr>
            <w:pStyle w:val="ArchiveText"/>
          </w:pPr>
          <w:r>
            <w:rPr>
              <w:noProof/>
            </w:rPr>
            <w:t xml:space="preserve">      ∃! d : ℤ, Ledger.encode Q S rs.length d=(t,rs)) := by</w:t>
          </w:r>
        </w:p>
        <w:p>
          <w:pPr>
            <w:pStyle w:val="ArchiveText"/>
          </w:pPr>
          <w:r>
            <w:rPr>
              <w:noProof/>
            </w:rPr>
            <w:t xml:space="preserve">  refine ⟨provenance_all_placements α E a ha,?_,certified_floor_equality,</w:t>
          </w:r>
        </w:p>
        <w:p>
          <w:pPr>
            <w:pStyle w:val="ArchiveText"/>
          </w:pPr>
          <w:r>
            <w:rPr>
              <w:noProof/>
            </w:rPr>
            <w:t xml:space="preserve">    grid_trajectory h hh,?_,?_⟩</w:t>
          </w:r>
        </w:p>
        <w:p>
          <w:pPr>
            <w:pStyle w:val="ArchiveText"/>
          </w:pPr>
          <w:r>
            <w:rPr>
              <w:noProof/>
            </w:rPr>
            <w:t xml:space="preserve">  · intro x</w:t>
          </w:r>
        </w:p>
        <w:p>
          <w:pPr>
            <w:pStyle w:val="ArchiveText"/>
          </w:pPr>
          <w:r>
            <w:rPr>
              <w:noProof/>
            </w:rPr>
            <w:t xml:space="preserve">    rw [G_eq a ha,C_eq a ha]</w:t>
          </w:r>
        </w:p>
        <w:p>
          <w:pPr>
            <w:pStyle w:val="ArchiveText"/>
          </w:pPr>
          <w:r>
            <w:rPr>
              <w:noProof/>
            </w:rPr>
            <w:t xml:space="preserve">    exact weighted_mean a x ha</w:t>
          </w:r>
        </w:p>
        <w:p>
          <w:pPr>
            <w:pStyle w:val="ArchiveText"/>
          </w:pPr>
          <w:r>
            <w:rPr>
              <w:noProof/>
            </w:rPr>
            <w:t xml:space="preserve">  · exact Ledger.roundtrip Q S (by norm_num [Q])</w:t>
          </w:r>
        </w:p>
        <w:p>
          <w:pPr>
            <w:pStyle w:val="ArchiveText"/>
          </w:pPr>
          <w:r>
            <w:rPr>
              <w:noProof/>
            </w:rPr>
            <w:t xml:space="preserve">  · exact Ledger.admissibility_iff Q S (by norm_num [Q]) (by norm_num [S])</w:t>
          </w:r>
        </w:p>
        <w:p>
          <w:pPr>
            <w:pStyle w:val="ArchiveText"/>
          </w:pPr>
          <w:r>
            <w:rPr>
              <w:noProof/>
            </w:rPr>
          </w:r>
        </w:p>
        <w:p>
          <w:pPr>
            <w:pStyle w:val="ArchiveText"/>
          </w:pPr>
          <w:r>
            <w:rPr>
              <w:noProof/>
            </w:rPr>
            <w:t>end</w:t>
          </w:r>
        </w:p>
        <w:p>
          <w:pPr>
            <w:pStyle w:val="ArchiveText"/>
          </w:pPr>
          <w:r>
            <w:rPr>
              <w:noProof/>
            </w:rPr>
            <w:t>end Omega</w:t>
          </w:r>
        </w:p>
        <w:p>
          <w:pPr>
            <w:pStyle w:val="ArchiveText"/>
          </w:pPr>
          <w:r>
            <w:rPr>
              <w:noProof/>
            </w:rPr>
          </w:r>
        </w:p>
      </w:sdtContent>
    </w:sdt>
    <w:p>
      <w:bookmarkStart w:id="12" w:name="archive_12"/>
      <w:pPr>
        <w:pStyle w:val="Heading1"/>
        <w:pageBreakBefore w:val="0"/>
      </w:pPr>
      <w:r>
        <w:t>File 12</w:t>
      </w:r>
      <w:bookmarkEnd w:id="12"/>
    </w:p>
    <w:p>
      <w:pPr>
        <w:pStyle w:val="ArchivePath"/>
      </w:pPr>
      <w:r>
        <w:t>OMEGA_NAUGHT_Lean_Proof_v0.1/Omega/Metrics.lean</w:t>
      </w:r>
    </w:p>
    <w:p>
      <w:pPr>
        <w:pStyle w:val="ArchiveMeta"/>
      </w:pPr>
      <w:r>
        <w:t>2,091 bytes  |  60 original line breaks</w:t>
      </w:r>
    </w:p>
    <w:sdt>
      <w:sdtPr>
        <w:tag w:val="archive-file:OMEGA_NAUGHT_Lean_Proof_v0.1/Omega/Metrics.lean"/>
        <w:alias w:val="OMEGA_NAUGHT_Lean_Proof_v0.1/Omega/Metrics.lean"/>
      </w:sdtPr>
      <w:sdtContent>
        <w:p>
          <w:pPr>
            <w:pStyle w:val="ArchiveText"/>
          </w:pPr>
          <w:r>
            <w:rPr>
              <w:noProof/>
            </w:rPr>
            <w:t>import Omega.Geometry</w:t>
          </w:r>
        </w:p>
        <w:p>
          <w:pPr>
            <w:pStyle w:val="ArchiveText"/>
          </w:pPr>
          <w:r>
            <w:rPr>
              <w:noProof/>
            </w:rPr>
            <w:t>import Mathlib.Geometry.Euclidean.Angle.Unoriented.Basic</w:t>
          </w:r>
        </w:p>
        <w:p>
          <w:pPr>
            <w:pStyle w:val="ArchiveText"/>
          </w:pPr>
          <w:r>
            <w:rPr>
              <w:noProof/>
            </w:rPr>
          </w:r>
        </w:p>
        <w:p>
          <w:pPr>
            <w:pStyle w:val="ArchiveText"/>
          </w:pPr>
          <w:r>
            <w:rPr>
              <w:noProof/>
            </w:rPr>
            <w:t>namespace Omega</w:t>
          </w:r>
        </w:p>
        <w:p>
          <w:pPr>
            <w:pStyle w:val="ArchiveText"/>
          </w:pPr>
          <w:r>
            <w:rPr>
              <w:noProof/>
            </w:rPr>
            <w:t>noncomputable section</w:t>
          </w:r>
        </w:p>
        <w:p>
          <w:pPr>
            <w:pStyle w:val="ArchiveText"/>
          </w:pPr>
          <w:r>
            <w:rPr>
              <w:noProof/>
            </w:rPr>
            <w:t>open Complex InnerProductGeometry</w:t>
          </w:r>
        </w:p>
        <w:p>
          <w:pPr>
            <w:pStyle w:val="ArchiveText"/>
          </w:pPr>
          <w:r>
            <w:rPr>
              <w:noProof/>
            </w:rPr>
            <w:t>open scoped RealInnerProductSpace</w:t>
          </w:r>
        </w:p>
        <w:p>
          <w:pPr>
            <w:pStyle w:val="ArchiveText"/>
          </w:pPr>
          <w:r>
            <w:rPr>
              <w:noProof/>
            </w:rPr>
          </w:r>
        </w:p>
        <w:p>
          <w:pPr>
            <w:pStyle w:val="ArchiveText"/>
          </w:pPr>
          <w:r>
            <w:rPr>
              <w:noProof/>
            </w:rPr>
            <w:t>theorem mark_dot (a z w : ℝ) :</w:t>
          </w:r>
        </w:p>
        <w:p>
          <w:pPr>
            <w:pStyle w:val="ArchiveText"/>
          </w:pPr>
          <w:r>
            <w:rPr>
              <w:noProof/>
            </w:rPr>
            <w:t xml:space="preserve">    ⟪mark a z,mark a w⟫=a^2*(c^2+z*w) := by</w:t>
          </w:r>
        </w:p>
        <w:p>
          <w:pPr>
            <w:pStyle w:val="ArchiveText"/>
          </w:pPr>
          <w:r>
            <w:rPr>
              <w:noProof/>
            </w:rPr>
            <w:t xml:space="preserve">  change ((mark a w)*star (mark a z)).re=_</w:t>
          </w:r>
        </w:p>
        <w:p>
          <w:pPr>
            <w:pStyle w:val="ArchiveText"/>
          </w:pPr>
          <w:r>
            <w:rPr>
              <w:noProof/>
            </w:rPr>
            <w:t xml:space="preserve">  simp [mark]</w:t>
          </w:r>
        </w:p>
        <w:p>
          <w:pPr>
            <w:pStyle w:val="ArchiveText"/>
          </w:pPr>
          <w:r>
            <w:rPr>
              <w:noProof/>
            </w:rPr>
            <w:t xml:space="preserve">  ring</w:t>
          </w:r>
        </w:p>
        <w:p>
          <w:pPr>
            <w:pStyle w:val="ArchiveText"/>
          </w:pPr>
          <w:r>
            <w:rPr>
              <w:noProof/>
            </w:rPr>
          </w:r>
        </w:p>
        <w:p>
          <w:pPr>
            <w:pStyle w:val="ArchiveText"/>
          </w:pPr>
          <w:r>
            <w:rPr>
              <w:noProof/>
            </w:rPr>
            <w:t>theorem mark_radius (a z : ℝ) (ha : 0 &lt; a) :</w:t>
          </w:r>
        </w:p>
        <w:p>
          <w:pPr>
            <w:pStyle w:val="ArchiveText"/>
          </w:pPr>
          <w:r>
            <w:rPr>
              <w:noProof/>
            </w:rPr>
            <w:t xml:space="preserve">    ‖mark a z‖=a*Real.sqrt (c^2+z^2) := by</w:t>
          </w:r>
        </w:p>
        <w:p>
          <w:pPr>
            <w:pStyle w:val="ArchiveText"/>
          </w:pPr>
          <w:r>
            <w:rPr>
              <w:noProof/>
            </w:rPr>
            <w:t xml:space="preserve">  apply (sq_eq_sq₀ (norm_nonneg _) (mul_nonneg ha.le (Real.sqrt_nonneg _))).mp</w:t>
          </w:r>
        </w:p>
        <w:p>
          <w:pPr>
            <w:pStyle w:val="ArchiveText"/>
          </w:pPr>
          <w:r>
            <w:rPr>
              <w:noProof/>
            </w:rPr>
            <w:t xml:space="preserve">  rw [← Complex.normSq_eq_norm_sq,Complex.normSq_apply,mark_re,mark_im,mul_pow,</w:t>
          </w:r>
        </w:p>
        <w:p>
          <w:pPr>
            <w:pStyle w:val="ArchiveText"/>
          </w:pPr>
          <w:r>
            <w:rPr>
              <w:noProof/>
            </w:rPr>
            <w:t xml:space="preserve">    Real.sq_sqrt (add_nonneg (sq_nonneg c) (sq_nonneg z))]</w:t>
          </w:r>
        </w:p>
        <w:p>
          <w:pPr>
            <w:pStyle w:val="ArchiveText"/>
          </w:pPr>
          <w:r>
            <w:rPr>
              <w:noProof/>
            </w:rPr>
            <w:t xml:space="preserve">  ring</w:t>
          </w:r>
        </w:p>
        <w:p>
          <w:pPr>
            <w:pStyle w:val="ArchiveText"/>
          </w:pPr>
          <w:r>
            <w:rPr>
              <w:noProof/>
            </w:rPr>
          </w:r>
        </w:p>
        <w:p>
          <w:pPr>
            <w:pStyle w:val="ArchiveText"/>
          </w:pPr>
          <w:r>
            <w:rPr>
              <w:noProof/>
            </w:rPr>
            <w:t>theorem mark_angle_cosine (a z w : ℝ) (ha : 0 &lt; a) :</w:t>
          </w:r>
        </w:p>
        <w:p>
          <w:pPr>
            <w:pStyle w:val="ArchiveText"/>
          </w:pPr>
          <w:r>
            <w:rPr>
              <w:noProof/>
            </w:rPr>
            <w:t xml:space="preserve">    Real.cos (angle (mark a z) (mark a w))=</w:t>
          </w:r>
        </w:p>
        <w:p>
          <w:pPr>
            <w:pStyle w:val="ArchiveText"/>
          </w:pPr>
          <w:r>
            <w:rPr>
              <w:noProof/>
            </w:rPr>
            <w:t xml:space="preserve">      (c^2+z*w)/(Real.sqrt (c^2+z^2)*Real.sqrt (c^2+w^2)) := by</w:t>
          </w:r>
        </w:p>
        <w:p>
          <w:pPr>
            <w:pStyle w:val="ArchiveText"/>
          </w:pPr>
          <w:r>
            <w:rPr>
              <w:noProof/>
            </w:rPr>
            <w:t xml:space="preserve">  rw [cos_angle,mark_dot,mark_radius a z ha,mark_radius a w ha]</w:t>
          </w:r>
        </w:p>
        <w:p>
          <w:pPr>
            <w:pStyle w:val="ArchiveText"/>
          </w:pPr>
          <w:r>
            <w:rPr>
              <w:noProof/>
            </w:rPr>
            <w:t xml:space="preserve">  have hc := c_pos</w:t>
          </w:r>
        </w:p>
        <w:p>
          <w:pPr>
            <w:pStyle w:val="ArchiveText"/>
          </w:pPr>
          <w:r>
            <w:rPr>
              <w:noProof/>
            </w:rPr>
            <w:t xml:space="preserve">  have hz : Real.sqrt (c^2+z^2)≠0 := by positivity</w:t>
          </w:r>
        </w:p>
        <w:p>
          <w:pPr>
            <w:pStyle w:val="ArchiveText"/>
          </w:pPr>
          <w:r>
            <w:rPr>
              <w:noProof/>
            </w:rPr>
            <w:t xml:space="preserve">  have hw : Real.sqrt (c^2+w^2)≠0 := by positivity</w:t>
          </w:r>
        </w:p>
        <w:p>
          <w:pPr>
            <w:pStyle w:val="ArchiveText"/>
          </w:pPr>
          <w:r>
            <w:rPr>
              <w:noProof/>
            </w:rPr>
            <w:t xml:space="preserve">  field_simp</w:t>
          </w:r>
        </w:p>
        <w:p>
          <w:pPr>
            <w:pStyle w:val="ArchiveText"/>
          </w:pPr>
          <w:r>
            <w:rPr>
              <w:noProof/>
            </w:rPr>
            <w:t xml:space="preserve">  &lt;;&gt; ring</w:t>
          </w:r>
        </w:p>
        <w:p>
          <w:pPr>
            <w:pStyle w:val="ArchiveText"/>
          </w:pPr>
          <w:r>
            <w:rPr>
              <w:noProof/>
            </w:rPr>
          </w:r>
        </w:p>
        <w:p>
          <w:pPr>
            <w:pStyle w:val="ArchiveText"/>
          </w:pPr>
          <w:r>
            <w:rPr>
              <w:noProof/>
            </w:rPr>
            <w:t>theorem seed_angle (a : ℝ) (ha : 0 &lt; a) :</w:t>
          </w:r>
        </w:p>
        <w:p>
          <w:pPr>
            <w:pStyle w:val="ArchiveText"/>
          </w:pPr>
          <w:r>
            <w:rPr>
              <w:noProof/>
            </w:rPr>
            <w:t xml:space="preserve">    angle (mark a s) (mark a (-s))=epsilon := by</w:t>
          </w:r>
        </w:p>
        <w:p>
          <w:pPr>
            <w:pStyle w:val="ArchiveText"/>
          </w:pPr>
          <w:r>
            <w:rPr>
              <w:noProof/>
            </w:rPr>
            <w:t xml:space="preserve">  apply Real.injOn_cos</w:t>
          </w:r>
        </w:p>
        <w:p>
          <w:pPr>
            <w:pStyle w:val="ArchiveText"/>
          </w:pPr>
          <w:r>
            <w:rPr>
              <w:noProof/>
            </w:rPr>
            <w:t xml:space="preserve">    ⟨angle_nonneg _ _,angle_le_pi _ _⟩</w:t>
          </w:r>
        </w:p>
        <w:p>
          <w:pPr>
            <w:pStyle w:val="ArchiveText"/>
          </w:pPr>
          <w:r>
            <w:rPr>
              <w:noProof/>
            </w:rPr>
            <w:t xml:space="preserve">    ⟨by unfold epsilon; positivity, by unfold epsilon; linarith [Real.pi_pos]⟩</w:t>
          </w:r>
        </w:p>
        <w:p>
          <w:pPr>
            <w:pStyle w:val="ArchiveText"/>
          </w:pPr>
          <w:r>
            <w:rPr>
              <w:noProof/>
            </w:rPr>
            <w:t xml:space="preserve">  rw [mark_angle_cosine a _ _ ha]</w:t>
          </w:r>
        </w:p>
        <w:p>
          <w:pPr>
            <w:pStyle w:val="ArchiveText"/>
          </w:pPr>
          <w:r>
            <w:rPr>
              <w:noProof/>
            </w:rPr>
            <w:t xml:space="preserve">  have hcs : c^2+s^2=1 := by linarith [sc_identity]</w:t>
          </w:r>
        </w:p>
        <w:p>
          <w:pPr>
            <w:pStyle w:val="ArchiveText"/>
          </w:pPr>
          <w:r>
            <w:rPr>
              <w:noProof/>
            </w:rPr>
            <w:t xml:space="preserve">  simp only [neg_sq,hcs,Real.sqrt_one,one_mul,div_one,mul_neg]</w:t>
          </w:r>
        </w:p>
        <w:p>
          <w:pPr>
            <w:pStyle w:val="ArchiveText"/>
          </w:pPr>
          <w:r>
            <w:rPr>
              <w:noProof/>
            </w:rPr>
            <w:t xml:space="preserve">  have ht := Real.cos_two_mul delta</w:t>
          </w:r>
        </w:p>
        <w:p>
          <w:pPr>
            <w:pStyle w:val="ArchiveText"/>
          </w:pPr>
          <w:r>
            <w:rPr>
              <w:noProof/>
            </w:rPr>
            <w:t xml:space="preserve">  have he : epsilon=2*delta := by unfold delta; ring</w:t>
          </w:r>
        </w:p>
        <w:p>
          <w:pPr>
            <w:pStyle w:val="ArchiveText"/>
          </w:pPr>
          <w:r>
            <w:rPr>
              <w:noProof/>
            </w:rPr>
            <w:t xml:space="preserve">  rw [he]</w:t>
          </w:r>
        </w:p>
        <w:p>
          <w:pPr>
            <w:pStyle w:val="ArchiveText"/>
          </w:pPr>
          <w:r>
            <w:rPr>
              <w:noProof/>
            </w:rPr>
            <w:t xml:space="preserve">  dsimp [c,s]</w:t>
          </w:r>
        </w:p>
        <w:p>
          <w:pPr>
            <w:pStyle w:val="ArchiveText"/>
          </w:pPr>
          <w:r>
            <w:rPr>
              <w:noProof/>
            </w:rPr>
            <w:t xml:space="preserve">  nlinarith [Real.sin_sq_add_cos_sq delta]</w:t>
          </w:r>
        </w:p>
        <w:p>
          <w:pPr>
            <w:pStyle w:val="ArchiveText"/>
          </w:pPr>
          <w:r>
            <w:rPr>
              <w:noProof/>
            </w:rPr>
          </w:r>
        </w:p>
        <w:p>
          <w:pPr>
            <w:pStyle w:val="ArchiveText"/>
          </w:pPr>
          <w:r>
            <w:rPr>
              <w:noProof/>
            </w:rPr>
            <w:t>/-- Euclidean triangle area in the canonical orthonormal plane, using half</w:t>
          </w:r>
        </w:p>
        <w:p>
          <w:pPr>
            <w:pStyle w:val="ArchiveText"/>
          </w:pPr>
          <w:r>
            <w:rPr>
              <w:noProof/>
            </w:rPr>
            <w:t>the absolute determinant. -/</w:t>
          </w:r>
        </w:p>
        <w:p>
          <w:pPr>
            <w:pStyle w:val="ArchiveText"/>
          </w:pPr>
          <w:r>
            <w:rPr>
              <w:noProof/>
            </w:rPr>
            <w:t>def triangleArea (a z w : ℝ) : ℝ :=</w:t>
          </w:r>
        </w:p>
        <w:p>
          <w:pPr>
            <w:pStyle w:val="ArchiveText"/>
          </w:pPr>
          <w:r>
            <w:rPr>
              <w:noProof/>
            </w:rPr>
            <w:t xml:space="preserve">  |(mark a z).re*(mark a w).im-(mark a z).im*(mark a w).re|/2</w:t>
          </w:r>
        </w:p>
        <w:p>
          <w:pPr>
            <w:pStyle w:val="ArchiveText"/>
          </w:pPr>
          <w:r>
            <w:rPr>
              <w:noProof/>
            </w:rPr>
          </w:r>
        </w:p>
        <w:p>
          <w:pPr>
            <w:pStyle w:val="ArchiveText"/>
          </w:pPr>
          <w:r>
            <w:rPr>
              <w:noProof/>
            </w:rPr>
            <w:t>theorem triangle_area (a z w : ℝ) :</w:t>
          </w:r>
        </w:p>
        <w:p>
          <w:pPr>
            <w:pStyle w:val="ArchiveText"/>
          </w:pPr>
          <w:r>
            <w:rPr>
              <w:noProof/>
            </w:rPr>
            <w:t xml:space="preserve">    triangleArea a z w=a^2*c/2*|z-w| := by</w:t>
          </w:r>
        </w:p>
        <w:p>
          <w:pPr>
            <w:pStyle w:val="ArchiveText"/>
          </w:pPr>
          <w:r>
            <w:rPr>
              <w:noProof/>
            </w:rPr>
            <w:t xml:space="preserve">  unfold triangleArea</w:t>
          </w:r>
        </w:p>
        <w:p>
          <w:pPr>
            <w:pStyle w:val="ArchiveText"/>
          </w:pPr>
          <w:r>
            <w:rPr>
              <w:noProof/>
            </w:rPr>
            <w:t xml:space="preserve">  rw [mark_re,mark_re,mark_im,mark_im]</w:t>
          </w:r>
        </w:p>
        <w:p>
          <w:pPr>
            <w:pStyle w:val="ArchiveText"/>
          </w:pPr>
          <w:r>
            <w:rPr>
              <w:noProof/>
            </w:rPr>
            <w:t xml:space="preserve">  have he : a*c*(a*w)-(a*z)*(a*c)=a^2*c*(w-z) := by ring</w:t>
          </w:r>
        </w:p>
        <w:p>
          <w:pPr>
            <w:pStyle w:val="ArchiveText"/>
          </w:pPr>
          <w:r>
            <w:rPr>
              <w:noProof/>
            </w:rPr>
            <w:t xml:space="preserve">  rw [he,abs_mul,abs_of_nonneg (mul_nonneg (sq_nonneg a) c_pos.le),abs_sub_comm]</w:t>
          </w:r>
        </w:p>
        <w:p>
          <w:pPr>
            <w:pStyle w:val="ArchiveText"/>
          </w:pPr>
          <w:r>
            <w:rPr>
              <w:noProof/>
            </w:rPr>
            <w:t xml:space="preserve">  ring</w:t>
          </w:r>
        </w:p>
        <w:p>
          <w:pPr>
            <w:pStyle w:val="ArchiveText"/>
          </w:pPr>
          <w:r>
            <w:rPr>
              <w:noProof/>
            </w:rPr>
          </w:r>
        </w:p>
        <w:p>
          <w:pPr>
            <w:pStyle w:val="ArchiveText"/>
          </w:pPr>
          <w:r>
            <w:rPr>
              <w:noProof/>
            </w:rPr>
            <w:t>end</w:t>
          </w:r>
        </w:p>
        <w:p>
          <w:pPr>
            <w:pStyle w:val="ArchiveText"/>
          </w:pPr>
          <w:r>
            <w:rPr>
              <w:noProof/>
            </w:rPr>
            <w:t>end Omega</w:t>
          </w:r>
        </w:p>
        <w:p>
          <w:pPr>
            <w:pStyle w:val="ArchiveText"/>
          </w:pPr>
          <w:r>
            <w:rPr>
              <w:noProof/>
            </w:rPr>
          </w:r>
        </w:p>
      </w:sdtContent>
    </w:sdt>
    <w:p>
      <w:bookmarkStart w:id="13" w:name="archive_13"/>
      <w:pPr>
        <w:pStyle w:val="Heading1"/>
        <w:pageBreakBefore w:val="0"/>
      </w:pPr>
      <w:r>
        <w:t>File 13</w:t>
      </w:r>
      <w:bookmarkEnd w:id="13"/>
    </w:p>
    <w:p>
      <w:pPr>
        <w:pStyle w:val="ArchivePath"/>
      </w:pPr>
      <w:r>
        <w:t>OMEGA_NAUGHT_Lean_Proof_v0.1/Omega/Placement.lean</w:t>
      </w:r>
    </w:p>
    <w:p>
      <w:pPr>
        <w:pStyle w:val="ArchiveMeta"/>
      </w:pPr>
      <w:r>
        <w:t>3,424 bytes  |  84 original line breaks</w:t>
      </w:r>
    </w:p>
    <w:sdt>
      <w:sdtPr>
        <w:tag w:val="archive-file:OMEGA_NAUGHT_Lean_Proof_v0.1/Omega/Placement.lean"/>
        <w:alias w:val="OMEGA_NAUGHT_Lean_Proof_v0.1/Omega/Placement.lean"/>
      </w:sdtPr>
      <w:sdtContent>
        <w:p>
          <w:pPr>
            <w:pStyle w:val="ArchiveText"/>
          </w:pPr>
          <w:r>
            <w:rPr>
              <w:noProof/>
            </w:rPr>
            <w:t>import Omega.Geometry</w:t>
          </w:r>
        </w:p>
        <w:p>
          <w:pPr>
            <w:pStyle w:val="ArchiveText"/>
          </w:pPr>
          <w:r>
            <w:rPr>
              <w:noProof/>
            </w:rPr>
            <w:t>import Omega.Affine</w:t>
          </w:r>
        </w:p>
        <w:p>
          <w:pPr>
            <w:pStyle w:val="ArchiveText"/>
          </w:pPr>
          <w:r>
            <w:rPr>
              <w:noProof/>
            </w:rPr>
            <w:t>import Omega.Ledger</w:t>
          </w:r>
        </w:p>
        <w:p>
          <w:pPr>
            <w:pStyle w:val="ArchiveText"/>
          </w:pPr>
          <w:r>
            <w:rPr>
              <w:noProof/>
            </w:rPr>
          </w:r>
        </w:p>
        <w:p>
          <w:pPr>
            <w:pStyle w:val="ArchiveText"/>
          </w:pPr>
          <w:r>
            <w:rPr>
              <w:noProof/>
            </w:rPr>
            <w:t>namespace Omega</w:t>
          </w:r>
        </w:p>
        <w:p>
          <w:pPr>
            <w:pStyle w:val="ArchiveText"/>
          </w:pPr>
          <w:r>
            <w:rPr>
              <w:noProof/>
            </w:rPr>
            <w:t>noncomputable section</w:t>
          </w:r>
        </w:p>
        <w:p>
          <w:pPr>
            <w:pStyle w:val="ArchiveText"/>
          </w:pPr>
          <w:r>
            <w:rPr>
              <w:noProof/>
            </w:rPr>
            <w:t>open Complex Set</w:t>
          </w:r>
        </w:p>
        <w:p>
          <w:pPr>
            <w:pStyle w:val="ArchiveText"/>
          </w:pPr>
          <w:r>
            <w:rPr>
              <w:noProof/>
            </w:rPr>
          </w:r>
        </w:p>
        <w:p>
          <w:pPr>
            <w:pStyle w:val="ArchiveText"/>
          </w:pPr>
          <w:r>
            <w:rPr>
              <w:noProof/>
            </w:rPr>
            <w:t>variable {V : Type*} [NormedAddCommGroup V] [NormedSpace ℝ V]</w:t>
          </w:r>
        </w:p>
        <w:p>
          <w:pPr>
            <w:pStyle w:val="ArchiveText"/>
          </w:pPr>
          <w:r>
            <w:rPr>
              <w:noProof/>
            </w:rPr>
          </w:r>
        </w:p>
        <w:p>
          <w:pPr>
            <w:pStyle w:val="ArchiveText"/>
          </w:pPr>
          <w:r>
            <w:rPr>
              <w:noProof/>
            </w:rPr>
            <w:t>def place (α : V) (E : ℂ →ₗᵢ[ℝ] V) (z : ℂ) : V := α+E z</w:t>
          </w:r>
        </w:p>
        <w:p>
          <w:pPr>
            <w:pStyle w:val="ArchiveText"/>
          </w:pPr>
          <w:r>
            <w:rPr>
              <w:noProof/>
            </w:rPr>
            <w:t>def placedOutline (α : V) (E : ℂ →ₗᵢ[ℝ] V) (a : ℝ) : Set V :=</w:t>
          </w:r>
        </w:p>
        <w:p>
          <w:pPr>
            <w:pStyle w:val="ArchiveText"/>
          </w:pPr>
          <w:r>
            <w:rPr>
              <w:noProof/>
            </w:rPr>
            <w:t xml:space="preserve">  place α E '' outline a</w:t>
          </w:r>
        </w:p>
        <w:p>
          <w:pPr>
            <w:pStyle w:val="ArchiveText"/>
          </w:pPr>
          <w:r>
            <w:rPr>
              <w:noProof/>
            </w:rPr>
            <w:t>def placedArc (α : V) (E : ℂ →ₗᵢ[ℝ] V) (a t : ℝ) : V :=</w:t>
          </w:r>
        </w:p>
        <w:p>
          <w:pPr>
            <w:pStyle w:val="ArchiveText"/>
          </w:pPr>
          <w:r>
            <w:rPr>
              <w:noProof/>
            </w:rPr>
            <w:t xml:space="preserve">  place α E (circleMap 0 a t)</w:t>
          </w:r>
        </w:p>
        <w:p>
          <w:pPr>
            <w:pStyle w:val="ArchiveText"/>
          </w:pPr>
          <w:r>
            <w:rPr>
              <w:noProof/>
            </w:rPr>
          </w:r>
        </w:p>
        <w:p>
          <w:pPr>
            <w:pStyle w:val="ArchiveText"/>
          </w:pPr>
          <w:r>
            <w:rPr>
              <w:noProof/>
            </w:rPr>
            <w:t>theorem placed_distance (α : V) (E : ℂ →ₗᵢ[ℝ] V) (z w : ℂ) :</w:t>
          </w:r>
        </w:p>
        <w:p>
          <w:pPr>
            <w:pStyle w:val="ArchiveText"/>
          </w:pPr>
          <w:r>
            <w:rPr>
              <w:noProof/>
            </w:rPr>
            <w:t xml:space="preserve">    dist (place α E z) (place α E w)=dist z w := by</w:t>
          </w:r>
        </w:p>
        <w:p>
          <w:pPr>
            <w:pStyle w:val="ArchiveText"/>
          </w:pPr>
          <w:r>
            <w:rPr>
              <w:noProof/>
            </w:rPr>
            <w:t xml:space="preserve">  simp [place,E.dist_map]</w:t>
          </w:r>
        </w:p>
        <w:p>
          <w:pPr>
            <w:pStyle w:val="ArchiveText"/>
          </w:pPr>
          <w:r>
            <w:rPr>
              <w:noProof/>
            </w:rPr>
          </w:r>
        </w:p>
        <w:p>
          <w:pPr>
            <w:pStyle w:val="ArchiveText"/>
          </w:pPr>
          <w:r>
            <w:rPr>
              <w:noProof/>
            </w:rPr>
            <w:t>theorem placed_arc_derivative (α : V) (E : ℂ →ₗᵢ[ℝ] V) (a t : ℝ) :</w:t>
          </w:r>
        </w:p>
        <w:p>
          <w:pPr>
            <w:pStyle w:val="ArchiveText"/>
          </w:pPr>
          <w:r>
            <w:rPr>
              <w:noProof/>
            </w:rPr>
            <w:t xml:space="preserve">    HasDerivAt (placedArc α E a) (E (circleMap 0 a t*I)) t := by</w:t>
          </w:r>
        </w:p>
        <w:p>
          <w:pPr>
            <w:pStyle w:val="ArchiveText"/>
          </w:pPr>
          <w:r>
            <w:rPr>
              <w:noProof/>
            </w:rPr>
            <w:t xml:space="preserve">  exact (E.toContinuousLinearMap.hasFDerivAt.comp_hasDerivAt t</w:t>
          </w:r>
        </w:p>
        <w:p>
          <w:pPr>
            <w:pStyle w:val="ArchiveText"/>
          </w:pPr>
          <w:r>
            <w:rPr>
              <w:noProof/>
            </w:rPr>
            <w:t xml:space="preserve">    (hasDerivAt_circleMap 0 a t)).const_add α</w:t>
          </w:r>
        </w:p>
        <w:p>
          <w:pPr>
            <w:pStyle w:val="ArchiveText"/>
          </w:pPr>
          <w:r>
            <w:rPr>
              <w:noProof/>
            </w:rPr>
          </w:r>
        </w:p>
        <w:p>
          <w:pPr>
            <w:pStyle w:val="ArchiveText"/>
          </w:pPr>
          <w:r>
            <w:rPr>
              <w:noProof/>
            </w:rPr>
            <w:t>def placedC (α : V) (E : ℂ →ₗᵢ[ℝ] V) (a : ℝ) : ℝ :=</w:t>
          </w:r>
        </w:p>
        <w:p>
          <w:pPr>
            <w:pStyle w:val="ArchiveText"/>
          </w:pPr>
          <w:r>
            <w:rPr>
              <w:noProof/>
            </w:rPr>
            <w:t xml:space="preserve">  ∫ t in (Real.pi/2)..(3*Real.pi/2), ‖deriv (placedArc α E a) t‖</w:t>
          </w:r>
        </w:p>
        <w:p>
          <w:pPr>
            <w:pStyle w:val="ArchiveText"/>
          </w:pPr>
          <w:r>
            <w:rPr>
              <w:noProof/>
            </w:rPr>
            <w:t>def placedG (α : V) (E : ℂ →ₗᵢ[ℝ] V) (a : ℝ) : ℝ :=</w:t>
          </w:r>
        </w:p>
        <w:p>
          <w:pPr>
            <w:pStyle w:val="ArchiveText"/>
          </w:pPr>
          <w:r>
            <w:rPr>
              <w:noProof/>
            </w:rPr>
            <w:t xml:space="preserve">  (dist (place α E (mark a (-(phi^2+s)))) (place α E (mark a (-(1+s))))+</w:t>
          </w:r>
        </w:p>
        <w:p>
          <w:pPr>
            <w:pStyle w:val="ArchiveText"/>
          </w:pPr>
          <w:r>
            <w:rPr>
              <w:noProof/>
            </w:rPr>
            <w:t xml:space="preserve">   dist (place α E (mark a (phi^2+s))) (place α E (mark a (1+s))))/2</w:t>
          </w:r>
        </w:p>
        <w:p>
          <w:pPr>
            <w:pStyle w:val="ArchiveText"/>
          </w:pPr>
          <w:r>
            <w:rPr>
              <w:noProof/>
            </w:rPr>
          </w:r>
        </w:p>
        <w:p>
          <w:pPr>
            <w:pStyle w:val="ArchiveText"/>
          </w:pPr>
          <w:r>
            <w:rPr>
              <w:noProof/>
            </w:rPr>
            <w:t>theorem placed_G (α : V) (E : ℂ →ₗᵢ[ℝ] V) (a : ℝ) : placedG α E a=G a := by</w:t>
          </w:r>
        </w:p>
        <w:p>
          <w:pPr>
            <w:pStyle w:val="ArchiveText"/>
          </w:pPr>
          <w:r>
            <w:rPr>
              <w:noProof/>
            </w:rPr>
            <w:t xml:space="preserve">  simp only [placedG,placed_distance,G]</w:t>
          </w:r>
        </w:p>
        <w:p>
          <w:pPr>
            <w:pStyle w:val="ArchiveText"/>
          </w:pPr>
          <w:r>
            <w:rPr>
              <w:noProof/>
            </w:rPr>
          </w:r>
        </w:p>
        <w:p>
          <w:pPr>
            <w:pStyle w:val="ArchiveText"/>
          </w:pPr>
          <w:r>
            <w:rPr>
              <w:noProof/>
            </w:rPr>
            <w:t>theorem placed_C (α : V) (E : ℂ →ₗᵢ[ℝ] V) (a : ℝ) : placedC α E a=C a := by</w:t>
          </w:r>
        </w:p>
        <w:p>
          <w:pPr>
            <w:pStyle w:val="ArchiveText"/>
          </w:pPr>
          <w:r>
            <w:rPr>
              <w:noProof/>
            </w:rPr>
            <w:t xml:space="preserve">  unfold placedC C arcLength</w:t>
          </w:r>
        </w:p>
        <w:p>
          <w:pPr>
            <w:pStyle w:val="ArchiveText"/>
          </w:pPr>
          <w:r>
            <w:rPr>
              <w:noProof/>
            </w:rPr>
            <w:t xml:space="preserve">  congr 1</w:t>
          </w:r>
        </w:p>
        <w:p>
          <w:pPr>
            <w:pStyle w:val="ArchiveText"/>
          </w:pPr>
          <w:r>
            <w:rPr>
              <w:noProof/>
            </w:rPr>
            <w:t xml:space="preserve">  funext t</w:t>
          </w:r>
        </w:p>
        <w:p>
          <w:pPr>
            <w:pStyle w:val="ArchiveText"/>
          </w:pPr>
          <w:r>
            <w:rPr>
              <w:noProof/>
            </w:rPr>
            <w:t xml:space="preserve">  rw [(placed_arc_derivative α E a t).deriv,deriv_circleMap]</w:t>
          </w:r>
        </w:p>
        <w:p>
          <w:pPr>
            <w:pStyle w:val="ArchiveText"/>
          </w:pPr>
          <w:r>
            <w:rPr>
              <w:noProof/>
            </w:rPr>
            <w:t xml:space="preserve">  exact E.norm_map _</w:t>
          </w:r>
        </w:p>
        <w:p>
          <w:pPr>
            <w:pStyle w:val="ArchiveText"/>
          </w:pPr>
          <w:r>
            <w:rPr>
              <w:noProof/>
            </w:rPr>
          </w:r>
        </w:p>
        <w:p>
          <w:pPr>
            <w:pStyle w:val="ArchiveText"/>
          </w:pPr>
          <w:r>
            <w:rPr>
              <w:noProof/>
            </w:rPr>
            <w:t>theorem provenance_all_placements (α : V) (E : ℂ →ₗᵢ[ℝ] V)</w:t>
          </w:r>
        </w:p>
        <w:p>
          <w:pPr>
            <w:pStyle w:val="ArchiveText"/>
          </w:pPr>
          <w:r>
            <w:rPr>
              <w:noProof/>
            </w:rPr>
            <w:t xml:space="preserve">    (a : ℝ) (ha : 0 &lt; a) :</w:t>
          </w:r>
        </w:p>
        <w:p>
          <w:pPr>
            <w:pStyle w:val="ArchiveText"/>
          </w:pPr>
          <w:r>
            <w:rPr>
              <w:noProof/>
            </w:rPr>
            <w:t xml:space="preserve">    placedG α E a=a*phi ∧ placedC α E a=a*Real.pi ∧</w:t>
          </w:r>
        </w:p>
        <w:p>
          <w:pPr>
            <w:pStyle w:val="ArchiveText"/>
          </w:pPr>
          <w:r>
            <w:rPr>
              <w:noProof/>
            </w:rPr>
            <w:t xml:space="preserve">    placedG α E a/(placedG α E a+placedC α E a)=lam := by</w:t>
          </w:r>
        </w:p>
        <w:p>
          <w:pPr>
            <w:pStyle w:val="ArchiveText"/>
          </w:pPr>
          <w:r>
            <w:rPr>
              <w:noProof/>
            </w:rPr>
            <w:t xml:space="preserve">  rw [placed_G,placed_C,G_eq a ha,C_eq a ha]</w:t>
          </w:r>
        </w:p>
        <w:p>
          <w:pPr>
            <w:pStyle w:val="ArchiveText"/>
          </w:pPr>
          <w:r>
            <w:rPr>
              <w:noProof/>
            </w:rPr>
            <w:t xml:space="preserve">  refine ⟨rfl,rfl,?_⟩</w:t>
          </w:r>
        </w:p>
        <w:p>
          <w:pPr>
            <w:pStyle w:val="ArchiveText"/>
          </w:pPr>
          <w:r>
            <w:rPr>
              <w:noProof/>
            </w:rPr>
            <w:t xml:space="preserve">  have h := (geometric_provenance a ha).1</w:t>
          </w:r>
        </w:p>
        <w:p>
          <w:pPr>
            <w:pStyle w:val="ArchiveText"/>
          </w:pPr>
          <w:r>
            <w:rPr>
              <w:noProof/>
            </w:rPr>
            <w:t xml:space="preserve">  simpa [W,G_eq a ha,C_eq a ha] using h</w:t>
          </w:r>
        </w:p>
        <w:p>
          <w:pPr>
            <w:pStyle w:val="ArchiveText"/>
          </w:pPr>
          <w:r>
            <w:rPr>
              <w:noProof/>
            </w:rPr>
          </w:r>
        </w:p>
        <w:p>
          <w:pPr>
            <w:pStyle w:val="ArchiveText"/>
          </w:pPr>
          <w:r>
            <w:rPr>
              <w:noProof/>
            </w:rPr>
            <w:t>theorem mark_scale (k a z : ℝ) : (k:ℝ) • mark a z=mark (k*a) z := by</w:t>
          </w:r>
        </w:p>
        <w:p>
          <w:pPr>
            <w:pStyle w:val="ArchiveText"/>
          </w:pPr>
          <w:r>
            <w:rPr>
              <w:noProof/>
            </w:rPr>
            <w:t xml:space="preserve">  simp only [mark,Complex.real_smul,ofReal_mul]</w:t>
          </w:r>
        </w:p>
        <w:p>
          <w:pPr>
            <w:pStyle w:val="ArchiveText"/>
          </w:pPr>
          <w:r>
            <w:rPr>
              <w:noProof/>
            </w:rPr>
            <w:t xml:space="preserve">  ring</w:t>
          </w:r>
        </w:p>
        <w:p>
          <w:pPr>
            <w:pStyle w:val="ArchiveText"/>
          </w:pPr>
          <w:r>
            <w:rPr>
              <w:noProof/>
            </w:rPr>
          </w:r>
        </w:p>
        <w:p>
          <w:pPr>
            <w:pStyle w:val="ArchiveText"/>
          </w:pPr>
          <w:r>
            <w:rPr>
              <w:noProof/>
            </w:rPr>
            <w:t>theorem circle_scale (k a t : ℝ) : (k:ℝ) • circleMap 0 a t=circleMap 0 (k*a) t := by</w:t>
          </w:r>
        </w:p>
        <w:p>
          <w:pPr>
            <w:pStyle w:val="ArchiveText"/>
          </w:pPr>
          <w:r>
            <w:rPr>
              <w:noProof/>
            </w:rPr>
            <w:t xml:space="preserve">  simp [circleMap,Complex.real_smul,mul_assoc]</w:t>
          </w:r>
        </w:p>
        <w:p>
          <w:pPr>
            <w:pStyle w:val="ArchiveText"/>
          </w:pPr>
          <w:r>
            <w:rPr>
              <w:noProof/>
            </w:rPr>
          </w:r>
        </w:p>
        <w:p>
          <w:pPr>
            <w:pStyle w:val="ArchiveText"/>
          </w:pPr>
          <w:r>
            <w:rPr>
              <w:noProof/>
            </w:rPr>
            <w:t>theorem outline_scale (k a : ℝ) : ((k:ℝ) • ·) '' outline a=outline (k*a) := by</w:t>
          </w:r>
        </w:p>
        <w:p>
          <w:pPr>
            <w:pStyle w:val="ArchiveText"/>
          </w:pPr>
          <w:r>
            <w:rPr>
              <w:noProof/>
            </w:rPr>
            <w:t xml:space="preserve">  unfold outline majorArc extensionPlus extensionMinus</w:t>
          </w:r>
        </w:p>
        <w:p>
          <w:pPr>
            <w:pStyle w:val="ArchiveText"/>
          </w:pPr>
          <w:r>
            <w:rPr>
              <w:noProof/>
            </w:rPr>
            <w:t xml:space="preserve">  simp only [Set.image_union,← Set.image_comp,Function.comp_def,mark_scale,circle_scale]</w:t>
          </w:r>
        </w:p>
        <w:p>
          <w:pPr>
            <w:pStyle w:val="ArchiveText"/>
          </w:pPr>
          <w:r>
            <w:rPr>
              <w:noProof/>
            </w:rPr>
          </w:r>
        </w:p>
        <w:p>
          <w:pPr>
            <w:pStyle w:val="ArchiveText"/>
          </w:pPr>
          <w:r>
            <w:rPr>
              <w:noProof/>
            </w:rPr>
            <w:t>theorem placed_homothety (α : V) (E : ℂ →ₗᵢ[ℝ] V) (k a : ℝ) :</w:t>
          </w:r>
        </w:p>
        <w:p>
          <w:pPr>
            <w:pStyle w:val="ArchiveText"/>
          </w:pPr>
          <w:r>
            <w:rPr>
              <w:noProof/>
            </w:rPr>
            <w:t xml:space="preserve">    homothety k α '' placedOutline α E a=placedOutline α E (k*a) := by</w:t>
          </w:r>
        </w:p>
        <w:p>
          <w:pPr>
            <w:pStyle w:val="ArchiveText"/>
          </w:pPr>
          <w:r>
            <w:rPr>
              <w:noProof/>
            </w:rPr>
            <w:t xml:space="preserve">  unfold placedOutline</w:t>
          </w:r>
        </w:p>
        <w:p>
          <w:pPr>
            <w:pStyle w:val="ArchiveText"/>
          </w:pPr>
          <w:r>
            <w:rPr>
              <w:noProof/>
            </w:rPr>
            <w:t xml:space="preserve">  rw [← outline_scale k a]</w:t>
          </w:r>
        </w:p>
        <w:p>
          <w:pPr>
            <w:pStyle w:val="ArchiveText"/>
          </w:pPr>
          <w:r>
            <w:rPr>
              <w:noProof/>
            </w:rPr>
            <w:t xml:space="preserve">  simp only [← Set.image_comp,Function.comp_def,place,homothety,</w:t>
          </w:r>
        </w:p>
        <w:p>
          <w:pPr>
            <w:pStyle w:val="ArchiveText"/>
          </w:pPr>
          <w:r>
            <w:rPr>
              <w:noProof/>
            </w:rPr>
            <w:t xml:space="preserve">    add_sub_cancel_left,map_smul]</w:t>
          </w:r>
        </w:p>
        <w:p>
          <w:pPr>
            <w:pStyle w:val="ArchiveText"/>
          </w:pPr>
          <w:r>
            <w:rPr>
              <w:noProof/>
            </w:rPr>
          </w:r>
        </w:p>
        <w:p>
          <w:pPr>
            <w:pStyle w:val="ArchiveText"/>
          </w:pPr>
          <w:r>
            <w:rPr>
              <w:noProof/>
            </w:rPr>
            <w:t>theorem readout_scale (k a : ℝ) (hk : 0 &lt; k) (ha : 0 &lt; a) :</w:t>
          </w:r>
        </w:p>
        <w:p>
          <w:pPr>
            <w:pStyle w:val="ArchiveText"/>
          </w:pPr>
          <w:r>
            <w:rPr>
              <w:noProof/>
            </w:rPr>
            <w:t xml:space="preserve">    G (k*a)=k*G a ∧ C (k*a)=k*C a := by</w:t>
          </w:r>
        </w:p>
        <w:p>
          <w:pPr>
            <w:pStyle w:val="ArchiveText"/>
          </w:pPr>
          <w:r>
            <w:rPr>
              <w:noProof/>
            </w:rPr>
            <w:t xml:space="preserve">  rw [G_eq _ (mul_pos hk ha),G_eq a ha,C_eq _ (mul_pos hk ha),C_eq a ha]</w:t>
          </w:r>
        </w:p>
        <w:p>
          <w:pPr>
            <w:pStyle w:val="ArchiveText"/>
          </w:pPr>
          <w:r>
            <w:rPr>
              <w:noProof/>
            </w:rPr>
            <w:t xml:space="preserve">  constructor &lt;;&gt; ring</w:t>
          </w:r>
        </w:p>
        <w:p>
          <w:pPr>
            <w:pStyle w:val="ArchiveText"/>
          </w:pPr>
          <w:r>
            <w:rPr>
              <w:noProof/>
            </w:rPr>
          </w:r>
        </w:p>
        <w:p>
          <w:pPr>
            <w:pStyle w:val="ArchiveText"/>
          </w:pPr>
          <w:r>
            <w:rPr>
              <w:noProof/>
            </w:rPr>
            <w:t>/-- This explicitly reconstructs the whole radius-requantized marked curve</w:t>
          </w:r>
        </w:p>
        <w:p>
          <w:pPr>
            <w:pStyle w:val="ArchiveText"/>
          </w:pPr>
          <w:r>
            <w:rPr>
              <w:noProof/>
            </w:rPr>
            <w:t>when center, ordered isometric frame, grid scale and ordered ledger survive. -/</w:t>
          </w:r>
        </w:p>
        <w:p>
          <w:pPr>
            <w:pStyle w:val="ArchiveText"/>
          </w:pPr>
          <w:r>
            <w:rPr>
              <w:noProof/>
            </w:rPr>
            <w:t>theorem curve_reconstruction (α : V) (E : ℂ →ₗᵢ[ℝ] V)</w:t>
          </w:r>
        </w:p>
        <w:p>
          <w:pPr>
            <w:pStyle w:val="ArchiveText"/>
          </w:pPr>
          <w:r>
            <w:rPr>
              <w:noProof/>
            </w:rPr>
            <w:t xml:space="preserve">    (h : ℝ) (n : ℕ) (d : ℤ) :</w:t>
          </w:r>
        </w:p>
        <w:p>
          <w:pPr>
            <w:pStyle w:val="ArchiveText"/>
          </w:pPr>
          <w:r>
            <w:rPr>
              <w:noProof/>
            </w:rPr>
            <w:t xml:space="preserve">    placedOutline α E</w:t>
          </w:r>
        </w:p>
        <w:p>
          <w:pPr>
            <w:pStyle w:val="ArchiveText"/>
          </w:pPr>
          <w:r>
            <w:rPr>
              <w:noProof/>
            </w:rPr>
            <w:t xml:space="preserve">      (h*Ledger.recover Q S (Ledger.encode Q S n d).1 (Ledger.encode Q S n d).2)=</w:t>
          </w:r>
        </w:p>
        <w:p>
          <w:pPr>
            <w:pStyle w:val="ArchiveText"/>
          </w:pPr>
          <w:r>
            <w:rPr>
              <w:noProof/>
            </w:rPr>
            <w:t xml:space="preserve">    placedOutline α E (h*d) := by</w:t>
          </w:r>
        </w:p>
        <w:p>
          <w:pPr>
            <w:pStyle w:val="ArchiveText"/>
          </w:pPr>
          <w:r>
            <w:rPr>
              <w:noProof/>
            </w:rPr>
            <w:t xml:space="preserve">  rw [Ledger.roundtrip (Q:ℤ) (S:ℤ) (by norm_num [Q])]</w:t>
          </w:r>
        </w:p>
        <w:p>
          <w:pPr>
            <w:pStyle w:val="ArchiveText"/>
          </w:pPr>
          <w:r>
            <w:rPr>
              <w:noProof/>
            </w:rPr>
          </w:r>
        </w:p>
        <w:p>
          <w:pPr>
            <w:pStyle w:val="ArchiveText"/>
          </w:pPr>
          <w:r>
            <w:rPr>
              <w:noProof/>
            </w:rPr>
            <w:t>end</w:t>
          </w:r>
        </w:p>
        <w:p>
          <w:pPr>
            <w:pStyle w:val="ArchiveText"/>
          </w:pPr>
          <w:r>
            <w:rPr>
              <w:noProof/>
            </w:rPr>
            <w:t>end Omega</w:t>
          </w:r>
        </w:p>
        <w:p>
          <w:pPr>
            <w:pStyle w:val="ArchiveText"/>
          </w:pPr>
          <w:r>
            <w:rPr>
              <w:noProof/>
            </w:rPr>
          </w:r>
        </w:p>
      </w:sdtContent>
    </w:sdt>
    <w:p>
      <w:bookmarkStart w:id="14" w:name="archive_14"/>
      <w:pPr>
        <w:pStyle w:val="Heading1"/>
        <w:pageBreakBefore w:val="0"/>
      </w:pPr>
      <w:r>
        <w:t>File 14</w:t>
      </w:r>
      <w:bookmarkEnd w:id="14"/>
    </w:p>
    <w:p>
      <w:pPr>
        <w:pStyle w:val="ArchivePath"/>
      </w:pPr>
      <w:r>
        <w:t>OMEGA_NAUGHT_Lean_Proof_v0.1/Omega.lean</w:t>
      </w:r>
    </w:p>
    <w:p>
      <w:pPr>
        <w:pStyle w:val="ArchiveMeta"/>
      </w:pPr>
      <w:r>
        <w:t>18 bytes  |  1 original line breaks</w:t>
      </w:r>
    </w:p>
    <w:sdt>
      <w:sdtPr>
        <w:tag w:val="archive-file:OMEGA_NAUGHT_Lean_Proof_v0.1/Omega.lean"/>
        <w:alias w:val="OMEGA_NAUGHT_Lean_Proof_v0.1/Omega.lean"/>
      </w:sdtPr>
      <w:sdtContent>
        <w:p>
          <w:pPr>
            <w:pStyle w:val="ArchiveText"/>
          </w:pPr>
          <w:r>
            <w:rPr>
              <w:noProof/>
            </w:rPr>
            <w:t>import Omega.Main</w:t>
          </w:r>
        </w:p>
        <w:p>
          <w:pPr>
            <w:pStyle w:val="ArchiveText"/>
          </w:pPr>
          <w:r>
            <w:rPr>
              <w:noProof/>
            </w:rPr>
          </w:r>
        </w:p>
      </w:sdtContent>
    </w:sdt>
    <w:p>
      <w:bookmarkStart w:id="15" w:name="archive_15"/>
      <w:pPr>
        <w:pStyle w:val="Heading1"/>
        <w:pageBreakBefore w:val="0"/>
      </w:pPr>
      <w:r>
        <w:t>File 15</w:t>
      </w:r>
      <w:bookmarkEnd w:id="15"/>
    </w:p>
    <w:p>
      <w:pPr>
        <w:pStyle w:val="ArchivePath"/>
      </w:pPr>
      <w:r>
        <w:t>OMEGA_NAUGHT_Lean_Proof_v0.1/PROOF_GUIDE.md</w:t>
      </w:r>
    </w:p>
    <w:p>
      <w:pPr>
        <w:pStyle w:val="ArchiveMeta"/>
      </w:pPr>
      <w:r>
        <w:t>10,570 bytes  |  138 original line breaks</w:t>
      </w:r>
    </w:p>
    <w:sdt>
      <w:sdtPr>
        <w:tag w:val="archive-file:OMEGA_NAUGHT_Lean_Proof_v0.1/PROOF_GUIDE.md"/>
        <w:alias w:val="OMEGA_NAUGHT_Lean_Proof_v0.1/PROOF_GUIDE.md"/>
      </w:sdtPr>
      <w:sdtContent>
        <w:p>
          <w:pPr>
            <w:pStyle w:val="ArchiveText"/>
          </w:pPr>
          <w:r>
            <w:rPr>
              <w:noProof/>
            </w:rPr>
            <w:t># Mathematical proof and dependency guide</w:t>
          </w:r>
        </w:p>
        <w:p>
          <w:pPr>
            <w:pStyle w:val="ArchiveText"/>
          </w:pPr>
          <w:r>
            <w:rPr>
              <w:noProof/>
            </w:rPr>
          </w:r>
        </w:p>
        <w:p>
          <w:pPr>
            <w:pStyle w:val="ArchiveText"/>
          </w:pPr>
          <w:r>
            <w:rPr>
              <w:noProof/>
            </w:rPr>
            <w:t>All names below are in namespace `Omega`, except the generic integer ledger results in `Omega.Ledger`. The executable Lean source is the authoritative statement, including domains and hypotheses.</w:t>
          </w:r>
        </w:p>
        <w:p>
          <w:pPr>
            <w:pStyle w:val="ArchiveText"/>
          </w:pPr>
          <w:r>
            <w:rPr>
              <w:noProof/>
            </w:rPr>
          </w:r>
        </w:p>
        <w:p>
          <w:pPr>
            <w:pStyle w:val="ArchiveText"/>
          </w:pPr>
          <w:r>
            <w:rPr>
              <w:noProof/>
            </w:rPr>
            <w:t>## 1. Constants and marked geometry</w:t>
          </w:r>
        </w:p>
        <w:p>
          <w:pPr>
            <w:pStyle w:val="ArchiveText"/>
          </w:pPr>
          <w:r>
            <w:rPr>
              <w:noProof/>
            </w:rPr>
          </w:r>
        </w:p>
        <w:p>
          <w:pPr>
            <w:pStyle w:val="ArchiveText"/>
          </w:pPr>
          <w:r>
            <w:rPr>
              <w:noProof/>
            </w:rPr>
            <w:t>`Constants.lean` defines the positive golden root, the arcsecond angle and the normalized shares. Squaring the defining expression proves \(\varphi^2=\varphi+1\). The seed satisfies \(0&lt;\delta&lt;\pi/2\), so \(s,c&gt;0\) and \(s^2+c^2=1\). Multiplying \(\varepsilon\) by \((180/\pi)3600\) gives exactly one arcsecond.</w:t>
          </w:r>
        </w:p>
        <w:p>
          <w:pPr>
            <w:pStyle w:val="ArchiveText"/>
          </w:pPr>
          <w:r>
            <w:rPr>
              <w:noProof/>
            </w:rPr>
          </w:r>
        </w:p>
        <w:p>
          <w:pPr>
            <w:pStyle w:val="ArchiveText"/>
          </w:pPr>
          <w:r>
            <w:rPr>
              <w:noProof/>
            </w:rPr>
            <w:t>`Geometry.lean` specifies the actual circular parametrization and outward segments as sets. Substitution proves both seed endpoints, and the sequential extension equations yield the six specified marks. Their levels are strictly ordered. Reflection exchanges the two sides. Given their labeled real and imaginary coordinates, the marks are unique. The retained arc is injectively parametrized, so it does not retrace itself.</w:t>
          </w:r>
        </w:p>
        <w:p>
          <w:pPr>
            <w:pStyle w:val="ArchiveText"/>
          </w:pPr>
          <w:r>
            <w:rPr>
              <w:noProof/>
            </w:rPr>
          </w:r>
        </w:p>
        <w:p>
          <w:pPr>
            <w:pStyle w:val="ArchiveText"/>
          </w:pPr>
          <w:r>
            <w:rPr>
              <w:noProof/>
            </w:rPr>
            <w:t>The difference of two marks is \(ia(z-w)\), whose Euclidean norm is \(a|z-w|\) for \(a&gt;0\). Thus each inner extension has length \(a\), each outer extension has length \(a\varphi\), and each complete extension has length \(a\varphi^2\). Both outer lengths are used in the defined average \(G\).</w:t>
          </w:r>
        </w:p>
        <w:p>
          <w:pPr>
            <w:pStyle w:val="ArchiveText"/>
          </w:pPr>
          <w:r>
            <w:rPr>
              <w:noProof/>
            </w:rPr>
          </w:r>
        </w:p>
        <w:p>
          <w:pPr>
            <w:pStyle w:val="ArchiveText"/>
          </w:pPr>
          <w:r>
            <w:rPr>
              <w:noProof/>
            </w:rPr>
            <w:t>The derivative of the circular parametrization has norm \(a\). Its speed integral over an interval \([u,v]\) is therefore \(a(v-u)\). The opposite semicircle interval is contained in the retained major interval, so its length is \(C=a\pi\). These are measurements of components belonging to the specified construction. They yield \(W=a(\varphi+\pi)\) and the normalized shares by cancellation of \(a&gt;0\).</w:t>
          </w:r>
        </w:p>
        <w:p>
          <w:pPr>
            <w:pStyle w:val="ArchiveText"/>
          </w:pPr>
          <w:r>
            <w:rPr>
              <w:noProof/>
            </w:rPr>
          </w:r>
        </w:p>
        <w:p>
          <w:pPr>
            <w:pStyle w:val="ArchiveText"/>
          </w:pPr>
          <w:r>
            <w:rPr>
              <w:noProof/>
            </w:rPr>
            <w:t>The total outline component length instead equals</w:t>
          </w:r>
        </w:p>
        <w:p>
          <w:pPr>
            <w:pStyle w:val="ArchiveText"/>
          </w:pPr>
          <w:r>
            <w:rPr>
              <w:noProof/>
            </w:rPr>
            <w:t>\[</w:t>
          </w:r>
        </w:p>
        <w:p>
          <w:pPr>
            <w:pStyle w:val="ArchiveText"/>
          </w:pPr>
          <w:r>
            <w:rPr>
              <w:noProof/>
            </w:rPr>
            <w:t>a(2\pi-\varepsilon)+2a\varphi^2.</w:t>
          </w:r>
        </w:p>
        <w:p>
          <w:pPr>
            <w:pStyle w:val="ArchiveText"/>
          </w:pPr>
          <w:r>
            <w:rPr>
              <w:noProof/>
            </w:rPr>
            <w:t>\]</w:t>
          </w:r>
        </w:p>
        <w:p>
          <w:pPr>
            <w:pStyle w:val="ArchiveText"/>
          </w:pPr>
          <w:r>
            <w:rPr>
              <w:noProof/>
            </w:rPr>
            <w:t>It is strictly larger than \(W\). The proof never identifies the two quantities.</w:t>
          </w:r>
        </w:p>
        <w:p>
          <w:pPr>
            <w:pStyle w:val="ArchiveText"/>
          </w:pPr>
          <w:r>
            <w:rPr>
              <w:noProof/>
            </w:rPr>
          </w:r>
        </w:p>
        <w:p>
          <w:pPr>
            <w:pStyle w:val="ArchiveText"/>
          </w:pPr>
          <w:r>
            <w:rPr>
              <w:noProof/>
            </w:rPr>
            <w:t>`Placement.lean` transports the construction by \(z\mapsto\alpha+E(z)\), with \(E\) a real linear isometric embedding. Distances and the circular speed integral are unchanged. Positive scaling scales the outline and readouts as stated. These theorems cover translations, orientations and embeddings without assuming that the integer ledger contains a center or a frame.</w:t>
          </w:r>
        </w:p>
        <w:p>
          <w:pPr>
            <w:pStyle w:val="ArchiveText"/>
          </w:pPr>
          <w:r>
            <w:rPr>
              <w:noProof/>
            </w:rPr>
          </w:r>
        </w:p>
        <w:p>
          <w:pPr>
            <w:pStyle w:val="ArchiveText"/>
          </w:pPr>
          <w:r>
            <w:rPr>
              <w:noProof/>
            </w:rPr>
            <w:t>## 2. Affine and homothety interfaces</w:t>
          </w:r>
        </w:p>
        <w:p>
          <w:pPr>
            <w:pStyle w:val="ArchiveText"/>
          </w:pPr>
          <w:r>
            <w:rPr>
              <w:noProof/>
            </w:rPr>
          </w:r>
        </w:p>
        <w:p>
          <w:pPr>
            <w:pStyle w:val="ArchiveText"/>
          </w:pPr>
          <w:r>
            <w:rPr>
              <w:noProof/>
            </w:rPr>
            <w:t>In `Affine.lean`, direct algebra proves</w:t>
          </w:r>
        </w:p>
        <w:p>
          <w:pPr>
            <w:pStyle w:val="ArchiveText"/>
          </w:pPr>
          <w:r>
            <w:rPr>
              <w:noProof/>
            </w:rPr>
            <w:t>\[</w:t>
          </w:r>
        </w:p>
        <w:p>
          <w:pPr>
            <w:pStyle w:val="ArchiveText"/>
          </w:pPr>
          <w:r>
            <w:rPr>
              <w:noProof/>
            </w:rPr>
            <w:t>\frac{a\varphi x+a\pi}{a\varphi+a\pi}=1+\lambda(x-1).</w:t>
          </w:r>
        </w:p>
        <w:p>
          <w:pPr>
            <w:pStyle w:val="ArchiveText"/>
          </w:pPr>
          <w:r>
            <w:rPr>
              <w:noProof/>
            </w:rPr>
            <w:t>\]</w:t>
          </w:r>
        </w:p>
        <w:p>
          <w:pPr>
            <w:pStyle w:val="ArchiveText"/>
          </w:pPr>
          <w:r>
            <w:rPr>
              <w:noProof/>
            </w:rPr>
            <w:t>Its displacement from 1 is \(\lambda(x-1)\), and induction gives</w:t>
          </w:r>
        </w:p>
        <w:p>
          <w:pPr>
            <w:pStyle w:val="ArchiveText"/>
          </w:pPr>
          <w:r>
            <w:rPr>
              <w:noProof/>
            </w:rPr>
            <w:t>\(T^{[n]}(x)=1+\lambda^n(x-1)\).</w:t>
          </w:r>
        </w:p>
        <w:p>
          <w:pPr>
            <w:pStyle w:val="ArchiveText"/>
          </w:pPr>
          <w:r>
            <w:rPr>
              <w:noProof/>
            </w:rPr>
          </w:r>
        </w:p>
        <w:p>
          <w:pPr>
            <w:pStyle w:val="ArchiveText"/>
          </w:pPr>
          <w:r>
            <w:rPr>
              <w:noProof/>
            </w:rPr>
            <w:t>For a real module, define \(H_k(z)=\alpha+k(z-\alpha)\). Then</w:t>
          </w:r>
        </w:p>
        <w:p>
          <w:pPr>
            <w:pStyle w:val="ArchiveText"/>
          </w:pPr>
          <w:r>
            <w:rPr>
              <w:noProof/>
            </w:rPr>
            <w:t>\(H_kH_l=H_{kl}\). Every real linear observation in the required centered form</w:t>
          </w:r>
        </w:p>
        <w:p>
          <w:pPr>
            <w:pStyle w:val="ArchiveText"/>
          </w:pPr>
          <w:r>
            <w:rPr>
              <w:noProof/>
            </w:rPr>
            <w:t>\(v_L(z)=1+L(z-\alpha)\) satisfies</w:t>
          </w:r>
        </w:p>
        <w:p>
          <w:pPr>
            <w:pStyle w:val="ArchiveText"/>
          </w:pPr>
          <w:r>
            <w:rPr>
              <w:noProof/>
            </w:rPr>
            <w:t>\(v_L(H_kz)=1+k(v_L(z)-1)\).</w:t>
          </w:r>
        </w:p>
        <w:p>
          <w:pPr>
            <w:pStyle w:val="ArchiveText"/>
          </w:pPr>
          <w:r>
            <w:rPr>
              <w:noProof/>
            </w:rPr>
            <w:t>No injectivity of \(L\) is claimed. For an arbitrary intercept \(b\), the failure of this centered interface is exactly \((1-k)(b-1)\); hence the intercept condition is explicit. The real-time law uses positivity of \(\lambda\) and Mathlib's real-power addition theorem.</w:t>
          </w:r>
        </w:p>
        <w:p>
          <w:pPr>
            <w:pStyle w:val="ArchiveText"/>
          </w:pPr>
          <w:r>
            <w:rPr>
              <w:noProof/>
            </w:rPr>
          </w:r>
        </w:p>
        <w:p>
          <w:pPr>
            <w:pStyle w:val="ArchiveText"/>
          </w:pPr>
          <w:r>
            <w:rPr>
              <w:noProof/>
            </w:rPr>
            <w:t>The Euclidean dimension statements in `Dimension.lean` distinguish the affine span of the marks from their linear span relative to the center. The former is a line containing two distinct marks. Two seed vectors linearly generate the whole plane: `seed_linear_combination` displays coefficients reconstructing any complex vector. The real dimension of that plane is two. The coordinate matrix has a positive diagonal two-by-two moment matrix and rank two. Mathlib's proved equality of the ranks of \(X\) and \(X^T X\) gives the Gram rank. No ambient dimension is inferred from these ranks.</w:t>
          </w:r>
        </w:p>
        <w:p>
          <w:pPr>
            <w:pStyle w:val="ArchiveText"/>
          </w:pPr>
          <w:r>
            <w:rPr>
              <w:noProof/>
            </w:rPr>
          </w:r>
        </w:p>
        <w:p>
          <w:pPr>
            <w:pStyle w:val="ArchiveText"/>
          </w:pPr>
          <w:r>
            <w:rPr>
              <w:noProof/>
            </w:rPr>
            <w:t>## 3. The exact finite floor theorem</w:t>
          </w:r>
        </w:p>
        <w:p>
          <w:pPr>
            <w:pStyle w:val="ArchiveText"/>
          </w:pPr>
          <w:r>
            <w:rPr>
              <w:noProof/>
            </w:rPr>
          </w:r>
        </w:p>
        <w:p>
          <w:pPr>
            <w:pStyle w:val="ArchiveText"/>
          </w:pPr>
          <w:r>
            <w:rPr>
              <w:noProof/>
            </w:rPr>
            <w:t>`Constants.lean` proves rational bounds on \(\varphi\) using its quadratic identity and positivity, and uses Mathlib's proved 20-decimal bounds on \(\pi\). Exact rational algebra yields</w:t>
          </w:r>
        </w:p>
        <w:p>
          <w:pPr>
            <w:pStyle w:val="ArchiveText"/>
          </w:pPr>
          <w:r>
            <w:rPr>
              <w:noProof/>
            </w:rPr>
            <w:t>\[</w:t>
          </w:r>
        </w:p>
        <w:p>
          <w:pPr>
            <w:pStyle w:val="ArchiveText"/>
          </w:pPr>
          <w:r>
            <w:rPr>
              <w:noProof/>
            </w:rPr>
            <w:t>q&lt;\lambda&lt;q+1/S.</w:t>
          </w:r>
        </w:p>
        <w:p>
          <w:pPr>
            <w:pStyle w:val="ArchiveText"/>
          </w:pPr>
          <w:r>
            <w:rPr>
              <w:noProof/>
            </w:rPr>
            <w:t>\]</w:t>
          </w:r>
        </w:p>
        <w:p>
          <w:pPr>
            <w:pStyle w:val="ArchiveText"/>
          </w:pPr>
          <w:r>
            <w:rPr>
              <w:noProof/>
            </w:rPr>
            <w:t>These are inequalities about real numbers with rational endpoints, not floating-point tests.</w:t>
          </w:r>
        </w:p>
        <w:p>
          <w:pPr>
            <w:pStyle w:val="ArchiveText"/>
          </w:pPr>
          <w:r>
            <w:rPr>
              <w:noProof/>
            </w:rPr>
          </w:r>
        </w:p>
        <w:p>
          <w:pPr>
            <w:pStyle w:val="ArchiveText"/>
          </w:pPr>
          <w:r>
            <w:rPr>
              <w:noProof/>
            </w:rPr>
            <w:t>`Floor.lean` gives a stronger analytic proof of floor agreement. Set</w:t>
          </w:r>
        </w:p>
        <w:p>
          <w:pPr>
            <w:pStyle w:val="ArchiveText"/>
          </w:pPr>
          <w:r>
            <w:rPr>
              <w:noProof/>
            </w:rPr>
            <w:t>\(L=4196/12343\), \(U=7039/20706\). Exact arithmetic verifies</w:t>
          </w:r>
        </w:p>
        <w:p>
          <w:pPr>
            <w:pStyle w:val="ArchiveText"/>
          </w:pPr>
          <w:r>
            <w:rPr>
              <w:noProof/>
            </w:rPr>
            <w:t>\(L&lt;q&lt;U\) and \(L&lt;\lambda&lt;U\). Suppose an integer \(k\) satisfies</w:t>
          </w:r>
        </w:p>
        <w:p>
          <w:pPr>
            <w:pStyle w:val="ArchiveText"/>
          </w:pPr>
          <w:r>
            <w:rPr>
              <w:noProof/>
            </w:rPr>
            <w:t>\(Ld&lt;k&lt;Ud\), for \(0\le d&lt;32768\). The integers</w:t>
          </w:r>
        </w:p>
        <w:p>
          <w:pPr>
            <w:pStyle w:val="ArchiveText"/>
          </w:pPr>
          <w:r>
            <w:rPr>
              <w:noProof/>
            </w:rPr>
            <w:t>\[</w:t>
          </w:r>
        </w:p>
        <w:p>
          <w:pPr>
            <w:pStyle w:val="ArchiveText"/>
          </w:pPr>
          <w:r>
            <w:rPr>
              <w:noProof/>
            </w:rPr>
            <w:t>X=12343k-4196d,\quad Y=7039d-20706k</w:t>
          </w:r>
        </w:p>
        <w:p>
          <w:pPr>
            <w:pStyle w:val="ArchiveText"/>
          </w:pPr>
          <w:r>
            <w:rPr>
              <w:noProof/>
            </w:rPr>
            <w:t>\]</w:t>
          </w:r>
        </w:p>
        <w:p>
          <w:pPr>
            <w:pStyle w:val="ArchiveText"/>
          </w:pPr>
          <w:r>
            <w:rPr>
              <w:noProof/>
            </w:rPr>
            <w:t>are positive. The determinant identity</w:t>
          </w:r>
        </w:p>
        <w:p>
          <w:pPr>
            <w:pStyle w:val="ArchiveText"/>
          </w:pPr>
          <w:r>
            <w:rPr>
              <w:noProof/>
            </w:rPr>
            <w:t>\(7039\cdot12343-4196\cdot20706=1\) gives</w:t>
          </w:r>
        </w:p>
        <w:p>
          <w:pPr>
            <w:pStyle w:val="ArchiveText"/>
          </w:pPr>
          <w:r>
            <w:rPr>
              <w:noProof/>
            </w:rPr>
            <w:t>\[</w:t>
          </w:r>
        </w:p>
        <w:p>
          <w:pPr>
            <w:pStyle w:val="ArchiveText"/>
          </w:pPr>
          <w:r>
            <w:rPr>
              <w:noProof/>
            </w:rPr>
            <w:t>d=20706X+12343Y\ge33049,</w:t>
          </w:r>
        </w:p>
        <w:p>
          <w:pPr>
            <w:pStyle w:val="ArchiveText"/>
          </w:pPr>
          <w:r>
            <w:rPr>
              <w:noProof/>
            </w:rPr>
            <w:t>\]</w:t>
          </w:r>
        </w:p>
        <w:p>
          <w:pPr>
            <w:pStyle w:val="ArchiveText"/>
          </w:pPr>
          <w:r>
            <w:rPr>
              <w:noProof/>
            </w:rPr>
            <w:t>a contradiction. Thus no integer boundary lies strictly between these multiples.</w:t>
          </w:r>
        </w:p>
        <w:p>
          <w:pPr>
            <w:pStyle w:val="ArchiveText"/>
          </w:pPr>
          <w:r>
            <w:rPr>
              <w:noProof/>
            </w:rPr>
          </w:r>
        </w:p>
        <w:p>
          <w:pPr>
            <w:pStyle w:val="ArchiveText"/>
          </w:pPr>
          <w:r>
            <w:rPr>
              <w:noProof/>
            </w:rPr>
            <w:t>Euclidean division first identifies \(\lfloor qd\rfloor=F(d)\). For any \(L\le r&lt;U\), if \(rd&lt;F(d)\), then \(F(d)\) is a forbidden interior boundary. If \(F(d)+1\le rd\), then \(F(d)+1\) is a forbidden interior boundary. This proves the whole table agrees. Conversely, the floor constraints at \(d=12343\) and \(d=20706\) respectively require \(r\ge L\) and \(r&lt;U\). This proves the exact half-open interval, including both endpoint conventions.</w:t>
          </w:r>
        </w:p>
        <w:p>
          <w:pPr>
            <w:pStyle w:val="ArchiveText"/>
          </w:pPr>
          <w:r>
            <w:rPr>
              <w:noProof/>
            </w:rPr>
          </w:r>
        </w:p>
        <w:p>
          <w:pPr>
            <w:pStyle w:val="ArchiveText"/>
          </w:pPr>
          <w:r>
            <w:rPr>
              <w:noProof/>
            </w:rPr>
            <w:t>Separately, `Finite.lean` checks every state using a Boolean certificate divided into 128 blocks of 256 states. Ordinary Lean `decide` reduces the exact integer computations; its proof is checked by the kernel. `certified_gap` converts the Boolean statement into the universal inequality</w:t>
          </w:r>
        </w:p>
        <w:p>
          <w:pPr>
            <w:pStyle w:val="ArchiveText"/>
          </w:pPr>
          <w:r>
            <w:rPr>
              <w:noProof/>
            </w:rPr>
            <w:t>\(S-\rho(d)\ge34535026732\), with equality at 20706. Since</w:t>
          </w:r>
        </w:p>
        <w:p>
          <w:pPr>
            <w:pStyle w:val="ArchiveText"/>
          </w:pPr>
          <w:r>
            <w:rPr>
              <w:noProof/>
            </w:rPr>
            <w:t>\(S(\lambda-q)d&lt;d\le32767&lt;34535026732\), no rounding boundary can be crossed. This reproduces the finite-certificate route without trusting Python output.</w:t>
          </w:r>
        </w:p>
        <w:p>
          <w:pPr>
            <w:pStyle w:val="ArchiveText"/>
          </w:pPr>
          <w:r>
            <w:rPr>
              <w:noProof/>
            </w:rPr>
          </w:r>
        </w:p>
        <w:p>
          <w:pPr>
            <w:pStyle w:val="ArchiveText"/>
          </w:pPr>
          <w:r>
            <w:rPr>
              <w:noProof/>
            </w:rPr>
            <w:t>## 4. Trajectories and precision</w:t>
          </w:r>
        </w:p>
        <w:p>
          <w:pPr>
            <w:pStyle w:val="ArchiveText"/>
          </w:pPr>
          <w:r>
            <w:rPr>
              <w:noProof/>
            </w:rPr>
          </w:r>
        </w:p>
        <w:p>
          <w:pPr>
            <w:pStyle w:val="ArchiveText"/>
          </w:pPr>
          <w:r>
            <w:rPr>
              <w:noProof/>
            </w:rPr>
            <w:t>For positive integer \(d\), \(Q&lt;S\) implies \(F(d)&lt;d\); also \(F(0)=0\). Thus the finite domain is forward invariant. Induction extends one-step floor agreement to arbitrary finite trajectories.</w:t>
          </w:r>
        </w:p>
        <w:p>
          <w:pPr>
            <w:pStyle w:val="ArchiveText"/>
          </w:pPr>
          <w:r>
            <w:rPr>
              <w:noProof/>
            </w:rPr>
          </w:r>
        </w:p>
        <w:p>
          <w:pPr>
            <w:pStyle w:val="ArchiveText"/>
          </w:pPr>
          <w:r>
            <w:rPr>
              <w:noProof/>
            </w:rPr>
            <w:t>For \(h&gt;0\), substitution of \(y=hd\) in the floor quantizer gives</w:t>
          </w:r>
        </w:p>
        <w:p>
          <w:pPr>
            <w:pStyle w:val="ArchiveText"/>
          </w:pPr>
          <w:r>
            <w:rPr>
              <w:noProof/>
            </w:rPr>
            <w:t>\(h\lfloor\lambda d\rfloor\). Combining this with the finite floor theorem and invariance proves the grid-trajectory theorem for every iteration depth. An explicitly checked counterexample is \(d=26\): two quantized steps yield 2, whereas \(\lfloor26\lambda^2\rfloor=3\).</w:t>
          </w:r>
        </w:p>
        <w:p>
          <w:pPr>
            <w:pStyle w:val="ArchiveText"/>
          </w:pPr>
          <w:r>
            <w:rPr>
              <w:noProof/>
            </w:rPr>
          </w:r>
        </w:p>
        <w:p>
          <w:pPr>
            <w:pStyle w:val="ArchiveText"/>
          </w:pPr>
          <w:r>
            <w:rPr>
              <w:noProof/>
            </w:rPr>
            <w:t>Decimal truncations are monotone in their precision and bounded above by \(\lambda\). Exact real inequalities give \(q_7=3399497/10^7&lt;L\) and \(q_8=33994977/10^8\ge L\). All truncations remain below \(U\). The exact parameter interval therefore proves agreement if and only if \(p\ge8\), including precisions beyond the original finite sweep.</w:t>
          </w:r>
        </w:p>
        <w:p>
          <w:pPr>
            <w:pStyle w:val="ArchiveText"/>
          </w:pPr>
          <w:r>
            <w:rPr>
              <w:noProof/>
            </w:rPr>
          </w:r>
        </w:p>
        <w:p>
          <w:pPr>
            <w:pStyle w:val="ArchiveText"/>
          </w:pPr>
          <w:r>
            <w:rPr>
              <w:noProof/>
            </w:rPr>
            <w:t>`Extinction.lean` defines \(t_0=1\) and</w:t>
          </w:r>
        </w:p>
        <w:p>
          <w:pPr>
            <w:pStyle w:val="ArchiveText"/>
          </w:pPr>
          <w:r>
            <w:rPr>
              <w:noProof/>
            </w:rPr>
            <w:t>\(t_{n+1}=\lceil St_n/Q\rceil=(St_n+Q-1)\mathbin{/}Q\) in natural-number division. The elementary equivalence \(F(d)&lt;t\iff d&lt;\lceil St/Q\rceil\), followed by induction, proves</w:t>
          </w:r>
        </w:p>
        <w:p>
          <w:pPr>
            <w:pStyle w:val="ArchiveText"/>
          </w:pPr>
          <w:r>
            <w:rPr>
              <w:noProof/>
            </w:rPr>
            <w:t>\(F^{[n]}(d)=0\iff d&lt;t_n\). The concrete threshold evaluations prove the tenth-step and deepest-seed statements.</w:t>
          </w:r>
        </w:p>
        <w:p>
          <w:pPr>
            <w:pStyle w:val="ArchiveText"/>
          </w:pPr>
          <w:r>
            <w:rPr>
              <w:noProof/>
            </w:rPr>
          </w:r>
        </w:p>
        <w:p>
          <w:pPr>
            <w:pStyle w:val="ArchiveText"/>
          </w:pPr>
          <w:r>
            <w:rPr>
              <w:noProof/>
            </w:rPr>
            <w:t>## 5. Ordered reconstruction</w:t>
          </w:r>
        </w:p>
        <w:p>
          <w:pPr>
            <w:pStyle w:val="ArchiveText"/>
          </w:pPr>
          <w:r>
            <w:rPr>
              <w:noProof/>
            </w:rPr>
          </w:r>
        </w:p>
        <w:p>
          <w:pPr>
            <w:pStyle w:val="ArchiveText"/>
          </w:pPr>
          <w:r>
            <w:rPr>
              <w:noProof/>
            </w:rPr>
            <w:t>`Ledger.lean` treats arbitrary integers with multiplier \(A\ne0\) and positive divisor \(B\); it does not assume the finite domain. Euclidean division gives</w:t>
          </w:r>
        </w:p>
        <w:p>
          <w:pPr>
            <w:pStyle w:val="ArchiveText"/>
          </w:pPr>
          <w:r>
            <w:rPr>
              <w:noProof/>
            </w:rPr>
            <w:t>\[</w:t>
          </w:r>
        </w:p>
        <w:p>
          <w:pPr>
            <w:pStyle w:val="ArchiveText"/>
          </w:pPr>
          <w:r>
            <w:rPr>
              <w:noProof/>
            </w:rPr>
            <w:t>Ad=Bd'+r,\quad 0\le r&lt;B,</w:t>
          </w:r>
        </w:p>
        <w:p>
          <w:pPr>
            <w:pStyle w:val="ArchiveText"/>
          </w:pPr>
          <w:r>
            <w:rPr>
              <w:noProof/>
            </w:rPr>
            <w:t>\qquad d=(Bd'+r)/A.</w:t>
          </w:r>
        </w:p>
        <w:p>
          <w:pPr>
            <w:pStyle w:val="ArchiveText"/>
          </w:pPr>
          <w:r>
            <w:rPr>
              <w:noProof/>
            </w:rPr>
            <w:t>\]</w:t>
          </w:r>
        </w:p>
        <w:p>
          <w:pPr>
            <w:pStyle w:val="ArchiveText"/>
          </w:pPr>
          <w:r>
            <w:rPr>
              <w:noProof/>
            </w:rPr>
            <w:t>Encoding retains the terminal state and the remainder list in forward order. Decoding consumes the list from the right. Induction proves exact roundtrip reconstruction.</w:t>
          </w:r>
        </w:p>
        <w:p>
          <w:pPr>
            <w:pStyle w:val="ArchiveText"/>
          </w:pPr>
          <w:r>
            <w:rPr>
              <w:noProof/>
            </w:rPr>
          </w:r>
        </w:p>
        <w:p>
          <w:pPr>
            <w:pStyle w:val="ArchiveText"/>
          </w:pPr>
          <w:r>
            <w:rPr>
              <w:noProof/>
            </w:rPr>
            <w:t>Admissibility checks, at each reverse step, that the remainder is in \([0,B)\) and that \(Bd'+r\) is divisible by \(A\). From these conditions the recovered integer has exactly the prescribed quotient and remainder. Induction proves encoding the recovery returns precisely the proposed record. Combining this with roundtrip reconstruction proves that an admissible record is generated by exactly one initial integer. It also proves every later state is reconstructed.</w:t>
          </w:r>
        </w:p>
        <w:p>
          <w:pPr>
            <w:pStyle w:val="ArchiveText"/>
          </w:pPr>
          <w:r>
            <w:rPr>
              <w:noProof/>
            </w:rPr>
          </w:r>
        </w:p>
        <w:p>
          <w:pPr>
            <w:pStyle w:val="ArchiveText"/>
          </w:pPr>
          <w:r>
            <w:rPr>
              <w:noProof/>
            </w:rPr>
            <w:t>The positional ledger value is defined recursively by</w:t>
          </w:r>
        </w:p>
        <w:p>
          <w:pPr>
            <w:pStyle w:val="ArchiveText"/>
          </w:pPr>
          <w:r>
            <w:rPr>
              <w:noProof/>
            </w:rPr>
            <w:t>\[</w:t>
          </w:r>
        </w:p>
        <w:p>
          <w:pPr>
            <w:pStyle w:val="ArchiveText"/>
          </w:pPr>
          <w:r>
            <w:rPr>
              <w:noProof/>
            </w:rPr>
            <w:t>V([])=0,\qquad V(r::rs)=A^{|rs|}r+B\,V(rs).</w:t>
          </w:r>
        </w:p>
        <w:p>
          <w:pPr>
            <w:pStyle w:val="ArchiveText"/>
          </w:pPr>
          <w:r>
            <w:rPr>
              <w:noProof/>
            </w:rPr>
            <w:t>\]</w:t>
          </w:r>
        </w:p>
        <w:p>
          <w:pPr>
            <w:pStyle w:val="ArchiveText"/>
          </w:pPr>
          <w:r>
            <w:rPr>
              <w:noProof/>
            </w:rPr>
            <w:t>Induction proves</w:t>
          </w:r>
        </w:p>
        <w:p>
          <w:pPr>
            <w:pStyle w:val="ArchiveText"/>
          </w:pPr>
          <w:r>
            <w:rPr>
              <w:noProof/>
            </w:rPr>
            <w:t>\[</w:t>
          </w:r>
        </w:p>
        <w:p>
          <w:pPr>
            <w:pStyle w:val="ArchiveText"/>
          </w:pPr>
          <w:r>
            <w:rPr>
              <w:noProof/>
            </w:rPr>
            <w:t>A^n d_0=B^n d_n+V([r_0,\ldots,r_{n-1}]).</w:t>
          </w:r>
        </w:p>
        <w:p>
          <w:pPr>
            <w:pStyle w:val="ArchiveText"/>
          </w:pPr>
          <w:r>
            <w:rPr>
              <w:noProof/>
            </w:rPr>
            <w:t>\]</w:t>
          </w:r>
        </w:p>
        <w:p>
          <w:pPr>
            <w:pStyle w:val="ArchiveText"/>
          </w:pPr>
          <w:r>
            <w:rPr>
              <w:noProof/>
            </w:rPr>
            <w:t>The displayed recurrence is the ordered polynomial</w:t>
          </w:r>
        </w:p>
        <w:p>
          <w:pPr>
            <w:pStyle w:val="ArchiveText"/>
          </w:pPr>
          <w:r>
            <w:rPr>
              <w:noProof/>
            </w:rPr>
            <w:t>\(\sum_{j=0}^{n-1}B^jA^{n-1-j}r_j\): expanding the head gives its first term, and multiplying the tail by \(B\) gives exactly the remaining coefficients. The formal theorem uses this recursive polynomial definition.</w:t>
          </w:r>
        </w:p>
        <w:p>
          <w:pPr>
            <w:pStyle w:val="ArchiveText"/>
          </w:pPr>
          <w:r>
            <w:rPr>
              <w:noProof/>
            </w:rPr>
          </w:r>
        </w:p>
        <w:p>
          <w:pPr>
            <w:pStyle w:val="ArchiveText"/>
          </w:pPr>
          <w:r>
            <w:rPr>
              <w:noProof/>
            </w:rPr>
            <w:t>Specializing \((A,B)=(Q,S)\) recovers the canonical dynamics. Independently, the proved modular inverse gives</w:t>
          </w:r>
        </w:p>
        <w:p>
          <w:pPr>
            <w:pStyle w:val="ArchiveText"/>
          </w:pPr>
          <w:r>
            <w:rPr>
              <w:noProof/>
            </w:rPr>
            <w:t>\[</w:t>
          </w:r>
        </w:p>
        <w:p>
          <w:pPr>
            <w:pStyle w:val="ArchiveText"/>
          </w:pPr>
          <w:r>
            <w:rPr>
              <w:noProof/>
            </w:rPr>
            <w:t>d=281419755786509\,(\rho(d)/2)\pmod{500000000000000}</w:t>
          </w:r>
        </w:p>
        <w:p>
          <w:pPr>
            <w:pStyle w:val="ArchiveText"/>
          </w:pPr>
          <w:r>
            <w:rPr>
              <w:noProof/>
            </w:rPr>
            <w:t>\]</w:t>
          </w:r>
        </w:p>
        <w:p>
          <w:pPr>
            <w:pStyle w:val="ArchiveText"/>
          </w:pPr>
          <w:r>
            <w:rPr>
              <w:noProof/>
            </w:rPr>
            <w:t>for all seeds below this period. This is the proved reason a single remainder is injective on the smaller audit domain; it does not replace the general ledger theorem.</w:t>
          </w:r>
        </w:p>
        <w:p>
          <w:pPr>
            <w:pStyle w:val="ArchiveText"/>
          </w:pPr>
          <w:r>
            <w:rPr>
              <w:noProof/>
            </w:rPr>
          </w:r>
        </w:p>
        <w:p>
          <w:pPr>
            <w:pStyle w:val="ArchiveText"/>
          </w:pPr>
          <w:r>
            <w:rPr>
              <w:noProof/>
            </w:rPr>
            <w:t>## 6. Residual types and retained geometric data</w:t>
          </w:r>
        </w:p>
        <w:p>
          <w:pPr>
            <w:pStyle w:val="ArchiveText"/>
          </w:pPr>
          <w:r>
            <w:rPr>
              <w:noProof/>
            </w:rPr>
          </w:r>
        </w:p>
        <w:p>
          <w:pPr>
            <w:pStyle w:val="ArchiveText"/>
          </w:pPr>
          <w:r>
            <w:rPr>
              <w:noProof/>
            </w:rPr>
            <w:t>`Interface.lean` proves the two-way scalar quotient-residual coordinate change, its canonical residual bounds, and the exact external factorization of \(Qd\). This is an application of the frozen external interface; it adds no SRSD algorithms or claims.</w:t>
          </w:r>
        </w:p>
        <w:p>
          <w:pPr>
            <w:pStyle w:val="ArchiveText"/>
          </w:pPr>
          <w:r>
            <w:rPr>
              <w:noProof/>
            </w:rPr>
          </w:r>
        </w:p>
        <w:p>
          <w:pPr>
            <w:pStyle w:val="ArchiveText"/>
          </w:pPr>
          <w:r>
            <w:rPr>
              <w:noProof/>
            </w:rPr>
            <w:t>The rational normalized residual is \(\rho(d)/S=qd-F(d)\). The real-parameter residual is instead</w:t>
          </w:r>
        </w:p>
        <w:p>
          <w:pPr>
            <w:pStyle w:val="ArchiveText"/>
          </w:pPr>
          <w:r>
            <w:rPr>
              <w:noProof/>
            </w:rPr>
            <w:t>\[</w:t>
          </w:r>
        </w:p>
        <w:p>
          <w:pPr>
            <w:pStyle w:val="ArchiveText"/>
          </w:pPr>
          <w:r>
            <w:rPr>
              <w:noProof/>
            </w:rPr>
            <w:t>\lambda d-\lfloor\lambda d\rfloor</w:t>
          </w:r>
        </w:p>
        <w:p>
          <w:pPr>
            <w:pStyle w:val="ArchiveText"/>
          </w:pPr>
          <w:r>
            <w:rPr>
              <w:noProof/>
            </w:rPr>
            <w:t>=\rho(d)/S+(\lambda-q)d.</w:t>
          </w:r>
        </w:p>
        <w:p>
          <w:pPr>
            <w:pStyle w:val="ArchiveText"/>
          </w:pPr>
          <w:r>
            <w:rPr>
              <w:noProof/>
            </w:rPr>
            <w:t>\]</w:t>
          </w:r>
        </w:p>
        <w:p>
          <w:pPr>
            <w:pStyle w:val="ArchiveText"/>
          </w:pPr>
          <w:r>
            <w:rPr>
              <w:noProof/>
            </w:rPr>
            <w:t>For positive \(d\), the correction is strictly positive. Equality of floor successors therefore does not identify the residuals.</w:t>
          </w:r>
        </w:p>
        <w:p>
          <w:pPr>
            <w:pStyle w:val="ArchiveText"/>
          </w:pPr>
          <w:r>
            <w:rPr>
              <w:noProof/>
            </w:rPr>
          </w:r>
        </w:p>
        <w:p>
          <w:pPr>
            <w:pStyle w:val="ArchiveText"/>
          </w:pPr>
          <w:r>
            <w:rPr>
              <w:noProof/>
            </w:rPr>
            <w:t>`point_reconstruction` and `curve_reconstruction` explicitly consume retained scale, center and frame data. The ledger reconstructs integers. The retained data turn those integers into grid displacements, points or radius-requantized outlines. Positive radii remain a hypothesis when the geometric provenance result is invoked; radius zero denotes termination rather than a positive-radius construction.</w:t>
          </w:r>
        </w:p>
        <w:p>
          <w:pPr>
            <w:pStyle w:val="ArchiveText"/>
          </w:pPr>
          <w:r>
            <w:rPr>
              <w:noProof/>
            </w:rPr>
          </w:r>
        </w:p>
        <w:p>
          <w:pPr>
            <w:pStyle w:val="ArchiveText"/>
          </w:pPr>
          <w:r>
            <w:rPr>
              <w:noProof/>
            </w:rPr>
            <w:t>## Typed dependency table</w:t>
          </w:r>
        </w:p>
        <w:p>
          <w:pPr>
            <w:pStyle w:val="ArchiveText"/>
          </w:pPr>
          <w:r>
            <w:rPr>
              <w:noProof/>
            </w:rPr>
          </w:r>
        </w:p>
        <w:p>
          <w:pPr>
            <w:pStyle w:val="ArchiveText"/>
          </w:pPr>
          <w:r>
            <w:rPr>
              <w:noProof/>
            </w:rPr>
            <w:t>| Stage | Type | Lean location |</w:t>
          </w:r>
        </w:p>
        <w:p>
          <w:pPr>
            <w:pStyle w:val="ArchiveText"/>
          </w:pPr>
          <w:r>
            <w:rPr>
              <w:noProof/>
            </w:rPr>
            <w:t>|---|---|---|</w:t>
          </w:r>
        </w:p>
        <w:p>
          <w:pPr>
            <w:pStyle w:val="ArchiveText"/>
          </w:pPr>
          <w:r>
            <w:rPr>
              <w:noProof/>
            </w:rPr>
            <w:t>| Golden rule, arcsecond seed, positive scale, labeled marks and frame | Inputs and definitions | Constants, Geometry, Placement |</w:t>
          </w:r>
        </w:p>
        <w:p>
          <w:pPr>
            <w:pStyle w:val="ArchiveText"/>
          </w:pPr>
          <w:r>
            <w:rPr>
              <w:noProof/>
            </w:rPr>
            <w:t>| Retained arc and bilateral segments | Defined sets, derived endpoint and length identities | Geometry |</w:t>
          </w:r>
        </w:p>
        <w:p>
          <w:pPr>
            <w:pStyle w:val="ArchiveText"/>
          </w:pPr>
          <w:r>
            <w:rPr>
              <w:noProof/>
            </w:rPr>
            <w:t>| Mean of outer lengths and opposite semicircle | Selected observables | `G`, `C` |</w:t>
          </w:r>
        </w:p>
        <w:p>
          <w:pPr>
            <w:pStyle w:val="ArchiveText"/>
          </w:pPr>
          <w:r>
            <w:rPr>
              <w:noProof/>
            </w:rPr>
            <w:t>| \(G=a\varphi,C=a\pi\), normalized shares | Derived real identities | `geometric_provenance`, `provenance_all_placements` |</w:t>
          </w:r>
        </w:p>
        <w:p>
          <w:pPr>
            <w:pStyle w:val="ArchiveText"/>
          </w:pPr>
          <w:r>
            <w:rPr>
              <w:noProof/>
            </w:rPr>
            <w:t>| Weighted mean and homothety | Algebraic identity and commuting observation | Affine |</w:t>
          </w:r>
        </w:p>
        <w:p>
          <w:pPr>
            <w:pStyle w:val="ArchiveText"/>
          </w:pPr>
          <w:r>
            <w:rPr>
              <w:noProof/>
            </w:rPr>
            <w:t>| Quantizer and independent grid scale | Definition and coordinate interface | Affine, Interface |</w:t>
          </w:r>
        </w:p>
        <w:p>
          <w:pPr>
            <w:pStyle w:val="ArchiveText"/>
          </w:pPr>
          <w:r>
            <w:rPr>
              <w:noProof/>
            </w:rPr>
            <w:t>| Canonical rational arithmetic | Definitions and Euclidean identities | Floor |</w:t>
          </w:r>
        </w:p>
        <w:p>
          <w:pPr>
            <w:pStyle w:val="ArchiveText"/>
          </w:pPr>
          <w:r>
            <w:rPr>
              <w:noProof/>
            </w:rPr>
            <w:t>| Exact table interval | Analytic finite-domain equality | `exact_parameter_interval` |</w:t>
          </w:r>
        </w:p>
        <w:p>
          <w:pPr>
            <w:pStyle w:val="ArchiveText"/>
          </w:pPr>
          <w:r>
            <w:rPr>
              <w:noProof/>
            </w:rPr>
            <w:t>| Remainder gap | Exhaustive, kernel-checked finite certificate | Finite |</w:t>
          </w:r>
        </w:p>
        <w:p>
          <w:pPr>
            <w:pStyle w:val="ArchiveText"/>
          </w:pPr>
          <w:r>
            <w:rPr>
              <w:noProof/>
            </w:rPr>
            <w:t>| Finite trajectories | Implication using forward invariance | `trajectory_equality`, `grid_trajectory` |</w:t>
          </w:r>
        </w:p>
        <w:p>
          <w:pPr>
            <w:pStyle w:val="ArchiveText"/>
          </w:pPr>
          <w:r>
            <w:rPr>
              <w:noProof/>
            </w:rPr>
            <w:t>| Terminal state and ordered remainders | Information-preserving encoding with admissibility | Ledger |</w:t>
          </w:r>
        </w:p>
        <w:p>
          <w:pPr>
            <w:pStyle w:val="ArchiveText"/>
          </w:pPr>
          <w:r>
            <w:rPr>
              <w:noProof/>
            </w:rPr>
            <w:t>| Scale, center, frame, positive radius | Additional realization data | Placement, Interface |</w:t>
          </w:r>
        </w:p>
        <w:p>
          <w:pPr>
            <w:pStyle w:val="ArchiveText"/>
          </w:pPr>
          <w:r>
            <w:rPr>
              <w:noProof/>
            </w:rPr>
            <w:t>| Combined provenance theorem | Composition of the proved interfaces | Main |</w:t>
          </w:r>
        </w:p>
        <w:p>
          <w:pPr>
            <w:pStyle w:val="ArchiveText"/>
          </w:pPr>
          <w:r>
            <w:rPr>
              <w:noProof/>
            </w:rPr>
          </w:r>
        </w:p>
      </w:sdtContent>
    </w:sdt>
    <w:p>
      <w:bookmarkStart w:id="16" w:name="archive_16"/>
      <w:pPr>
        <w:pStyle w:val="Heading1"/>
        <w:pageBreakBefore w:val="0"/>
      </w:pPr>
      <w:r>
        <w:t>File 16</w:t>
      </w:r>
      <w:bookmarkEnd w:id="16"/>
    </w:p>
    <w:p>
      <w:pPr>
        <w:pStyle w:val="ArchivePath"/>
      </w:pPr>
      <w:r>
        <w:t>OMEGA_NAUGHT_Lean_Proof_v0.1/README.md</w:t>
      </w:r>
    </w:p>
    <w:p>
      <w:pPr>
        <w:pStyle w:val="ArchiveMeta"/>
      </w:pPr>
      <w:r>
        <w:t>5,963 bytes  |  93 original line breaks</w:t>
      </w:r>
    </w:p>
    <w:sdt>
      <w:sdtPr>
        <w:tag w:val="archive-file:OMEGA_NAUGHT_Lean_Proof_v0.1/README.md"/>
        <w:alias w:val="OMEGA_NAUGHT_Lean_Proof_v0.1/README.md"/>
      </w:sdtPr>
      <w:sdtContent>
        <w:p>
          <w:pPr>
            <w:pStyle w:val="ArchiveText"/>
          </w:pPr>
          <w:r>
            <w:rPr>
              <w:noProof/>
            </w:rPr>
            <w:t># OMEGA NAUGHT: Lean 4 formal proof</w:t>
          </w:r>
        </w:p>
        <w:p>
          <w:pPr>
            <w:pStyle w:val="ArchiveText"/>
          </w:pPr>
          <w:r>
            <w:rPr>
              <w:noProof/>
            </w:rPr>
          </w:r>
        </w:p>
        <w:p>
          <w:pPr>
            <w:pStyle w:val="ArchiveText"/>
          </w:pPr>
          <w:r>
            <w:rPr>
              <w:noProof/>
            </w:rPr>
            <w:t>This project formalizes the complete central geometric-provenance theorem and its arithmetic and reconstruction interfaces. The main result is `Omega.central_provenance_theorem` in `Omega/Main.lean`. The source contains 147 named, proved theorems.</w:t>
          </w:r>
        </w:p>
        <w:p>
          <w:pPr>
            <w:pStyle w:val="ArchiveText"/>
          </w:pPr>
          <w:r>
            <w:rPr>
              <w:noProof/>
            </w:rPr>
          </w:r>
        </w:p>
        <w:p>
          <w:pPr>
            <w:pStyle w:val="ArchiveText"/>
          </w:pPr>
          <w:r>
            <w:rPr>
              <w:noProof/>
            </w:rPr>
            <w:t>The construction and its selected measurement rule are explicit inputs. The conclusion is that this rule yields the stated scalar and connects to the stated finite arithmetic system. It does not assert uniqueness of the measurement rule among all possible measurements of an unmarked outline.</w:t>
          </w:r>
        </w:p>
        <w:p>
          <w:pPr>
            <w:pStyle w:val="ArchiveText"/>
          </w:pPr>
          <w:r>
            <w:rPr>
              <w:noProof/>
            </w:rPr>
          </w:r>
        </w:p>
        <w:p>
          <w:pPr>
            <w:pStyle w:val="ArchiveText"/>
          </w:pPr>
          <w:r>
            <w:rPr>
              <w:noProof/>
            </w:rPr>
            <w:t>## Exact main result</w:t>
          </w:r>
        </w:p>
        <w:p>
          <w:pPr>
            <w:pStyle w:val="ArchiveText"/>
          </w:pPr>
          <w:r>
            <w:rPr>
              <w:noProof/>
            </w:rPr>
          </w:r>
        </w:p>
        <w:p>
          <w:pPr>
            <w:pStyle w:val="ArchiveText"/>
          </w:pPr>
          <w:r>
            <w:rPr>
              <w:noProof/>
            </w:rPr>
            <w:t>Let</w:t>
          </w:r>
        </w:p>
        <w:p>
          <w:pPr>
            <w:pStyle w:val="ArchiveText"/>
          </w:pPr>
          <w:r>
            <w:rPr>
              <w:noProof/>
            </w:rPr>
          </w:r>
        </w:p>
        <w:p>
          <w:pPr>
            <w:pStyle w:val="ArchiveText"/>
          </w:pPr>
          <w:r>
            <w:rPr>
              <w:noProof/>
            </w:rPr>
            <w:t>\[</w:t>
          </w:r>
        </w:p>
        <w:p>
          <w:pPr>
            <w:pStyle w:val="ArchiveText"/>
          </w:pPr>
          <w:r>
            <w:rPr>
              <w:noProof/>
            </w:rPr>
            <w:t>\varphi=(1+\sqrt5)/2,\quad \varepsilon=\pi/648000,</w:t>
          </w:r>
        </w:p>
        <w:p>
          <w:pPr>
            <w:pStyle w:val="ArchiveText"/>
          </w:pPr>
          <w:r>
            <w:rPr>
              <w:noProof/>
            </w:rPr>
            <w:t>\quad\delta=\varepsilon/2,\quad s=\sin\delta,\quad c=\cos\delta.</w:t>
          </w:r>
        </w:p>
        <w:p>
          <w:pPr>
            <w:pStyle w:val="ArchiveText"/>
          </w:pPr>
          <w:r>
            <w:rPr>
              <w:noProof/>
            </w:rPr>
            <w:t>\]</w:t>
          </w:r>
        </w:p>
        <w:p>
          <w:pPr>
            <w:pStyle w:val="ArchiveText"/>
          </w:pPr>
          <w:r>
            <w:rPr>
              <w:noProof/>
            </w:rPr>
          </w:r>
        </w:p>
        <w:p>
          <w:pPr>
            <w:pStyle w:val="ArchiveText"/>
          </w:pPr>
          <w:r>
            <w:rPr>
              <w:noProof/>
            </w:rPr>
            <w:t>In the Euclidean plane identified with the complex numbers, the marked points are</w:t>
          </w:r>
        </w:p>
        <w:p>
          <w:pPr>
            <w:pStyle w:val="ArchiveText"/>
          </w:pPr>
          <w:r>
            <w:rPr>
              <w:noProof/>
            </w:rPr>
            <w:t>\(p(a,z)=ac+iaz\), with ordered levels</w:t>
          </w:r>
        </w:p>
        <w:p>
          <w:pPr>
            <w:pStyle w:val="ArchiveText"/>
          </w:pPr>
          <w:r>
            <w:rPr>
              <w:noProof/>
            </w:rPr>
          </w:r>
        </w:p>
        <w:p>
          <w:pPr>
            <w:pStyle w:val="ArchiveText"/>
          </w:pPr>
          <w:r>
            <w:rPr>
              <w:noProof/>
            </w:rPr>
            <w:t>\[</w:t>
          </w:r>
        </w:p>
        <w:p>
          <w:pPr>
            <w:pStyle w:val="ArchiveText"/>
          </w:pPr>
          <w:r>
            <w:rPr>
              <w:noProof/>
            </w:rPr>
            <w:t>z\in\bigl[-(\varphi^2+s),-(1+s),-s,s,1+s,\varphi^2+s\bigr].</w:t>
          </w:r>
        </w:p>
        <w:p>
          <w:pPr>
            <w:pStyle w:val="ArchiveText"/>
          </w:pPr>
          <w:r>
            <w:rPr>
              <w:noProof/>
            </w:rPr>
            <w:t>\]</w:t>
          </w:r>
        </w:p>
        <w:p>
          <w:pPr>
            <w:pStyle w:val="ArchiveText"/>
          </w:pPr>
          <w:r>
            <w:rPr>
              <w:noProof/>
            </w:rPr>
          </w:r>
        </w:p>
        <w:p>
          <w:pPr>
            <w:pStyle w:val="ArchiveText"/>
          </w:pPr>
          <w:r>
            <w:rPr>
              <w:noProof/>
            </w:rPr>
            <w:t>The outline is the radius-\(a\) circular arc with parameter interval</w:t>
          </w:r>
        </w:p>
        <w:p>
          <w:pPr>
            <w:pStyle w:val="ArchiveText"/>
          </w:pPr>
          <w:r>
            <w:rPr>
              <w:noProof/>
            </w:rPr>
            <w:t>\([\delta,2\pi-\delta]\), together with the two specified outward segments.</w:t>
          </w:r>
        </w:p>
        <w:p>
          <w:pPr>
            <w:pStyle w:val="ArchiveText"/>
          </w:pPr>
          <w:r>
            <w:rPr>
              <w:noProof/>
            </w:rPr>
            <w:t>The golden readout is the average of the two outer segment lengths. The circular readout is the length of the opposite semicircle, whose parameter interval is \([\pi/2,3\pi/2]\). Arc length is expressed by the standard integral of speed of the smooth circular parametrization; the major-arc parametrization is proved injective on its interval.</w:t>
          </w:r>
        </w:p>
        <w:p>
          <w:pPr>
            <w:pStyle w:val="ArchiveText"/>
          </w:pPr>
          <w:r>
            <w:rPr>
              <w:noProof/>
            </w:rPr>
          </w:r>
        </w:p>
        <w:p>
          <w:pPr>
            <w:pStyle w:val="ArchiveText"/>
          </w:pPr>
          <w:r>
            <w:rPr>
              <w:noProof/>
            </w:rPr>
            <w:t>For every \(a&gt;0\), every center, and every real linear isometric embedding of this plane into an ambient real normed space,</w:t>
          </w:r>
        </w:p>
        <w:p>
          <w:pPr>
            <w:pStyle w:val="ArchiveText"/>
          </w:pPr>
          <w:r>
            <w:rPr>
              <w:noProof/>
            </w:rPr>
          </w:r>
        </w:p>
        <w:p>
          <w:pPr>
            <w:pStyle w:val="ArchiveText"/>
          </w:pPr>
          <w:r>
            <w:rPr>
              <w:noProof/>
            </w:rPr>
            <w:t>\[</w:t>
          </w:r>
        </w:p>
        <w:p>
          <w:pPr>
            <w:pStyle w:val="ArchiveText"/>
          </w:pPr>
          <w:r>
            <w:rPr>
              <w:noProof/>
            </w:rPr>
            <w:t>G=a\varphi,\quad C=a\pi,\quad W=G+C=a(\varphi+\pi),</w:t>
          </w:r>
        </w:p>
        <w:p>
          <w:pPr>
            <w:pStyle w:val="ArchiveText"/>
          </w:pPr>
          <w:r>
            <w:rPr>
              <w:noProof/>
            </w:rPr>
            <w:t>\qquad G/W=\lambda=\frac{\varphi}{\varphi+\pi},</w:t>
          </w:r>
        </w:p>
        <w:p>
          <w:pPr>
            <w:pStyle w:val="ArchiveText"/>
          </w:pPr>
          <w:r>
            <w:rPr>
              <w:noProof/>
            </w:rPr>
            <w:t>\quad C/W=\mu=1-\lambda.</w:t>
          </w:r>
        </w:p>
        <w:p>
          <w:pPr>
            <w:pStyle w:val="ArchiveText"/>
          </w:pPr>
          <w:r>
            <w:rPr>
              <w:noProof/>
            </w:rPr>
            <w:t>\]</w:t>
          </w:r>
        </w:p>
        <w:p>
          <w:pPr>
            <w:pStyle w:val="ArchiveText"/>
          </w:pPr>
          <w:r>
            <w:rPr>
              <w:noProof/>
            </w:rPr>
          </w:r>
        </w:p>
        <w:p>
          <w:pPr>
            <w:pStyle w:val="ArchiveText"/>
          </w:pPr>
          <w:r>
            <w:rPr>
              <w:noProof/>
            </w:rPr>
            <w:t>The selected weighted mean is exactly</w:t>
          </w:r>
        </w:p>
        <w:p>
          <w:pPr>
            <w:pStyle w:val="ArchiveText"/>
          </w:pPr>
          <w:r>
            <w:rPr>
              <w:noProof/>
            </w:rPr>
          </w:r>
        </w:p>
        <w:p>
          <w:pPr>
            <w:pStyle w:val="ArchiveText"/>
          </w:pPr>
          <w:r>
            <w:rPr>
              <w:noProof/>
            </w:rPr>
            <w:t>\[</w:t>
          </w:r>
        </w:p>
        <w:p>
          <w:pPr>
            <w:pStyle w:val="ArchiveText"/>
          </w:pPr>
          <w:r>
            <w:rPr>
              <w:noProof/>
            </w:rPr>
            <w:t>\frac{Gx+C}{G+C}=1+\lambda(x-1)=T(x).</w:t>
          </w:r>
        </w:p>
        <w:p>
          <w:pPr>
            <w:pStyle w:val="ArchiveText"/>
          </w:pPr>
          <w:r>
            <w:rPr>
              <w:noProof/>
            </w:rPr>
            <w:t>\]</w:t>
          </w:r>
        </w:p>
        <w:p>
          <w:pPr>
            <w:pStyle w:val="ArchiveText"/>
          </w:pPr>
          <w:r>
            <w:rPr>
              <w:noProof/>
            </w:rPr>
          </w:r>
        </w:p>
        <w:p>
          <w:pPr>
            <w:pStyle w:val="ArchiveText"/>
          </w:pPr>
          <w:r>
            <w:rPr>
              <w:noProof/>
            </w:rPr>
            <w:t>With \(Q=339949771344778\), \(S=10^{15}\), \(q=Q/S\),</w:t>
          </w:r>
        </w:p>
        <w:p>
          <w:pPr>
            <w:pStyle w:val="ArchiveText"/>
          </w:pPr>
          <w:r>
            <w:rPr>
              <w:noProof/>
            </w:rPr>
            <w:t>\(D=\{0,\ldots,32767\}\), and \(F(d)=\lfloor Qd/S\rfloor\),</w:t>
          </w:r>
        </w:p>
        <w:p>
          <w:pPr>
            <w:pStyle w:val="ArchiveText"/>
          </w:pPr>
          <w:r>
            <w:rPr>
              <w:noProof/>
            </w:rPr>
          </w:r>
        </w:p>
        <w:p>
          <w:pPr>
            <w:pStyle w:val="ArchiveText"/>
          </w:pPr>
          <w:r>
            <w:rPr>
              <w:noProof/>
            </w:rPr>
            <w:t>\[</w:t>
          </w:r>
        </w:p>
        <w:p>
          <w:pPr>
            <w:pStyle w:val="ArchiveText"/>
          </w:pPr>
          <w:r>
            <w:rPr>
              <w:noProof/>
            </w:rPr>
            <w:t>\lfloor\lambda d\rfloor=F(d)\quad(d\in D).</w:t>
          </w:r>
        </w:p>
        <w:p>
          <w:pPr>
            <w:pStyle w:val="ArchiveText"/>
          </w:pPr>
          <w:r>
            <w:rPr>
              <w:noProof/>
            </w:rPr>
            <w:t>\]</w:t>
          </w:r>
        </w:p>
        <w:p>
          <w:pPr>
            <w:pStyle w:val="ArchiveText"/>
          </w:pPr>
          <w:r>
            <w:rPr>
              <w:noProof/>
            </w:rPr>
          </w:r>
        </w:p>
        <w:p>
          <w:pPr>
            <w:pStyle w:val="ArchiveText"/>
          </w:pPr>
          <w:r>
            <w:rPr>
              <w:noProof/>
            </w:rPr>
            <w:t>For every independently retained grid scale \(h&gt;0\), every \(n\in\mathbb N\), and \(d\in D\), repeating the operation</w:t>
          </w:r>
        </w:p>
        <w:p>
          <w:pPr>
            <w:pStyle w:val="ArchiveText"/>
          </w:pPr>
          <w:r>
            <w:rPr>
              <w:noProof/>
            </w:rPr>
            <w:t>\(y\mapsto h\lfloor\lambda y/h\rfloor\) gives exactly \(hF^{[n]}(d)\).</w:t>
          </w:r>
        </w:p>
        <w:p>
          <w:pPr>
            <w:pStyle w:val="ArchiveText"/>
          </w:pPr>
          <w:r>
            <w:rPr>
              <w:noProof/>
            </w:rPr>
          </w:r>
        </w:p>
        <w:p>
          <w:pPr>
            <w:pStyle w:val="ArchiveText"/>
          </w:pPr>
          <w:r>
            <w:rPr>
              <w:noProof/>
            </w:rPr>
            <w:t>For the integer Euclidean ledger, every generated terminal state and ordered remainder list reconstructs its initial state and hence its entire trajectory. Conversely, the explicitly defined admissibility conditions characterize the ledgers of unique initial integer states. With a retained grid scale, center and isometric frame, this reconstructs the corresponding radius-requantized geometric object.</w:t>
          </w:r>
        </w:p>
        <w:p>
          <w:pPr>
            <w:pStyle w:val="ArchiveText"/>
          </w:pPr>
          <w:r>
            <w:rPr>
              <w:noProof/>
            </w:rPr>
          </w:r>
        </w:p>
        <w:p>
          <w:pPr>
            <w:pStyle w:val="ArchiveText"/>
          </w:pPr>
          <w:r>
            <w:rPr>
              <w:noProof/>
            </w:rPr>
            <w:t>## Stronger exact results included</w:t>
          </w:r>
        </w:p>
        <w:p>
          <w:pPr>
            <w:pStyle w:val="ArchiveText"/>
          </w:pPr>
          <w:r>
            <w:rPr>
              <w:noProof/>
            </w:rPr>
          </w:r>
        </w:p>
        <w:p>
          <w:pPr>
            <w:pStyle w:val="ArchiveText"/>
          </w:pPr>
          <w:r>
            <w:rPr>
              <w:noProof/>
            </w:rPr>
            <w:t>* `exact_parameter_interval`: for **every real** \(r\), its entire floor table on \(D\) equals the canonical table if and only if</w:t>
          </w:r>
        </w:p>
        <w:p>
          <w:pPr>
            <w:pStyle w:val="ArchiveText"/>
          </w:pPr>
          <w:r>
            <w:rPr>
              <w:noProof/>
            </w:rPr>
            <w:t xml:space="preserve">  \[</w:t>
          </w:r>
        </w:p>
        <w:p>
          <w:pPr>
            <w:pStyle w:val="ArchiveText"/>
          </w:pPr>
          <w:r>
            <w:rPr>
              <w:noProof/>
            </w:rPr>
            <w:t xml:space="preserve">  4196/12343\le r&lt;7039/20706.</w:t>
          </w:r>
        </w:p>
        <w:p>
          <w:pPr>
            <w:pStyle w:val="ArchiveText"/>
          </w:pPr>
          <w:r>
            <w:rPr>
              <w:noProof/>
            </w:rPr>
            <w:t xml:space="preserve">  \]</w:t>
          </w:r>
        </w:p>
        <w:p>
          <w:pPr>
            <w:pStyle w:val="ArchiveText"/>
          </w:pPr>
          <w:r>
            <w:rPr>
              <w:noProof/>
            </w:rPr>
            <w:t>* `precision_threshold`: among decimal truncations \(q_p=\lfloor10^p\lambda\rfloor/10^p\), for **all natural** \(p\), agreement on the whole domain holds exactly when \(p\ge8\).</w:t>
          </w:r>
        </w:p>
        <w:p>
          <w:pPr>
            <w:pStyle w:val="ArchiveText"/>
          </w:pPr>
          <w:r>
            <w:rPr>
              <w:noProof/>
            </w:rPr>
            <w:t>* `first_remainder_reconstruction`: one canonical remainder identifies each seed below the full period \(S/2=500000000000000\), which includes \(D\). The modular inverse is proved, not assumed.</w:t>
          </w:r>
        </w:p>
        <w:p>
          <w:pPr>
            <w:pStyle w:val="ArchiveText"/>
          </w:pPr>
          <w:r>
            <w:rPr>
              <w:noProof/>
            </w:rPr>
            <w:t>* `finite_gap_certificate` and `certified_gap`: a kernel-reduced certificate covers all 32,768 states and proves \(S-\rho(d)\ge34535026732\). Equality is checked at \(d=20706\).</w:t>
          </w:r>
        </w:p>
        <w:p>
          <w:pPr>
            <w:pStyle w:val="ArchiveText"/>
          </w:pPr>
          <w:r>
            <w:rPr>
              <w:noProof/>
            </w:rPr>
            <w:t>* `extinction_threshold`: a universal recurrence characterizes exactly when an iterate is zero. The thresholds through step ten are proved to be</w:t>
          </w:r>
        </w:p>
        <w:p>
          <w:pPr>
            <w:pStyle w:val="ArchiveText"/>
          </w:pPr>
          <w:r>
            <w:rPr>
              <w:noProof/>
            </w:rPr>
            <w:t xml:space="preserve">  \(1,3,9,27,80,236,695,2045,6016,17697,52058\).</w:t>
          </w:r>
        </w:p>
        <w:p>
          <w:pPr>
            <w:pStyle w:val="ArchiveText"/>
          </w:pPr>
          <w:r>
            <w:rPr>
              <w:noProof/>
            </w:rPr>
            <w:t xml:space="preserve">  Every seed in \(D\) reaches zero by step ten; precisely seeds 17697 through 32767 need that tenth step.</w:t>
          </w:r>
        </w:p>
        <w:p>
          <w:pPr>
            <w:pStyle w:val="ArchiveText"/>
          </w:pPr>
          <w:r>
            <w:rPr>
              <w:noProof/>
            </w:rPr>
            <w:t>* The six marks have affine dimension one. Adjoining the center gives affine dimension two. Their center-relative span and Gram matrix have rank two. Injective linear embeddings preserve the span dimension.</w:t>
          </w:r>
        </w:p>
        <w:p>
          <w:pPr>
            <w:pStyle w:val="ArchiveText"/>
          </w:pPr>
          <w:r>
            <w:rPr>
              <w:noProof/>
            </w:rPr>
            <w:t>* Euclidean radii, general pair distances, inner products, angle cosines, the exact seed angle and triangle areas are proved. The general formulas cover all fifteen mark pairs.</w:t>
          </w:r>
        </w:p>
        <w:p>
          <w:pPr>
            <w:pStyle w:val="ArchiveText"/>
          </w:pPr>
          <w:r>
            <w:rPr>
              <w:noProof/>
            </w:rPr>
          </w:r>
        </w:p>
        <w:p>
          <w:pPr>
            <w:pStyle w:val="ArchiveText"/>
          </w:pPr>
          <w:r>
            <w:rPr>
              <w:noProof/>
            </w:rPr>
            <w:t>## Build</w:t>
          </w:r>
        </w:p>
        <w:p>
          <w:pPr>
            <w:pStyle w:val="ArchiveText"/>
          </w:pPr>
          <w:r>
            <w:rPr>
              <w:noProof/>
            </w:rPr>
          </w:r>
        </w:p>
        <w:p>
          <w:pPr>
            <w:pStyle w:val="ArchiveText"/>
          </w:pPr>
          <w:r>
            <w:rPr>
              <w:noProof/>
            </w:rPr>
            <w:t>Pinned versions:</w:t>
          </w:r>
        </w:p>
        <w:p>
          <w:pPr>
            <w:pStyle w:val="ArchiveText"/>
          </w:pPr>
          <w:r>
            <w:rPr>
              <w:noProof/>
            </w:rPr>
          </w:r>
        </w:p>
        <w:p>
          <w:pPr>
            <w:pStyle w:val="ArchiveText"/>
          </w:pPr>
          <w:r>
            <w:rPr>
              <w:noProof/>
            </w:rPr>
            <w:t>* Lean **4.19.0**, official release commit `6caaee842e94`.</w:t>
          </w:r>
        </w:p>
        <w:p>
          <w:pPr>
            <w:pStyle w:val="ArchiveText"/>
          </w:pPr>
          <w:r>
            <w:rPr>
              <w:noProof/>
            </w:rPr>
            <w:t>* Mathlib **v4.19.0**, commit `c44e0c8ee63ca166450922a373c7409c5d26b00b`.</w:t>
          </w:r>
        </w:p>
        <w:p>
          <w:pPr>
            <w:pStyle w:val="ArchiveText"/>
          </w:pPr>
          <w:r>
            <w:rPr>
              <w:noProof/>
            </w:rPr>
            <w:t>* `lake-manifest.json` pins the transitive package revisions.</w:t>
          </w:r>
        </w:p>
        <w:p>
          <w:pPr>
            <w:pStyle w:val="ArchiveText"/>
          </w:pPr>
          <w:r>
            <w:rPr>
              <w:noProof/>
            </w:rPr>
          </w:r>
        </w:p>
        <w:p>
          <w:pPr>
            <w:pStyle w:val="ArchiveText"/>
          </w:pPr>
          <w:r>
            <w:rPr>
              <w:noProof/>
            </w:rPr>
            <w:t>With [Lean/Elan installed](https://lean-lang.org/install/), in this directory:</w:t>
          </w:r>
        </w:p>
        <w:p>
          <w:pPr>
            <w:pStyle w:val="ArchiveText"/>
          </w:pPr>
          <w:r>
            <w:rPr>
              <w:noProof/>
            </w:rPr>
          </w:r>
        </w:p>
        <w:p>
          <w:pPr>
            <w:pStyle w:val="ArchiveText"/>
          </w:pPr>
          <w:r>
            <w:rPr>
              <w:noProof/>
            </w:rPr>
            <w:t>```bash</w:t>
          </w:r>
        </w:p>
        <w:p>
          <w:pPr>
            <w:pStyle w:val="ArchiveText"/>
          </w:pPr>
          <w:r>
            <w:rPr>
              <w:noProof/>
            </w:rPr>
            <w:t>lake update</w:t>
          </w:r>
        </w:p>
        <w:p>
          <w:pPr>
            <w:pStyle w:val="ArchiveText"/>
          </w:pPr>
          <w:r>
            <w:rPr>
              <w:noProof/>
            </w:rPr>
            <w:t>lake exe cache get</w:t>
          </w:r>
        </w:p>
        <w:p>
          <w:pPr>
            <w:pStyle w:val="ArchiveText"/>
          </w:pPr>
          <w:r>
            <w:rPr>
              <w:noProof/>
            </w:rPr>
            <w:t>lake build</w:t>
          </w:r>
        </w:p>
        <w:p>
          <w:pPr>
            <w:pStyle w:val="ArchiveText"/>
          </w:pPr>
          <w:r>
            <w:rPr>
              <w:noProof/>
            </w:rPr>
            <w:t>lake env lean Omega/AxiomAudit.lean</w:t>
          </w:r>
        </w:p>
        <w:p>
          <w:pPr>
            <w:pStyle w:val="ArchiveText"/>
          </w:pPr>
          <w:r>
            <w:rPr>
              <w:noProof/>
            </w:rPr>
            <w:t>```</w:t>
          </w:r>
        </w:p>
        <w:p>
          <w:pPr>
            <w:pStyle w:val="ArchiveText"/>
          </w:pPr>
          <w:r>
            <w:rPr>
              <w:noProof/>
            </w:rPr>
          </w:r>
        </w:p>
        <w:p>
          <w:pPr>
            <w:pStyle w:val="ArchiveText"/>
          </w:pPr>
          <w:r>
            <w:rPr>
              <w:noProof/>
            </w:rPr>
            <w:t>The default build checks `Omega.lean`, which imports the complete theorem chain through `Omega.Main`. `Omega/AxiomAudit.lean` separately reports the transitive axioms of every project theorem. `scripts/verify.sh` runs the build and checks that report. The compiler, dependencies and Mathlib cache are not bundled; initial setup needs network access. No `native_decide`, `sorry`, `admit`, or project-specific axioms are used in the proof source.</w:t>
          </w:r>
        </w:p>
        <w:p>
          <w:pPr>
            <w:pStyle w:val="ArchiveText"/>
          </w:pPr>
          <w:r>
            <w:rPr>
              <w:noProof/>
            </w:rPr>
          </w:r>
        </w:p>
        <w:p>
          <w:pPr>
            <w:pStyle w:val="ArchiveText"/>
          </w:pPr>
          <w:r>
            <w:rPr>
              <w:noProof/>
            </w:rPr>
            <w:t>The ordinary foundational dependencies reported are `propext`, `Classical.choice`, and `Quot.sound`; some arithmetic results use fewer or none. This is a conventional Lean/Mathlib formalization, not an assertion that classical real mathematics is axiom-free.</w:t>
          </w:r>
        </w:p>
        <w:p>
          <w:pPr>
            <w:pStyle w:val="ArchiveText"/>
          </w:pPr>
          <w:r>
            <w:rPr>
              <w:noProof/>
            </w:rPr>
          </w:r>
        </w:p>
        <w:p>
          <w:pPr>
            <w:pStyle w:val="ArchiveText"/>
          </w:pPr>
          <w:r>
            <w:rPr>
              <w:noProof/>
            </w:rPr>
            <w:t>## Read the proof</w:t>
          </w:r>
        </w:p>
        <w:p>
          <w:pPr>
            <w:pStyle w:val="ArchiveText"/>
          </w:pPr>
          <w:r>
            <w:rPr>
              <w:noProof/>
            </w:rPr>
          </w:r>
        </w:p>
        <w:p>
          <w:pPr>
            <w:pStyle w:val="ArchiveText"/>
          </w:pPr>
          <w:r>
            <w:rPr>
              <w:noProof/>
            </w:rPr>
            <w:t>Start with `Omega/Main.lean`, then follow the imports. `PROOF_GUIDE.md` gives the mathematical argument and a typed dependency table. `SOURCE_MAPPING.md` states the translation conventions and exact scope. `REPRODUCTION.md` records the actual build environment and commands, including a container-specific executable-location shim needed in this session. `evidence/` contains the successful build and axiom reports.</w:t>
          </w:r>
        </w:p>
        <w:p>
          <w:pPr>
            <w:pStyle w:val="ArchiveText"/>
          </w:pPr>
          <w:r>
            <w:rPr>
              <w:noProof/>
            </w:rPr>
          </w:r>
        </w:p>
        <w:p>
          <w:pPr>
            <w:pStyle w:val="ArchiveText"/>
          </w:pPr>
          <w:r>
            <w:rPr>
              <w:noProof/>
            </w:rPr>
            <w:t>The statistical workbook, codec benchmarks, timing observations and earlier Python execution histories are not converted into Lean theorems by this package. Likewise, some auxiliary manuscript presentation formulas, such as the individual arctangent bearing simplifications, are outside this formalization. These omissions do not supply hypotheses to the central proof: every dependency of the central Lean theorem is present or comes from the pinned Lean/Mathlib libraries.</w:t>
          </w:r>
        </w:p>
        <w:p>
          <w:pPr>
            <w:pStyle w:val="ArchiveText"/>
          </w:pPr>
          <w:r>
            <w:rPr>
              <w:noProof/>
            </w:rPr>
          </w:r>
        </w:p>
      </w:sdtContent>
    </w:sdt>
    <w:p>
      <w:bookmarkStart w:id="17" w:name="archive_17"/>
      <w:pPr>
        <w:pStyle w:val="Heading1"/>
        <w:pageBreakBefore w:val="0"/>
      </w:pPr>
      <w:r>
        <w:t>File 17</w:t>
      </w:r>
      <w:bookmarkEnd w:id="17"/>
    </w:p>
    <w:p>
      <w:pPr>
        <w:pStyle w:val="ArchivePath"/>
      </w:pPr>
      <w:r>
        <w:t>OMEGA_NAUGHT_Lean_Proof_v0.1/REPRODUCTION.md</w:t>
      </w:r>
    </w:p>
    <w:p>
      <w:pPr>
        <w:pStyle w:val="ArchiveMeta"/>
      </w:pPr>
      <w:r>
        <w:t>3,999 bytes  |  46 original line breaks</w:t>
      </w:r>
    </w:p>
    <w:sdt>
      <w:sdtPr>
        <w:tag w:val="archive-file:OMEGA_NAUGHT_Lean_Proof_v0.1/REPRODUCTION.md"/>
        <w:alias w:val="OMEGA_NAUGHT_Lean_Proof_v0.1/REPRODUCTION.md"/>
      </w:sdtPr>
      <w:sdtContent>
        <w:p>
          <w:pPr>
            <w:pStyle w:val="ArchiveText"/>
          </w:pPr>
          <w:r>
            <w:rPr>
              <w:noProof/>
            </w:rPr>
            <w:t># Reproduction report</w:t>
          </w:r>
        </w:p>
        <w:p>
          <w:pPr>
            <w:pStyle w:val="ArchiveText"/>
          </w:pPr>
          <w:r>
            <w:rPr>
              <w:noProof/>
            </w:rPr>
          </w:r>
        </w:p>
        <w:p>
          <w:pPr>
            <w:pStyle w:val="ArchiveText"/>
          </w:pPr>
          <w:r>
            <w:rPr>
              <w:noProof/>
            </w:rPr>
            <w:t>## Actual environment</w:t>
          </w:r>
        </w:p>
        <w:p>
          <w:pPr>
            <w:pStyle w:val="ArchiveText"/>
          </w:pPr>
          <w:r>
            <w:rPr>
              <w:noProof/>
            </w:rPr>
          </w:r>
        </w:p>
        <w:p>
          <w:pPr>
            <w:pStyle w:val="ArchiveText"/>
          </w:pPr>
          <w:r>
            <w:rPr>
              <w:noProof/>
            </w:rPr>
            <w:t>* Ubuntu 24.04.3 LTS, x86_64, glibc 2.39; reported kernel 6.18.35.</w:t>
          </w:r>
        </w:p>
        <w:p>
          <w:pPr>
            <w:pStyle w:val="ArchiveText"/>
          </w:pPr>
          <w:r>
            <w:rPr>
              <w:noProof/>
            </w:rPr>
            <w:t>* Official Lean 4.19.0 Linux release, commit `6caaee842e94`, Release build.</w:t>
          </w:r>
        </w:p>
        <w:p>
          <w:pPr>
            <w:pStyle w:val="ArchiveText"/>
          </w:pPr>
          <w:r>
            <w:rPr>
              <w:noProof/>
            </w:rPr>
            <w:t>* Lake 5.0.0-6caaee8, using Lean 4.19.0.</w:t>
          </w:r>
        </w:p>
        <w:p>
          <w:pPr>
            <w:pStyle w:val="ArchiveText"/>
          </w:pPr>
          <w:r>
            <w:rPr>
              <w:noProof/>
            </w:rPr>
            <w:t>* Mathlib v4.19.0, commit `c44e0c8ee63ca166450922a373c7409c5d26b00b`.</w:t>
          </w:r>
        </w:p>
        <w:p>
          <w:pPr>
            <w:pStyle w:val="ArchiveText"/>
          </w:pPr>
          <w:r>
            <w:rPr>
              <w:noProof/>
            </w:rPr>
            <w:t>* Python 3.12.14 was used for packaging and report inspection, not as a proof oracle.</w:t>
          </w:r>
        </w:p>
        <w:p>
          <w:pPr>
            <w:pStyle w:val="ArchiveText"/>
          </w:pPr>
          <w:r>
            <w:rPr>
              <w:noProof/>
            </w:rPr>
          </w:r>
        </w:p>
        <w:p>
          <w:pPr>
            <w:pStyle w:val="ArchiveText"/>
          </w:pPr>
          <w:r>
            <w:rPr>
              <w:noProof/>
            </w:rPr>
            <w:t>Lean was initially absent. Its official release archive and the pinned Mathlib source were downloaded. Mathlib dependencies and compiled library files came from its cache; the project proofs were elaborated and checked locally. This report does not claim that the entire Mathlib source tree was rebuilt locally.</w:t>
          </w:r>
        </w:p>
        <w:p>
          <w:pPr>
            <w:pStyle w:val="ArchiveText"/>
          </w:pPr>
          <w:r>
            <w:rPr>
              <w:noProof/>
            </w:rPr>
          </w:r>
        </w:p>
        <w:p>
          <w:pPr>
            <w:pStyle w:val="ArchiveText"/>
          </w:pPr>
          <w:r>
            <w:rPr>
              <w:noProof/>
            </w:rPr>
            <w:t>## Container accommodation</w:t>
          </w:r>
        </w:p>
        <w:p>
          <w:pPr>
            <w:pStyle w:val="ArchiveText"/>
          </w:pPr>
          <w:r>
            <w:rPr>
              <w:noProof/>
            </w:rPr>
          </w:r>
        </w:p>
        <w:p>
          <w:pPr>
            <w:pStyle w:val="ArchiveText"/>
          </w:pPr>
          <w:r>
            <w:rPr>
              <w:noProof/>
            </w:rPr>
            <w:t>This container exposes the running executable through `/proc/self/exe` but did not resolve Lean's `/proc/&lt;getpid()&gt;/exe` lookup. The unmodified official executable initially reported `failed to locate application`. The supplied `scripts/self_exe.c` changes just that `readlink` path to `/proc/self/exe`. It was compiled as a shared library and loaded with `LD_PRELOAD`. It changes executable discovery, not arithmetic, theorem elaboration, the kernel or imported proof terms. Ordinary environments should use the normal commands in README without this shim.</w:t>
          </w:r>
        </w:p>
        <w:p>
          <w:pPr>
            <w:pStyle w:val="ArchiveText"/>
          </w:pPr>
          <w:r>
            <w:rPr>
              <w:noProof/>
            </w:rPr>
          </w:r>
        </w:p>
        <w:p>
          <w:pPr>
            <w:pStyle w:val="ArchiveText"/>
          </w:pPr>
          <w:r>
            <w:rPr>
              <w:noProof/>
            </w:rPr>
            <w:t>The local wrapper used during this session was:</w:t>
          </w:r>
        </w:p>
        <w:p>
          <w:pPr>
            <w:pStyle w:val="ArchiveText"/>
          </w:pPr>
          <w:r>
            <w:rPr>
              <w:noProof/>
            </w:rPr>
          </w:r>
        </w:p>
        <w:p>
          <w:pPr>
            <w:pStyle w:val="ArchiveText"/>
          </w:pPr>
          <w:r>
            <w:rPr>
              <w:noProof/>
            </w:rPr>
            <w:t>```bash</w:t>
          </w:r>
        </w:p>
        <w:p>
          <w:pPr>
            <w:pStyle w:val="ArchiveText"/>
          </w:pPr>
          <w:r>
            <w:rPr>
              <w:noProof/>
            </w:rPr>
            <w:t>export LD_PRELOAD=/tmp/omega-lean-toolchain/self_exe.so</w:t>
          </w:r>
        </w:p>
        <w:p>
          <w:pPr>
            <w:pStyle w:val="ArchiveText"/>
          </w:pPr>
          <w:r>
            <w:rPr>
              <w:noProof/>
            </w:rPr>
            <w:t>export PATH=/tmp/omega-lean-toolchain/lean-4.19.0-linux/bin:$PATH</w:t>
          </w:r>
        </w:p>
        <w:p>
          <w:pPr>
            <w:pStyle w:val="ArchiveText"/>
          </w:pPr>
          <w:r>
            <w:rPr>
              <w:noProof/>
            </w:rPr>
            <w:t>exec lake "$@"</w:t>
          </w:r>
        </w:p>
        <w:p>
          <w:pPr>
            <w:pStyle w:val="ArchiveText"/>
          </w:pPr>
          <w:r>
            <w:rPr>
              <w:noProof/>
            </w:rPr>
            <w:t>```</w:t>
          </w:r>
        </w:p>
        <w:p>
          <w:pPr>
            <w:pStyle w:val="ArchiveText"/>
          </w:pPr>
          <w:r>
            <w:rPr>
              <w:noProof/>
            </w:rPr>
          </w:r>
        </w:p>
        <w:p>
          <w:pPr>
            <w:pStyle w:val="ArchiveText"/>
          </w:pPr>
          <w:r>
            <w:rPr>
              <w:noProof/>
            </w:rPr>
            <w:t>Mathlib cache extraction also used `TAR_OPTIONS=--no-same-owner`. The initial project `lake update` failed at a ProofWidgets release download. Explicit cache downloads completed successfully, after which the project built. The original setup log is included as `evidence/setup_lake_update.log`; this failed setup command is not presented as a successful proof check.</w:t>
          </w:r>
        </w:p>
        <w:p>
          <w:pPr>
            <w:pStyle w:val="ArchiveText"/>
          </w:pPr>
          <w:r>
            <w:rPr>
              <w:noProof/>
            </w:rPr>
          </w:r>
        </w:p>
        <w:p>
          <w:pPr>
            <w:pStyle w:val="ArchiveText"/>
          </w:pPr>
          <w:r>
            <w:rPr>
              <w:noProof/>
            </w:rPr>
            <w:t>## Final checks actually performed</w:t>
          </w:r>
        </w:p>
        <w:p>
          <w:pPr>
            <w:pStyle w:val="ArchiveText"/>
          </w:pPr>
          <w:r>
            <w:rPr>
              <w:noProof/>
            </w:rPr>
          </w:r>
        </w:p>
        <w:p>
          <w:pPr>
            <w:pStyle w:val="ArchiveText"/>
          </w:pPr>
          <w:r>
            <w:rPr>
              <w:noProof/>
            </w:rPr>
            <w:t>| Command in the project directory | Exit status | Result |</w:t>
          </w:r>
        </w:p>
        <w:p>
          <w:pPr>
            <w:pStyle w:val="ArchiveText"/>
          </w:pPr>
          <w:r>
            <w:rPr>
              <w:noProof/>
            </w:rPr>
            <w:t>|---|---:|---|</w:t>
          </w:r>
        </w:p>
        <w:p>
          <w:pPr>
            <w:pStyle w:val="ArchiveText"/>
          </w:pPr>
          <w:r>
            <w:rPr>
              <w:noProof/>
            </w:rPr>
            <w:t>| `./scripts/lean_local.sh build` | 0 | Default project target, including all central proof modules, built successfully |</w:t>
          </w:r>
        </w:p>
        <w:p>
          <w:pPr>
            <w:pStyle w:val="ArchiveText"/>
          </w:pPr>
          <w:r>
            <w:rPr>
              <w:noProof/>
            </w:rPr>
            <w:t>| `./scripts/lean_local.sh env lean Omega/AxiomAudit.lean` | 0 | All 147 project theorem axiom dependencies reported |</w:t>
          </w:r>
        </w:p>
        <w:p>
          <w:pPr>
            <w:pStyle w:val="ArchiveText"/>
          </w:pPr>
          <w:r>
            <w:rPr>
              <w:noProof/>
            </w:rPr>
          </w:r>
        </w:p>
        <w:p>
          <w:pPr>
            <w:pStyle w:val="ArchiveText"/>
          </w:pPr>
          <w:r>
            <w:rPr>
              <w:noProof/>
            </w:rPr>
            <w:t>The wrapper applies the environment accommodation above. The final reports are `evidence/build.log` and `evidence/axioms.log`. Stylistic linter suggestions about tactic sequencing are present in the build log; there are no build errors or unfinished-proof warnings in that final log.</w:t>
          </w:r>
        </w:p>
        <w:p>
          <w:pPr>
            <w:pStyle w:val="ArchiveText"/>
          </w:pPr>
          <w:r>
            <w:rPr>
              <w:noProof/>
            </w:rPr>
          </w:r>
        </w:p>
        <w:p>
          <w:pPr>
            <w:pStyle w:val="ArchiveText"/>
          </w:pPr>
          <w:r>
            <w:rPr>
              <w:noProof/>
            </w:rPr>
            <w:t>The 147 reported theorem dependencies contain only `propext`, `Classical.choice` and `Quot.sound`, or subsets of them; some theorems depend on no axioms. No `sorryAx`, external native-evaluation axiom, or project-specific axiom occurs. `scripts/check_axioms.py` verifies the coverage count against the theorem declarations and rejects any other reported axiom.</w:t>
          </w:r>
        </w:p>
        <w:p>
          <w:pPr>
            <w:pStyle w:val="ArchiveText"/>
          </w:pPr>
          <w:r>
            <w:rPr>
              <w:noProof/>
            </w:rPr>
          </w:r>
        </w:p>
        <w:p>
          <w:pPr>
            <w:pStyle w:val="ArchiveText"/>
          </w:pPr>
          <w:r>
            <w:rPr>
              <w:noProof/>
            </w:rPr>
            <w:t>## Evidence classes</w:t>
          </w:r>
        </w:p>
        <w:p>
          <w:pPr>
            <w:pStyle w:val="ArchiveText"/>
          </w:pPr>
          <w:r>
            <w:rPr>
              <w:noProof/>
            </w:rPr>
          </w:r>
        </w:p>
        <w:p>
          <w:pPr>
            <w:pStyle w:val="ArchiveText"/>
          </w:pPr>
          <w:r>
            <w:rPr>
              <w:noProof/>
            </w:rPr>
            <w:t>* Analytic, algebraic and inductive proofs: Lean proof terms, checked during local compilation.</w:t>
          </w:r>
        </w:p>
        <w:p>
          <w:pPr>
            <w:pStyle w:val="ArchiveText"/>
          </w:pPr>
          <w:r>
            <w:rPr>
              <w:noProof/>
            </w:rPr>
            <w:t>* Exact finite certificate: ordinary Lean `decide` computes a Boolean certificate covering all 32,768 states. `certified_gap` proves its interpretation. This is not `native_decide` and is not an imported Python PASS message.</w:t>
          </w:r>
        </w:p>
        <w:p>
          <w:pPr>
            <w:pStyle w:val="ArchiveText"/>
          </w:pPr>
          <w:r>
            <w:rPr>
              <w:noProof/>
            </w:rPr>
            <w:t>* Concrete exact arithmetic: GCD, inverse, threshold values and witnesses are proved by kernel-reduced decision or proof-producing arithmetic tactics.</w:t>
          </w:r>
        </w:p>
        <w:p>
          <w:pPr>
            <w:pStyle w:val="ArchiveText"/>
          </w:pPr>
          <w:r>
            <w:rPr>
              <w:noProof/>
            </w:rPr>
            <w:t>* Mathematical-library dependencies: pinned Mathlib, including its proved real π bounds, calculus and linear-algebra results.</w:t>
          </w:r>
        </w:p>
        <w:p>
          <w:pPr>
            <w:pStyle w:val="ArchiveText"/>
          </w:pPr>
          <w:r>
            <w:rPr>
              <w:noProof/>
            </w:rPr>
            <w:t>* Empirical execution histories: outside this Lean formalization. No codec, timing, workbook or network measurement is certified merely by compiling these files.</w:t>
          </w:r>
        </w:p>
        <w:p>
          <w:pPr>
            <w:pStyle w:val="ArchiveText"/>
          </w:pPr>
          <w:r>
            <w:rPr>
              <w:noProof/>
            </w:rPr>
          </w:r>
        </w:p>
        <w:p>
          <w:pPr>
            <w:pStyle w:val="ArchiveText"/>
          </w:pPr>
          <w:r>
            <w:rPr>
              <w:noProof/>
            </w:rPr>
            <w:t>The archive supplies the reproducible source, dependency lock, proof guide, axiom audit and successful logs. It does not bundle the compiler or downloaded Mathlib cache. A clean installation on another machine has not been executed in this session; the reproduction commands are supplied for that check. SHA256SUMS identifies the packaged files at release time.</w:t>
          </w:r>
        </w:p>
        <w:p>
          <w:pPr>
            <w:pStyle w:val="ArchiveText"/>
          </w:pPr>
          <w:r>
            <w:rPr>
              <w:noProof/>
            </w:rPr>
          </w:r>
        </w:p>
      </w:sdtContent>
    </w:sdt>
    <w:p>
      <w:bookmarkStart w:id="18" w:name="archive_18"/>
      <w:pPr>
        <w:pStyle w:val="Heading1"/>
        <w:pageBreakBefore w:val="0"/>
      </w:pPr>
      <w:r>
        <w:t>File 18</w:t>
      </w:r>
      <w:bookmarkEnd w:id="18"/>
    </w:p>
    <w:p>
      <w:pPr>
        <w:pStyle w:val="ArchivePath"/>
      </w:pPr>
      <w:r>
        <w:t>OMEGA_NAUGHT_Lean_Proof_v0.1/SHA256SUMS</w:t>
      </w:r>
    </w:p>
    <w:p>
      <w:pPr>
        <w:pStyle w:val="ArchiveMeta"/>
      </w:pPr>
      <w:r>
        <w:t>2,373 bytes  |  28 original line breaks</w:t>
      </w:r>
    </w:p>
    <w:sdt>
      <w:sdtPr>
        <w:tag w:val="archive-file:OMEGA_NAUGHT_Lean_Proof_v0.1/SHA256SUMS"/>
        <w:alias w:val="OMEGA_NAUGHT_Lean_Proof_v0.1/SHA256SUMS"/>
      </w:sdtPr>
      <w:sdtContent>
        <w:p>
          <w:pPr>
            <w:pStyle w:val="ArchiveText"/>
          </w:pPr>
          <w:r>
            <w:rPr>
              <w:noProof/>
            </w:rPr>
            <w:t>bf8c5e04ee15ad4b1ec14cae878fdaf572d374e635f31191d750ab0c90de0121  Omega/Affine.lean</w:t>
          </w:r>
        </w:p>
        <w:p>
          <w:pPr>
            <w:pStyle w:val="ArchiveText"/>
          </w:pPr>
          <w:r>
            <w:rPr>
              <w:noProof/>
            </w:rPr>
            <w:t>4a0bdc5680cfb7123d6a0a206bb96bdedd6c3c5a49cc15a3d6835efe302efe07  Omega/AxiomAudit.lean</w:t>
          </w:r>
        </w:p>
        <w:p>
          <w:pPr>
            <w:pStyle w:val="ArchiveText"/>
          </w:pPr>
          <w:r>
            <w:rPr>
              <w:noProof/>
            </w:rPr>
            <w:t>a622442855d7d565b8a2ddf9364980f4919638c456229be4f2f4887a3eeea3fa  Omega/Constants.lean</w:t>
          </w:r>
        </w:p>
        <w:p>
          <w:pPr>
            <w:pStyle w:val="ArchiveText"/>
          </w:pPr>
          <w:r>
            <w:rPr>
              <w:noProof/>
            </w:rPr>
            <w:t>8f44a603b1448576055ffba4edaf62ca6a83773767962792fe785ea53f24b32f  Omega/Dimension.lean</w:t>
          </w:r>
        </w:p>
        <w:p>
          <w:pPr>
            <w:pStyle w:val="ArchiveText"/>
          </w:pPr>
          <w:r>
            <w:rPr>
              <w:noProof/>
            </w:rPr>
            <w:t>7305e893875398c5baa585d435eed4e9425cb0dcfa6b76d5d81f514317e2ca0c  Omega/Extinction.lean</w:t>
          </w:r>
        </w:p>
        <w:p>
          <w:pPr>
            <w:pStyle w:val="ArchiveText"/>
          </w:pPr>
          <w:r>
            <w:rPr>
              <w:noProof/>
            </w:rPr>
            <w:t>02bba826557c5206cc168a0eeef6dbd380b69e1892b4b2028e05bdfe6bd53a2d  Omega/Finite.lean</w:t>
          </w:r>
        </w:p>
        <w:p>
          <w:pPr>
            <w:pStyle w:val="ArchiveText"/>
          </w:pPr>
          <w:r>
            <w:rPr>
              <w:noProof/>
            </w:rPr>
            <w:t>774298bfb89beb990b8bdb6ef0cd95e1cedc7114b2aabf6b1949e91b33a652fb  Omega/Floor.lean</w:t>
          </w:r>
        </w:p>
        <w:p>
          <w:pPr>
            <w:pStyle w:val="ArchiveText"/>
          </w:pPr>
          <w:r>
            <w:rPr>
              <w:noProof/>
            </w:rPr>
            <w:t>1cb6284afc2eca467a90de27888d3157aa72cf39ebd788aac505bc256d24638b  Omega/Geometry.lean</w:t>
          </w:r>
        </w:p>
        <w:p>
          <w:pPr>
            <w:pStyle w:val="ArchiveText"/>
          </w:pPr>
          <w:r>
            <w:rPr>
              <w:noProof/>
            </w:rPr>
            <w:t>0a61e038b6c7a8cd42273aacaad53615be8fff13cc43ee61cf798d86ea392ae6  Omega/Interface.lean</w:t>
          </w:r>
        </w:p>
        <w:p>
          <w:pPr>
            <w:pStyle w:val="ArchiveText"/>
          </w:pPr>
          <w:r>
            <w:rPr>
              <w:noProof/>
            </w:rPr>
            <w:t>c4c833bd29e349e2550a4c2bfd67d6abe6b76a84a78041d81092f73e6e7d095c  Omega/Ledger.lean</w:t>
          </w:r>
        </w:p>
        <w:p>
          <w:pPr>
            <w:pStyle w:val="ArchiveText"/>
          </w:pPr>
          <w:r>
            <w:rPr>
              <w:noProof/>
            </w:rPr>
            <w:t>882556911c03bc06059a80a08a58bc87982dace224591e6368a0ffcad3b06bf8  Omega/Main.lean</w:t>
          </w:r>
        </w:p>
        <w:p>
          <w:pPr>
            <w:pStyle w:val="ArchiveText"/>
          </w:pPr>
          <w:r>
            <w:rPr>
              <w:noProof/>
            </w:rPr>
            <w:t>7715cf5d450e3d166858991f44c75a88ba67a8d3826789d9392cb0e7c32d7b0f  Omega/Metrics.lean</w:t>
          </w:r>
        </w:p>
        <w:p>
          <w:pPr>
            <w:pStyle w:val="ArchiveText"/>
          </w:pPr>
          <w:r>
            <w:rPr>
              <w:noProof/>
            </w:rPr>
            <w:t>6f4d106c949af1f9f12fe25f1a6cfe8a3691af58e3b2ecc26c0782d155690cb2  Omega/Placement.lean</w:t>
          </w:r>
        </w:p>
        <w:p>
          <w:pPr>
            <w:pStyle w:val="ArchiveText"/>
          </w:pPr>
          <w:r>
            <w:rPr>
              <w:noProof/>
            </w:rPr>
            <w:t>75e6164d192d8f659be9b73da00cb847017e9909631c93596b40d7ee4fad2010  Omega.lean</w:t>
          </w:r>
        </w:p>
        <w:p>
          <w:pPr>
            <w:pStyle w:val="ArchiveText"/>
          </w:pPr>
          <w:r>
            <w:rPr>
              <w:noProof/>
            </w:rPr>
            <w:t>c2accf70d8b425f6e660724c5df93f1f3521299158566f77fbc585aa1f71e51d  PROOF_GUIDE.md</w:t>
          </w:r>
        </w:p>
        <w:p>
          <w:pPr>
            <w:pStyle w:val="ArchiveText"/>
          </w:pPr>
          <w:r>
            <w:rPr>
              <w:noProof/>
            </w:rPr>
            <w:t>1396da8c8cd39227588d260b4086f1f7ae3aeec2f319251cb8e7879802986643  README.md</w:t>
          </w:r>
        </w:p>
        <w:p>
          <w:pPr>
            <w:pStyle w:val="ArchiveText"/>
          </w:pPr>
          <w:r>
            <w:rPr>
              <w:noProof/>
            </w:rPr>
            <w:t>23006d03bbb3b5ef00ed807d165904010c84b1061b65329a988dc6238616d828  REPRODUCTION.md</w:t>
          </w:r>
        </w:p>
        <w:p>
          <w:pPr>
            <w:pStyle w:val="ArchiveText"/>
          </w:pPr>
          <w:r>
            <w:rPr>
              <w:noProof/>
            </w:rPr>
            <w:t>35122d4222988b074ab80e46316c050ab1b17d2047248396bbcce3489819ffd7  SOURCE_MAPPING.md</w:t>
          </w:r>
        </w:p>
        <w:p>
          <w:pPr>
            <w:pStyle w:val="ArchiveText"/>
          </w:pPr>
          <w:r>
            <w:rPr>
              <w:noProof/>
            </w:rPr>
            <w:t>82dae0644b5ce591c3e4af7bf9fdbfa6aeec11591560cb785ab0727a65d8eda1  evidence/axioms.log</w:t>
          </w:r>
        </w:p>
        <w:p>
          <w:pPr>
            <w:pStyle w:val="ArchiveText"/>
          </w:pPr>
          <w:r>
            <w:rPr>
              <w:noProof/>
            </w:rPr>
            <w:t>b34aef23107d7eb168cf4b1b3642791ab8a49bc7b5848843481e3a01e3be1ae6  evidence/build.log</w:t>
          </w:r>
        </w:p>
        <w:p>
          <w:pPr>
            <w:pStyle w:val="ArchiveText"/>
          </w:pPr>
          <w:r>
            <w:rPr>
              <w:noProof/>
            </w:rPr>
            <w:t>62555658e57af67df06d8ddb4fc1507ed6b8e6f43f63a289aefd1ee4f7e70768  evidence/setup_lake_update.log</w:t>
          </w:r>
        </w:p>
        <w:p>
          <w:pPr>
            <w:pStyle w:val="ArchiveText"/>
          </w:pPr>
          <w:r>
            <w:rPr>
              <w:noProof/>
            </w:rPr>
            <w:t>2d90f26571b91180cb175c34f8339ce30a4958bfdc573acd278f17ce2b538a3e  lake-manifest.json</w:t>
          </w:r>
        </w:p>
        <w:p>
          <w:pPr>
            <w:pStyle w:val="ArchiveText"/>
          </w:pPr>
          <w:r>
            <w:rPr>
              <w:noProof/>
            </w:rPr>
            <w:t>30e552cd01e0b82081a26f9446cab1960f1f157f9c120a86740fa3656eb56e5c  lakefile.lean</w:t>
          </w:r>
        </w:p>
        <w:p>
          <w:pPr>
            <w:pStyle w:val="ArchiveText"/>
          </w:pPr>
          <w:r>
            <w:rPr>
              <w:noProof/>
            </w:rPr>
            <w:t>55e97be96000b5e9e290c9e74482e5e317861499a5540353ce845471bded8cea  lean-toolchain</w:t>
          </w:r>
        </w:p>
        <w:p>
          <w:pPr>
            <w:pStyle w:val="ArchiveText"/>
          </w:pPr>
          <w:r>
            <w:rPr>
              <w:noProof/>
            </w:rPr>
            <w:t>f57f46411b7245ec715eb13e4546d82d273eb9a8bbfe186c9f4fbf07fe78f5c2  scripts/check_axioms.py</w:t>
          </w:r>
        </w:p>
        <w:p>
          <w:pPr>
            <w:pStyle w:val="ArchiveText"/>
          </w:pPr>
          <w:r>
            <w:rPr>
              <w:noProof/>
            </w:rPr>
            <w:t>0124bc35127d5d64c5f3b97a21c6705ba944c071f2d2e28abb3a4a6ae35d3adb  scripts/lean_local.sh</w:t>
          </w:r>
        </w:p>
        <w:p>
          <w:pPr>
            <w:pStyle w:val="ArchiveText"/>
          </w:pPr>
          <w:r>
            <w:rPr>
              <w:noProof/>
            </w:rPr>
            <w:t>b0318dff24ea404bf6f983697599e34947f49ef505a5a196fc64e2b30a8c810c  scripts/self_exe.c</w:t>
          </w:r>
        </w:p>
        <w:p>
          <w:pPr>
            <w:pStyle w:val="ArchiveText"/>
          </w:pPr>
          <w:r>
            <w:rPr>
              <w:noProof/>
            </w:rPr>
            <w:t>4131c9c3b40bad2320a5059f1e8daaf3cd0a78f4e30270b20ae0c3093def2b8c  scripts/verify.sh</w:t>
          </w:r>
        </w:p>
        <w:p>
          <w:pPr>
            <w:pStyle w:val="ArchiveText"/>
          </w:pPr>
          <w:r>
            <w:rPr>
              <w:noProof/>
            </w:rPr>
          </w:r>
        </w:p>
      </w:sdtContent>
    </w:sdt>
    <w:p>
      <w:bookmarkStart w:id="19" w:name="archive_19"/>
      <w:pPr>
        <w:pStyle w:val="Heading1"/>
        <w:pageBreakBefore w:val="0"/>
      </w:pPr>
      <w:r>
        <w:t>File 19</w:t>
      </w:r>
      <w:bookmarkEnd w:id="19"/>
    </w:p>
    <w:p>
      <w:pPr>
        <w:pStyle w:val="ArchivePath"/>
      </w:pPr>
      <w:r>
        <w:t>OMEGA_NAUGHT_Lean_Proof_v0.1/SOURCE_MAPPING.md</w:t>
      </w:r>
    </w:p>
    <w:p>
      <w:pPr>
        <w:pStyle w:val="ArchiveMeta"/>
      </w:pPr>
      <w:r>
        <w:t>4,511 bytes  |  32 original line breaks</w:t>
      </w:r>
    </w:p>
    <w:sdt>
      <w:sdtPr>
        <w:tag w:val="archive-file:OMEGA_NAUGHT_Lean_Proof_v0.1/SOURCE_MAPPING.md"/>
        <w:alias w:val="OMEGA_NAUGHT_Lean_Proof_v0.1/SOURCE_MAPPING.md"/>
      </w:sdtPr>
      <w:sdtContent>
        <w:p>
          <w:pPr>
            <w:pStyle w:val="ArchiveText"/>
          </w:pPr>
          <w:r>
            <w:rPr>
              <w:noProof/>
            </w:rPr>
            <w:t># Source mapping and scope</w:t>
          </w:r>
        </w:p>
        <w:p>
          <w:pPr>
            <w:pStyle w:val="ArchiveText"/>
          </w:pPr>
          <w:r>
            <w:rPr>
              <w:noProof/>
            </w:rPr>
          </w:r>
        </w:p>
        <w:p>
          <w:pPr>
            <w:pStyle w:val="ArchiveText"/>
          </w:pPr>
          <w:r>
            <w:rPr>
              <w:noProof/>
            </w:rPr>
            <w:t>The formalization follows the supplied geometric-provenance manuscript and the completed independent audit. Earlier papers named in those documents are not imported as evidence or assumed theorems. The mathematical statements in the Lean files stand on their displayed definitions and the pinned Lean/Mathlib dependencies.</w:t>
          </w:r>
        </w:p>
        <w:p>
          <w:pPr>
            <w:pStyle w:val="ArchiveText"/>
          </w:pPr>
          <w:r>
            <w:rPr>
              <w:noProof/>
            </w:rPr>
          </w:r>
        </w:p>
        <w:p>
          <w:pPr>
            <w:pStyle w:val="ArchiveText"/>
          </w:pPr>
          <w:r>
            <w:rPr>
              <w:noProof/>
            </w:rPr>
            <w:t>| Supplied material | Formal treatment |</w:t>
          </w:r>
        </w:p>
        <w:p>
          <w:pPr>
            <w:pStyle w:val="ArchiveText"/>
          </w:pPr>
          <w:r>
            <w:rPr>
              <w:noProof/>
            </w:rPr>
            <w:t>|---|---|</w:t>
          </w:r>
        </w:p>
        <w:p>
          <w:pPr>
            <w:pStyle w:val="ArchiveText"/>
          </w:pPr>
          <w:r>
            <w:rPr>
              <w:noProof/>
            </w:rPr>
            <w:t>| Manuscript constants and one-arcsecond seed | Explicit real definitions, quadratic identity, seed angle and arcsecond conversion |</w:t>
          </w:r>
        </w:p>
        <w:p>
          <w:pPr>
            <w:pStyle w:val="ArchiveText"/>
          </w:pPr>
          <w:r>
            <w:rPr>
              <w:noProof/>
            </w:rPr>
            <w:t>| Six ordered marks and sequential bilateral extensions | Same coordinates and order; substitution, strict ordering, reflection and metric proofs |</w:t>
          </w:r>
        </w:p>
        <w:p>
          <w:pPr>
            <w:pStyle w:val="ArchiveText"/>
          </w:pPr>
          <w:r>
            <w:rPr>
              <w:noProof/>
            </w:rPr>
            <w:t>| Construction-to-kernel characterization | Explicit component sets, endpoints, coordinate uniqueness and no retracing; all placements represented by a center and linear isometric frame |</w:t>
          </w:r>
        </w:p>
        <w:p>
          <w:pPr>
            <w:pStyle w:val="ArchiveText"/>
          </w:pPr>
          <w:r>
            <w:rPr>
              <w:noProof/>
            </w:rPr>
            <w:t>| Golden measurement definition | The original **average of both outer lengths** is retained |</w:t>
          </w:r>
        </w:p>
        <w:p>
          <w:pPr>
            <w:pStyle w:val="ArchiveText"/>
          </w:pPr>
          <w:r>
            <w:rPr>
              <w:noProof/>
            </w:rPr>
            <w:t>| Circular measurement definition | Opposite semicircle contained in the retained arc; smooth arc length represented by the integral of speed |</w:t>
          </w:r>
        </w:p>
        <w:p>
          <w:pPr>
            <w:pStyle w:val="ArchiveText"/>
          </w:pPr>
          <w:r>
            <w:rPr>
              <w:noProof/>
            </w:rPr>
            <w:t>| Reference sum versus outline length | Separate definitions and a proved strict inequality |</w:t>
          </w:r>
        </w:p>
        <w:p>
          <w:pPr>
            <w:pStyle w:val="ArchiveText"/>
          </w:pPr>
          <w:r>
            <w:rPr>
              <w:noProof/>
            </w:rPr>
            <w:t>| Weighted mean, homothety, scalar observation | Explicit identities with the required centered intercept; the arbitrary-intercept error is proved |</w:t>
          </w:r>
        </w:p>
        <w:p>
          <w:pPr>
            <w:pStyle w:val="ArchiveText"/>
          </w:pPr>
          <w:r>
            <w:rPr>
              <w:noProof/>
            </w:rPr>
            <w:t>| Dimension statements | Affine dimension 1; center adjoined dimension 2; centered span and Gram rank 2; embedding invariance |</w:t>
          </w:r>
        </w:p>
        <w:p>
          <w:pPr>
            <w:pStyle w:val="ArchiveText"/>
          </w:pPr>
          <w:r>
            <w:rPr>
              <w:noProof/>
            </w:rPr>
            <w:t>| General distances, radii, angle cosines, areas | Euclidean formulas for arbitrary signed levels, hence covering all fifteen pairs; exact seed angle also proved |</w:t>
          </w:r>
        </w:p>
        <w:p>
          <w:pPr>
            <w:pStyle w:val="ArchiveText"/>
          </w:pPr>
          <w:r>
            <w:rPr>
              <w:noProof/>
            </w:rPr>
            <w:t>| Rational real bounds | Mathlib's proved 20-decimal π bounds and a proved golden-root enclosure replace the original Machin/enclosure implementation as the proof route |</w:t>
          </w:r>
        </w:p>
        <w:p>
          <w:pPr>
            <w:pStyle w:val="ArchiveText"/>
          </w:pPr>
          <w:r>
            <w:rPr>
              <w:noProof/>
            </w:rPr>
            <w:t>| Finite certificate | Exact 32,768-state remainder-gap certificate reduced by Lean's ordinary decision procedure and converted into a universal inequality |</w:t>
          </w:r>
        </w:p>
        <w:p>
          <w:pPr>
            <w:pStyle w:val="ArchiveText"/>
          </w:pPr>
          <w:r>
            <w:rPr>
              <w:noProof/>
            </w:rPr>
            <w:t>| Strongest audited floor theorem | Exact half-open interval of every real parameter giving the full table; proved analytically with the determinant argument |</w:t>
          </w:r>
        </w:p>
        <w:p>
          <w:pPr>
            <w:pStyle w:val="ArchiveText"/>
          </w:pPr>
          <w:r>
            <w:rPr>
              <w:noProof/>
            </w:rPr>
            <w:t>| Decimal precision | Proved for every natural precision, extending the finite experimental sweep as an explicitly stronger theorem |</w:t>
          </w:r>
        </w:p>
        <w:p>
          <w:pPr>
            <w:pStyle w:val="ArchiveText"/>
          </w:pPr>
          <w:r>
            <w:rPr>
              <w:noProof/>
            </w:rPr>
            <w:t>| Repeated quantization | One-step interface, invariant domain and arbitrary finite trajectories; checked counterexample to rounding just once |</w:t>
          </w:r>
        </w:p>
        <w:p>
          <w:pPr>
            <w:pStyle w:val="ArchiveText"/>
          </w:pPr>
          <w:r>
            <w:rPr>
              <w:noProof/>
            </w:rPr>
            <w:t>| Ordered ledger | Generic integer theorem with all reverse admissibility conditions, uniqueness, whole-trajectory reconstruction and recursive positional polynomial identity |</w:t>
          </w:r>
        </w:p>
        <w:p>
          <w:pPr>
            <w:pStyle w:val="ArchiveText"/>
          </w:pPr>
          <w:r>
            <w:rPr>
              <w:noProof/>
            </w:rPr>
            <w:t>| Rational versus real residual | Exact difference formula, strictly positive at positive seeds |</w:t>
          </w:r>
        </w:p>
        <w:p>
          <w:pPr>
            <w:pStyle w:val="ArchiveText"/>
          </w:pPr>
          <w:r>
            <w:rPr>
              <w:noProof/>
            </w:rPr>
            <w:t>| Frozen SRSD v1.0 | Only the supplied scalar quotient-residual interface and its external arithmetic factorization are used |</w:t>
          </w:r>
        </w:p>
        <w:p>
          <w:pPr>
            <w:pStyle w:val="ArchiveText"/>
          </w:pPr>
          <w:r>
            <w:rPr>
              <w:noProof/>
            </w:rPr>
            <w:t>| Geometric reconstruction | Retained scale, center and isometric frame are explicit arguments |</w:t>
          </w:r>
        </w:p>
        <w:p>
          <w:pPr>
            <w:pStyle w:val="ArchiveText"/>
          </w:pPr>
          <w:r>
            <w:rPr>
              <w:noProof/>
            </w:rPr>
            <w:t>| Single-remainder identification | GCD, modular inverse and reconstruction below the full period are proved |</w:t>
          </w:r>
        </w:p>
        <w:p>
          <w:pPr>
            <w:pStyle w:val="ArchiveText"/>
          </w:pPr>
          <w:r>
            <w:rPr>
              <w:noProof/>
            </w:rPr>
            <w:t>| Extinction thresholds | Universal recurrence and exact thresholds through step ten |</w:t>
          </w:r>
        </w:p>
        <w:p>
          <w:pPr>
            <w:pStyle w:val="ArchiveText"/>
          </w:pPr>
          <w:r>
            <w:rPr>
              <w:noProof/>
            </w:rPr>
          </w:r>
        </w:p>
        <w:p>
          <w:pPr>
            <w:pStyle w:val="ArchiveText"/>
          </w:pPr>
          <w:r>
            <w:rPr>
              <w:noProof/>
            </w:rPr>
            <w:t>The complete **central theorem chain** is formalized. This is not a claim that every sentence, implementation, or auxiliary table in the supplied collection has been formalized. Specifically, this release does not formalize the statistical workbook and codec implementation; execution-time measurements; all individual arctangent bearing simplifications; the original Machin-series proof route; or the ambient-basis-extension theorem converting an isometry between framed planes into an isometry of an entire fixed finite-dimensional ambient space. The formal placement theorem instead quantifies directly over every real linear isometric embedding. These auxiliary statements are not assumptions of the central Lean theorem.</w:t>
          </w:r>
        </w:p>
        <w:p>
          <w:pPr>
            <w:pStyle w:val="ArchiveText"/>
          </w:pPr>
          <w:r>
            <w:rPr>
              <w:noProof/>
            </w:rPr>
          </w:r>
        </w:p>
        <w:p>
          <w:pPr>
            <w:pStyle w:val="ArchiveText"/>
          </w:pPr>
          <w:r>
            <w:rPr>
              <w:noProof/>
            </w:rPr>
            <w:t>Lean's complex plane is a real Euclidean plane, not the coordinate product equipped with its maximum norm. `Module.finrank` is applied to the stated affine direction or linear span, never substituted for the ambient dimension. `arcLength` is explicitly the smooth parametrized-length integral; no formal equivalence to a separately defined Hausdorff measure or variation-based length is claimed.</w:t>
          </w:r>
        </w:p>
        <w:p>
          <w:pPr>
            <w:pStyle w:val="ArchiveText"/>
          </w:pPr>
          <w:r>
            <w:rPr>
              <w:noProof/>
            </w:rPr>
          </w:r>
        </w:p>
        <w:p>
          <w:pPr>
            <w:pStyle w:val="ArchiveText"/>
          </w:pPr>
          <w:r>
            <w:rPr>
              <w:noProof/>
            </w:rPr>
            <w:t>No original constants, frozen interfaces or project definitions were altered to make a proof pass. The proof routes and representation choices listed above are explicit. The unchanged canonical quotient is Q/S, even though other parameters have the same finite floor table.</w:t>
          </w:r>
        </w:p>
        <w:p>
          <w:pPr>
            <w:pStyle w:val="ArchiveText"/>
          </w:pPr>
          <w:r>
            <w:rPr>
              <w:noProof/>
            </w:rPr>
          </w:r>
        </w:p>
      </w:sdtContent>
    </w:sdt>
    <w:p>
      <w:bookmarkStart w:id="20" w:name="archive_20"/>
      <w:pPr>
        <w:pStyle w:val="Heading1"/>
        <w:pageBreakBefore w:val="0"/>
      </w:pPr>
      <w:r>
        <w:t>File 20</w:t>
      </w:r>
      <w:bookmarkEnd w:id="20"/>
    </w:p>
    <w:p>
      <w:pPr>
        <w:pStyle w:val="ArchivePath"/>
      </w:pPr>
      <w:r>
        <w:t>OMEGA_NAUGHT_Lean_Proof_v0.1/evidence/axioms.log</w:t>
      </w:r>
    </w:p>
    <w:p>
      <w:pPr>
        <w:pStyle w:val="ArchiveMeta"/>
      </w:pPr>
      <w:r>
        <w:t>11,804 bytes  |  147 original line breaks</w:t>
      </w:r>
    </w:p>
    <w:sdt>
      <w:sdtPr>
        <w:tag w:val="archive-file:OMEGA_NAUGHT_Lean_Proof_v0.1/evidence/axioms.log"/>
        <w:alias w:val="OMEGA_NAUGHT_Lean_Proof_v0.1/evidence/axioms.log"/>
      </w:sdtPr>
      <w:sdtContent>
        <w:p>
          <w:pPr>
            <w:pStyle w:val="ArchiveText"/>
          </w:pPr>
          <w:r>
            <w:rPr>
              <w:noProof/>
            </w:rPr>
            <w:t>'Omega.weighted_mean' depends on axioms: [propext, Classical.choice, Quot.sound]</w:t>
          </w:r>
        </w:p>
        <w:p>
          <w:pPr>
            <w:pStyle w:val="ArchiveText"/>
          </w:pPr>
          <w:r>
            <w:rPr>
              <w:noProof/>
            </w:rPr>
            <w:t>'Omega.displacement_conjugacy' depends on axioms: [propext, Classical.choice, Quot.sound]</w:t>
          </w:r>
        </w:p>
        <w:p>
          <w:pPr>
            <w:pStyle w:val="ArchiveText"/>
          </w:pPr>
          <w:r>
            <w:rPr>
              <w:noProof/>
            </w:rPr>
            <w:t>'Omega.affine_iterate' depends on axioms: [propext, Classical.choice, Quot.sound]</w:t>
          </w:r>
        </w:p>
        <w:p>
          <w:pPr>
            <w:pStyle w:val="ArchiveText"/>
          </w:pPr>
          <w:r>
            <w:rPr>
              <w:noProof/>
            </w:rPr>
            <w:t>'Omega.homothety_comp' depends on axioms: [propext, Classical.choice, Quot.sound]</w:t>
          </w:r>
        </w:p>
        <w:p>
          <w:pPr>
            <w:pStyle w:val="ArchiveText"/>
          </w:pPr>
          <w:r>
            <w:rPr>
              <w:noProof/>
            </w:rPr>
            <w:t>'Omega.homothety_one' depends on axioms: [propext, Classical.choice, Quot.sound]</w:t>
          </w:r>
        </w:p>
        <w:p>
          <w:pPr>
            <w:pStyle w:val="ArchiveText"/>
          </w:pPr>
          <w:r>
            <w:rPr>
              <w:noProof/>
            </w:rPr>
            <w:t>'Omega.observation_commutes' depends on axioms: [propext, Classical.choice, Quot.sound]</w:t>
          </w:r>
        </w:p>
        <w:p>
          <w:pPr>
            <w:pStyle w:val="ArchiveText"/>
          </w:pPr>
          <w:r>
            <w:rPr>
              <w:noProof/>
            </w:rPr>
            <w:t>'Omega.observation_iterate' depends on axioms: [propext, Classical.choice, Quot.sound]</w:t>
          </w:r>
        </w:p>
        <w:p>
          <w:pPr>
            <w:pStyle w:val="ArchiveText"/>
          </w:pPr>
          <w:r>
            <w:rPr>
              <w:noProof/>
            </w:rPr>
            <w:t>'Omega.real_time_semigroup' depends on axioms: [propext, Classical.choice, Quot.sound]</w:t>
          </w:r>
        </w:p>
        <w:p>
          <w:pPr>
            <w:pStyle w:val="ArchiveText"/>
          </w:pPr>
          <w:r>
            <w:rPr>
              <w:noProof/>
            </w:rPr>
            <w:t>'Omega.arbitrary_intercept_defect' depends on axioms: [propext, Classical.choice, Quot.sound]</w:t>
          </w:r>
        </w:p>
        <w:p>
          <w:pPr>
            <w:pStyle w:val="ArchiveText"/>
          </w:pPr>
          <w:r>
            <w:rPr>
              <w:noProof/>
            </w:rPr>
            <w:t>'Omega.grid_interface' depends on axioms: [propext, Classical.choice, Quot.sound]</w:t>
          </w:r>
        </w:p>
        <w:p>
          <w:pPr>
            <w:pStyle w:val="ArchiveText"/>
          </w:pPr>
          <w:r>
            <w:rPr>
              <w:noProof/>
            </w:rPr>
            <w:t>'Omega.phi_pos' depends on axioms: [propext, Classical.choice, Quot.sound]</w:t>
          </w:r>
        </w:p>
        <w:p>
          <w:pPr>
            <w:pStyle w:val="ArchiveText"/>
          </w:pPr>
          <w:r>
            <w:rPr>
              <w:noProof/>
            </w:rPr>
            <w:t>'Omega.phi_sq' depends on axioms: [propext, Classical.choice, Quot.sound]</w:t>
          </w:r>
        </w:p>
        <w:p>
          <w:pPr>
            <w:pStyle w:val="ArchiveText"/>
          </w:pPr>
          <w:r>
            <w:rPr>
              <w:noProof/>
            </w:rPr>
            <w:t>'Omega.phi_bounds' depends on axioms: [propext, Classical.choice, Quot.sound]</w:t>
          </w:r>
        </w:p>
        <w:p>
          <w:pPr>
            <w:pStyle w:val="ArchiveText"/>
          </w:pPr>
          <w:r>
            <w:rPr>
              <w:noProof/>
            </w:rPr>
            <w:t>'Omega.denominator_pos' depends on axioms: [propext, Classical.choice, Quot.sound]</w:t>
          </w:r>
        </w:p>
        <w:p>
          <w:pPr>
            <w:pStyle w:val="ArchiveText"/>
          </w:pPr>
          <w:r>
            <w:rPr>
              <w:noProof/>
            </w:rPr>
            <w:t>'Omega.lam_pos' depends on axioms: [propext, Classical.choice, Quot.sound]</w:t>
          </w:r>
        </w:p>
        <w:p>
          <w:pPr>
            <w:pStyle w:val="ArchiveText"/>
          </w:pPr>
          <w:r>
            <w:rPr>
              <w:noProof/>
            </w:rPr>
            <w:t>'Omega.lam_lt_one' depends on axioms: [propext, Classical.choice, Quot.sound]</w:t>
          </w:r>
        </w:p>
        <w:p>
          <w:pPr>
            <w:pStyle w:val="ArchiveText"/>
          </w:pPr>
          <w:r>
            <w:rPr>
              <w:noProof/>
            </w:rPr>
            <w:t>'Omega.shares_sum' depends on axioms: [propext, Classical.choice, Quot.sound]</w:t>
          </w:r>
        </w:p>
        <w:p>
          <w:pPr>
            <w:pStyle w:val="ArchiveText"/>
          </w:pPr>
          <w:r>
            <w:rPr>
              <w:noProof/>
            </w:rPr>
            <w:t>'Omega.mu_eq_one_sub' depends on axioms: [propext, Classical.choice, Quot.sound]</w:t>
          </w:r>
        </w:p>
        <w:p>
          <w:pPr>
            <w:pStyle w:val="ArchiveText"/>
          </w:pPr>
          <w:r>
            <w:rPr>
              <w:noProof/>
            </w:rPr>
            <w:t>'Omega.lam_bounds' depends on axioms: [propext, Classical.choice, Quot.sound]</w:t>
          </w:r>
        </w:p>
        <w:p>
          <w:pPr>
            <w:pStyle w:val="ArchiveText"/>
          </w:pPr>
          <w:r>
            <w:rPr>
              <w:noProof/>
            </w:rPr>
            <w:t>'Omega.q_lt_lam' depends on axioms: [propext, Classical.choice, Quot.sound]</w:t>
          </w:r>
        </w:p>
        <w:p>
          <w:pPr>
            <w:pStyle w:val="ArchiveText"/>
          </w:pPr>
          <w:r>
            <w:rPr>
              <w:noProof/>
            </w:rPr>
            <w:t>'Omega.lam_lt_q_plus' depends on axioms: [propext, Classical.choice, Quot.sound]</w:t>
          </w:r>
        </w:p>
        <w:p>
          <w:pPr>
            <w:pStyle w:val="ArchiveText"/>
          </w:pPr>
          <w:r>
            <w:rPr>
              <w:noProof/>
            </w:rPr>
            <w:t>'Omega.delta_pos' depends on axioms: [propext, Classical.choice, Quot.sound]</w:t>
          </w:r>
        </w:p>
        <w:p>
          <w:pPr>
            <w:pStyle w:val="ArchiveText"/>
          </w:pPr>
          <w:r>
            <w:rPr>
              <w:noProof/>
            </w:rPr>
            <w:t>'Omega.delta_lt_half_pi' depends on axioms: [propext, Classical.choice, Quot.sound]</w:t>
          </w:r>
        </w:p>
        <w:p>
          <w:pPr>
            <w:pStyle w:val="ArchiveText"/>
          </w:pPr>
          <w:r>
            <w:rPr>
              <w:noProof/>
            </w:rPr>
            <w:t>'Omega.s_pos' depends on axioms: [propext, Classical.choice, Quot.sound]</w:t>
          </w:r>
        </w:p>
        <w:p>
          <w:pPr>
            <w:pStyle w:val="ArchiveText"/>
          </w:pPr>
          <w:r>
            <w:rPr>
              <w:noProof/>
            </w:rPr>
            <w:t>'Omega.c_pos' depends on axioms: [propext, Classical.choice, Quot.sound]</w:t>
          </w:r>
        </w:p>
        <w:p>
          <w:pPr>
            <w:pStyle w:val="ArchiveText"/>
          </w:pPr>
          <w:r>
            <w:rPr>
              <w:noProof/>
            </w:rPr>
            <w:t>'Omega.sc_identity' depends on axioms: [propext, Classical.choice, Quot.sound]</w:t>
          </w:r>
        </w:p>
        <w:p>
          <w:pPr>
            <w:pStyle w:val="ArchiveText"/>
          </w:pPr>
          <w:r>
            <w:rPr>
              <w:noProof/>
            </w:rPr>
            <w:t>'Omega.one_arcsecond' depends on axioms: [propext, Classical.choice, Quot.sound]</w:t>
          </w:r>
        </w:p>
        <w:p>
          <w:pPr>
            <w:pStyle w:val="ArchiveText"/>
          </w:pPr>
          <w:r>
            <w:rPr>
              <w:noProof/>
            </w:rPr>
            <w:t>'Omega.seeds_distinct' depends on axioms: [propext, Classical.choice, Quot.sound]</w:t>
          </w:r>
        </w:p>
        <w:p>
          <w:pPr>
            <w:pStyle w:val="ArchiveText"/>
          </w:pPr>
          <w:r>
            <w:rPr>
              <w:noProof/>
            </w:rPr>
            <w:t>'Omega.marks_collinear' depends on axioms: [propext, Classical.choice, Quot.sound]</w:t>
          </w:r>
        </w:p>
        <w:p>
          <w:pPr>
            <w:pStyle w:val="ArchiveText"/>
          </w:pPr>
          <w:r>
            <w:rPr>
              <w:noProof/>
            </w:rPr>
            <w:t>'Omega.marks_affine_dimension' depends on axioms: [propext, Classical.choice, Quot.sound]</w:t>
          </w:r>
        </w:p>
        <w:p>
          <w:pPr>
            <w:pStyle w:val="ArchiveText"/>
          </w:pPr>
          <w:r>
            <w:rPr>
              <w:noProof/>
            </w:rPr>
            <w:t>'Omega.seed_linear_combination' depends on axioms: [propext, Classical.choice, Quot.sound]</w:t>
          </w:r>
        </w:p>
        <w:p>
          <w:pPr>
            <w:pStyle w:val="ArchiveText"/>
          </w:pPr>
          <w:r>
            <w:rPr>
              <w:noProof/>
            </w:rPr>
            <w:t>'Omega.centered_span' depends on axioms: [propext, Classical.choice, Quot.sound]</w:t>
          </w:r>
        </w:p>
        <w:p>
          <w:pPr>
            <w:pStyle w:val="ArchiveText"/>
          </w:pPr>
          <w:r>
            <w:rPr>
              <w:noProof/>
            </w:rPr>
            <w:t>'Omega.center_relative_rank' depends on axioms: [propext, Classical.choice, Quot.sound]</w:t>
          </w:r>
        </w:p>
        <w:p>
          <w:pPr>
            <w:pStyle w:val="ArchiveText"/>
          </w:pPr>
          <w:r>
            <w:rPr>
              <w:noProof/>
            </w:rPr>
            <w:t>'Omega.center_adjoined_affine_dimension' depends on axioms: [propext, Classical.choice, Quot.sound]</w:t>
          </w:r>
        </w:p>
        <w:p>
          <w:pPr>
            <w:pStyle w:val="ArchiveText"/>
          </w:pPr>
          <w:r>
            <w:rPr>
              <w:noProof/>
            </w:rPr>
            <w:t>'Omega.moment_matrix' depends on axioms: [propext, Classical.choice, Quot.sound]</w:t>
          </w:r>
        </w:p>
        <w:p>
          <w:pPr>
            <w:pStyle w:val="ArchiveText"/>
          </w:pPr>
          <w:r>
            <w:rPr>
              <w:noProof/>
            </w:rPr>
            <w:t>'Omega.coordinates_rank' depends on axioms: [propext, Classical.choice, Quot.sound]</w:t>
          </w:r>
        </w:p>
        <w:p>
          <w:pPr>
            <w:pStyle w:val="ArchiveText"/>
          </w:pPr>
          <w:r>
            <w:rPr>
              <w:noProof/>
            </w:rPr>
            <w:t>'Omega.gram_rank' depends on axioms: [propext, Classical.choice, Quot.sound]</w:t>
          </w:r>
        </w:p>
        <w:p>
          <w:pPr>
            <w:pStyle w:val="ArchiveText"/>
          </w:pPr>
          <w:r>
            <w:rPr>
              <w:noProof/>
            </w:rPr>
            <w:t>'Omega.gram_entries' depends on axioms: [propext, Classical.choice, Quot.sound]</w:t>
          </w:r>
        </w:p>
        <w:p>
          <w:pPr>
            <w:pStyle w:val="ArchiveText"/>
          </w:pPr>
          <w:r>
            <w:rPr>
              <w:noProof/>
            </w:rPr>
            <w:t>'Omega.embedded_center_relative_rank' depends on axioms: [propext, Classical.choice, Quot.sound]</w:t>
          </w:r>
        </w:p>
        <w:p>
          <w:pPr>
            <w:pStyle w:val="ArchiveText"/>
          </w:pPr>
          <w:r>
            <w:rPr>
              <w:noProof/>
            </w:rPr>
            <w:t>'Omega.step_threshold' depends on axioms: [propext, Classical.choice, Quot.sound]</w:t>
          </w:r>
        </w:p>
        <w:p>
          <w:pPr>
            <w:pStyle w:val="ArchiveText"/>
          </w:pPr>
          <w:r>
            <w:rPr>
              <w:noProof/>
            </w:rPr>
            <w:t>'Omega.extinction_threshold' depends on axioms: [propext, Classical.choice, Quot.sound]</w:t>
          </w:r>
        </w:p>
        <w:p>
          <w:pPr>
            <w:pStyle w:val="ArchiveText"/>
          </w:pPr>
          <w:r>
            <w:rPr>
              <w:noProof/>
            </w:rPr>
            <w:t>'Omega.threshold_values' does not depend on any axioms</w:t>
          </w:r>
        </w:p>
        <w:p>
          <w:pPr>
            <w:pStyle w:val="ArchiveText"/>
          </w:pPr>
          <w:r>
            <w:rPr>
              <w:noProof/>
            </w:rPr>
            <w:t>'Omega.extinction_by_ten' depends on axioms: [propext, Classical.choice, Quot.sound]</w:t>
          </w:r>
        </w:p>
        <w:p>
          <w:pPr>
            <w:pStyle w:val="ArchiveText"/>
          </w:pPr>
          <w:r>
            <w:rPr>
              <w:noProof/>
            </w:rPr>
            <w:t>'Omega.deepest_seeds' depends on axioms: [propext, Classical.choice, Quot.sound]</w:t>
          </w:r>
        </w:p>
        <w:p>
          <w:pPr>
            <w:pStyle w:val="ArchiveText"/>
          </w:pPr>
          <w:r>
            <w:rPr>
              <w:noProof/>
            </w:rPr>
            <w:t>'Omega.all_twenty_three_steps' depends on axioms: [propext, Classical.choice, Quot.sound]</w:t>
          </w:r>
        </w:p>
        <w:p>
          <w:pPr>
            <w:pStyle w:val="ArchiveText"/>
          </w:pPr>
          <w:r>
            <w:rPr>
              <w:noProof/>
            </w:rPr>
            <w:t>'Omega.gcd_constants' depends on axioms: [propext]</w:t>
          </w:r>
        </w:p>
        <w:p>
          <w:pPr>
            <w:pStyle w:val="ArchiveText"/>
          </w:pPr>
          <w:r>
            <w:rPr>
              <w:noProof/>
            </w:rPr>
            <w:t>'Omega.inverse_identity' does not depend on any axioms</w:t>
          </w:r>
        </w:p>
        <w:p>
          <w:pPr>
            <w:pStyle w:val="ArchiveText"/>
          </w:pPr>
          <w:r>
            <w:rPr>
              <w:noProof/>
            </w:rPr>
            <w:t>'Omega.remainder_halved' depends on axioms: [propext, Quot.sound]</w:t>
          </w:r>
        </w:p>
        <w:p>
          <w:pPr>
            <w:pStyle w:val="ArchiveText"/>
          </w:pPr>
          <w:r>
            <w:rPr>
              <w:noProof/>
            </w:rPr>
            <w:t>'Omega.first_remainder_reconstruction' depends on axioms: [propext, Quot.sound]</w:t>
          </w:r>
        </w:p>
        <w:p>
          <w:pPr>
            <w:pStyle w:val="ArchiveText"/>
          </w:pPr>
          <w:r>
            <w:rPr>
              <w:noProof/>
            </w:rPr>
            <w:t>'Omega.first_remainder_injective' depends on axioms: [propext, Quot.sound]</w:t>
          </w:r>
        </w:p>
        <w:p>
          <w:pPr>
            <w:pStyle w:val="ArchiveText"/>
          </w:pPr>
          <w:r>
            <w:rPr>
              <w:noProof/>
            </w:rPr>
            <w:t>'Omega.first_remainder_injective_domain' depends on axioms: [propext, Classical.choice, Quot.sound]</w:t>
          </w:r>
        </w:p>
        <w:p>
          <w:pPr>
            <w:pStyle w:val="ArchiveText"/>
          </w:pPr>
          <w:r>
            <w:rPr>
              <w:noProof/>
            </w:rPr>
            <w:t>'Omega.finite_gap_certificate' does not depend on any axioms</w:t>
          </w:r>
        </w:p>
        <w:p>
          <w:pPr>
            <w:pStyle w:val="ArchiveText"/>
          </w:pPr>
          <w:r>
            <w:rPr>
              <w:noProof/>
            </w:rPr>
            <w:t>'Omega.certified_gap' depends on axioms: [propext, Quot.sound]</w:t>
          </w:r>
        </w:p>
        <w:p>
          <w:pPr>
            <w:pStyle w:val="ArchiveText"/>
          </w:pPr>
          <w:r>
            <w:rPr>
              <w:noProof/>
            </w:rPr>
            <w:t>'Omega.minimum_gap_attained' depends on axioms: [propext]</w:t>
          </w:r>
        </w:p>
        <w:p>
          <w:pPr>
            <w:pStyle w:val="ArchiveText"/>
          </w:pPr>
          <w:r>
            <w:rPr>
              <w:noProof/>
            </w:rPr>
            <w:t>'Omega.finite_certificate_inequality' does not depend on any axioms</w:t>
          </w:r>
        </w:p>
        <w:p>
          <w:pPr>
            <w:pStyle w:val="ArchiveText"/>
          </w:pPr>
          <w:r>
            <w:rPr>
              <w:noProof/>
            </w:rPr>
            <w:t>'Omega.S_pos' depends on axioms: [propext, Classical.choice, Quot.sound]</w:t>
          </w:r>
        </w:p>
        <w:p>
          <w:pPr>
            <w:pStyle w:val="ArchiveText"/>
          </w:pPr>
          <w:r>
            <w:rPr>
              <w:noProof/>
            </w:rPr>
            <w:t>'Omega.Q_pos' depends on axioms: [propext, Classical.choice, Quot.sound]</w:t>
          </w:r>
        </w:p>
        <w:p>
          <w:pPr>
            <w:pStyle w:val="ArchiveText"/>
          </w:pPr>
          <w:r>
            <w:rPr>
              <w:noProof/>
            </w:rPr>
            <w:t>'Omega.Q_lt_S' depends on axioms: [propext, Classical.choice, Quot.sound]</w:t>
          </w:r>
        </w:p>
        <w:p>
          <w:pPr>
            <w:pStyle w:val="ArchiveText"/>
          </w:pPr>
          <w:r>
            <w:rPr>
              <w:noProof/>
            </w:rPr>
            <w:t>'Omega.division_identity' depends on axioms: [propext]</w:t>
          </w:r>
        </w:p>
        <w:p>
          <w:pPr>
            <w:pStyle w:val="ArchiveText"/>
          </w:pPr>
          <w:r>
            <w:rPr>
              <w:noProof/>
            </w:rPr>
            <w:t>'Omega.remainder_bound' depends on axioms: [propext, Classical.choice, Quot.sound]</w:t>
          </w:r>
        </w:p>
        <w:p>
          <w:pPr>
            <w:pStyle w:val="ArchiveText"/>
          </w:pPr>
          <w:r>
            <w:rPr>
              <w:noProof/>
            </w:rPr>
            <w:t>'Omega.step_zero' depends on axioms: [propext]</w:t>
          </w:r>
        </w:p>
        <w:p>
          <w:pPr>
            <w:pStyle w:val="ArchiveText"/>
          </w:pPr>
          <w:r>
            <w:rPr>
              <w:noProof/>
            </w:rPr>
            <w:t>'Omega.step_lt' depends on axioms: [propext, Classical.choice, Quot.sound]</w:t>
          </w:r>
        </w:p>
        <w:p>
          <w:pPr>
            <w:pStyle w:val="ArchiveText"/>
          </w:pPr>
          <w:r>
            <w:rPr>
              <w:noProof/>
            </w:rPr>
            <w:t>'Omega.step_le' depends on axioms: [propext, Classical.choice, Quot.sound]</w:t>
          </w:r>
        </w:p>
        <w:p>
          <w:pPr>
            <w:pStyle w:val="ArchiveText"/>
          </w:pPr>
          <w:r>
            <w:rPr>
              <w:noProof/>
            </w:rPr>
            <w:t>'Omega.forward_invariant' depends on axioms: [propext, Classical.choice, Quot.sound]</w:t>
          </w:r>
        </w:p>
        <w:p>
          <w:pPr>
            <w:pStyle w:val="ArchiveText"/>
          </w:pPr>
          <w:r>
            <w:rPr>
              <w:noProof/>
            </w:rPr>
            <w:t>'Omega.step_monotone' depends on axioms: [propext]</w:t>
          </w:r>
        </w:p>
        <w:p>
          <w:pPr>
            <w:pStyle w:val="ArchiveText"/>
          </w:pPr>
          <w:r>
            <w:rPr>
              <w:noProof/>
            </w:rPr>
            <w:t>'Omega.q_in_interval' depends on axioms: [propext, Classical.choice, Quot.sound]</w:t>
          </w:r>
        </w:p>
        <w:p>
          <w:pPr>
            <w:pStyle w:val="ArchiveText"/>
          </w:pPr>
          <w:r>
            <w:rPr>
              <w:noProof/>
            </w:rPr>
            <w:t>'Omega.lam_in_interval' depends on axioms: [propext, Classical.choice, Quot.sound]</w:t>
          </w:r>
        </w:p>
        <w:p>
          <w:pPr>
            <w:pStyle w:val="ArchiveText"/>
          </w:pPr>
          <w:r>
            <w:rPr>
              <w:noProof/>
            </w:rPr>
            <w:t>'Omega.floor_q' depends on axioms: [propext, Classical.choice, Quot.sound]</w:t>
          </w:r>
        </w:p>
        <w:p>
          <w:pPr>
            <w:pStyle w:val="ArchiveText"/>
          </w:pPr>
          <w:r>
            <w:rPr>
              <w:noProof/>
            </w:rPr>
            <w:t>'Omega.no_interior_boundary' depends on axioms: [propext, Classical.choice, Quot.sound]</w:t>
          </w:r>
        </w:p>
        <w:p>
          <w:pPr>
            <w:pStyle w:val="ArchiveText"/>
          </w:pPr>
          <w:r>
            <w:rPr>
              <w:noProof/>
            </w:rPr>
            <w:t>'Omega.floor_agreement_of_interval' depends on axioms: [propext, Classical.choice, Quot.sound]</w:t>
          </w:r>
        </w:p>
        <w:p>
          <w:pPr>
            <w:pStyle w:val="ArchiveText"/>
          </w:pPr>
          <w:r>
            <w:rPr>
              <w:noProof/>
            </w:rPr>
            <w:t>'Omega.exact_parameter_interval' depends on axioms: [propext, Classical.choice, Quot.sound]</w:t>
          </w:r>
        </w:p>
        <w:p>
          <w:pPr>
            <w:pStyle w:val="ArchiveText"/>
          </w:pPr>
          <w:r>
            <w:rPr>
              <w:noProof/>
            </w:rPr>
            <w:t>'Omega.certified_floor_equality' depends on axioms: [propext, Classical.choice, Quot.sound]</w:t>
          </w:r>
        </w:p>
        <w:p>
          <w:pPr>
            <w:pStyle w:val="ArchiveText"/>
          </w:pPr>
          <w:r>
            <w:rPr>
              <w:noProof/>
            </w:rPr>
            <w:t>'Omega.trajectory_equality' depends on axioms: [propext, Classical.choice, Quot.sound]</w:t>
          </w:r>
        </w:p>
        <w:p>
          <w:pPr>
            <w:pStyle w:val="ArchiveText"/>
          </w:pPr>
          <w:r>
            <w:rPr>
              <w:noProof/>
            </w:rPr>
            <w:t>'Omega.truncation_le' depends on axioms: [propext, Classical.choice, Quot.sound]</w:t>
          </w:r>
        </w:p>
        <w:p>
          <w:pPr>
            <w:pStyle w:val="ArchiveText"/>
          </w:pPr>
          <w:r>
            <w:rPr>
              <w:noProof/>
            </w:rPr>
            <w:t>'Omega.truncation_succ' depends on axioms: [propext, Classical.choice, Quot.sound]</w:t>
          </w:r>
        </w:p>
        <w:p>
          <w:pPr>
            <w:pStyle w:val="ArchiveText"/>
          </w:pPr>
          <w:r>
            <w:rPr>
              <w:noProof/>
            </w:rPr>
            <w:t>'Omega.truncation_monotone' depends on axioms: [propext, Classical.choice, Quot.sound]</w:t>
          </w:r>
        </w:p>
        <w:p>
          <w:pPr>
            <w:pStyle w:val="ArchiveText"/>
          </w:pPr>
          <w:r>
            <w:rPr>
              <w:noProof/>
            </w:rPr>
            <w:t>'Omega.truncation_seven' depends on axioms: [propext, Classical.choice, Quot.sound]</w:t>
          </w:r>
        </w:p>
        <w:p>
          <w:pPr>
            <w:pStyle w:val="ArchiveText"/>
          </w:pPr>
          <w:r>
            <w:rPr>
              <w:noProof/>
            </w:rPr>
            <w:t>'Omega.truncation_eight' depends on axioms: [propext, Classical.choice, Quot.sound]</w:t>
          </w:r>
        </w:p>
        <w:p>
          <w:pPr>
            <w:pStyle w:val="ArchiveText"/>
          </w:pPr>
          <w:r>
            <w:rPr>
              <w:noProof/>
            </w:rPr>
            <w:t>'Omega.precision_threshold' depends on axioms: [propext, Classical.choice, Quot.sound]</w:t>
          </w:r>
        </w:p>
        <w:p>
          <w:pPr>
            <w:pStyle w:val="ArchiveText"/>
          </w:pPr>
          <w:r>
            <w:rPr>
              <w:noProof/>
            </w:rPr>
            <w:t>'Omega.arc_length' depends on axioms: [propext, Classical.choice, Quot.sound]</w:t>
          </w:r>
        </w:p>
        <w:p>
          <w:pPr>
            <w:pStyle w:val="ArchiveText"/>
          </w:pPr>
          <w:r>
            <w:rPr>
              <w:noProof/>
            </w:rPr>
            <w:t>'Omega.semicircle_retained' depends on axioms: [propext, Classical.choice, Quot.sound]</w:t>
          </w:r>
        </w:p>
        <w:p>
          <w:pPr>
            <w:pStyle w:val="ArchiveText"/>
          </w:pPr>
          <w:r>
            <w:rPr>
              <w:noProof/>
            </w:rPr>
            <w:t>'Omega.semicircle_in_outline' depends on axioms: [propext, Classical.choice, Quot.sound]</w:t>
          </w:r>
        </w:p>
        <w:p>
          <w:pPr>
            <w:pStyle w:val="ArchiveText"/>
          </w:pPr>
          <w:r>
            <w:rPr>
              <w:noProof/>
            </w:rPr>
            <w:t>'Omega.major_arc_no_retracing' depends on axioms: [propext, Classical.choice, Quot.sound]</w:t>
          </w:r>
        </w:p>
        <w:p>
          <w:pPr>
            <w:pStyle w:val="ArchiveText"/>
          </w:pPr>
          <w:r>
            <w:rPr>
              <w:noProof/>
            </w:rPr>
            <w:t>'Omega.upper_seed_endpoint' depends on axioms: [propext, Classical.choice, Quot.sound]</w:t>
          </w:r>
        </w:p>
        <w:p>
          <w:pPr>
            <w:pStyle w:val="ArchiveText"/>
          </w:pPr>
          <w:r>
            <w:rPr>
              <w:noProof/>
            </w:rPr>
            <w:t>'Omega.lower_seed_endpoint' depends on axioms: [propext, Classical.choice, Quot.sound]</w:t>
          </w:r>
        </w:p>
        <w:p>
          <w:pPr>
            <w:pStyle w:val="ArchiveText"/>
          </w:pPr>
          <w:r>
            <w:rPr>
              <w:noProof/>
            </w:rPr>
            <w:t>'Omega.mark_re' depends on axioms: [propext, Classical.choice, Quot.sound]</w:t>
          </w:r>
        </w:p>
        <w:p>
          <w:pPr>
            <w:pStyle w:val="ArchiveText"/>
          </w:pPr>
          <w:r>
            <w:rPr>
              <w:noProof/>
            </w:rPr>
            <w:t>'Omega.mark_im' depends on axioms: [propext, Classical.choice, Quot.sound]</w:t>
          </w:r>
        </w:p>
        <w:p>
          <w:pPr>
            <w:pStyle w:val="ArchiveText"/>
          </w:pPr>
          <w:r>
            <w:rPr>
              <w:noProof/>
            </w:rPr>
            <w:t>'Omega.bilateral_reflection' depends on axioms: [propext, Classical.choice, Quot.sound]</w:t>
          </w:r>
        </w:p>
        <w:p>
          <w:pPr>
            <w:pStyle w:val="ArchiveText"/>
          </w:pPr>
          <w:r>
            <w:rPr>
              <w:noProof/>
            </w:rPr>
            <w:t>'Omega.mark_distance' depends on axioms: [propext, Classical.choice, Quot.sound]</w:t>
          </w:r>
        </w:p>
        <w:p>
          <w:pPr>
            <w:pStyle w:val="ArchiveText"/>
          </w:pPr>
          <w:r>
            <w:rPr>
              <w:noProof/>
            </w:rPr>
            <w:t>'Omega.inner_extension_length' depends on axioms: [propext, Classical.choice, Quot.sound]</w:t>
          </w:r>
        </w:p>
        <w:p>
          <w:pPr>
            <w:pStyle w:val="ArchiveText"/>
          </w:pPr>
          <w:r>
            <w:rPr>
              <w:noProof/>
            </w:rPr>
            <w:t>'Omega.outer_extension_length' depends on axioms: [propext, Classical.choice, Quot.sound]</w:t>
          </w:r>
        </w:p>
        <w:p>
          <w:pPr>
            <w:pStyle w:val="ArchiveText"/>
          </w:pPr>
          <w:r>
            <w:rPr>
              <w:noProof/>
            </w:rPr>
            <w:t>'Omega.negative_outer_extension_length' depends on axioms: [propext, Classical.choice, Quot.sound]</w:t>
          </w:r>
        </w:p>
        <w:p>
          <w:pPr>
            <w:pStyle w:val="ArchiveText"/>
          </w:pPr>
          <w:r>
            <w:rPr>
              <w:noProof/>
            </w:rPr>
            <w:t>'Omega.total_extension_length' depends on axioms: [propext, Classical.choice, Quot.sound]</w:t>
          </w:r>
        </w:p>
        <w:p>
          <w:pPr>
            <w:pStyle w:val="ArchiveText"/>
          </w:pPr>
          <w:r>
            <w:rPr>
              <w:noProof/>
            </w:rPr>
            <w:t>'Omega.chord_length' depends on axioms: [propext, Classical.choice, Quot.sound]</w:t>
          </w:r>
        </w:p>
        <w:p>
          <w:pPr>
            <w:pStyle w:val="ArchiveText"/>
          </w:pPr>
          <w:r>
            <w:rPr>
              <w:noProof/>
            </w:rPr>
            <w:t>'Omega.outer_segment_retained' depends on axioms: [propext, Classical.choice, Quot.sound]</w:t>
          </w:r>
        </w:p>
        <w:p>
          <w:pPr>
            <w:pStyle w:val="ArchiveText"/>
          </w:pPr>
          <w:r>
            <w:rPr>
              <w:noProof/>
            </w:rPr>
            <w:t>'Omega.G_eq' depends on axioms: [propext, Classical.choice, Quot.sound]</w:t>
          </w:r>
        </w:p>
        <w:p>
          <w:pPr>
            <w:pStyle w:val="ArchiveText"/>
          </w:pPr>
          <w:r>
            <w:rPr>
              <w:noProof/>
            </w:rPr>
            <w:t>'Omega.C_eq' depends on axioms: [propext, Classical.choice, Quot.sound]</w:t>
          </w:r>
        </w:p>
        <w:p>
          <w:pPr>
            <w:pStyle w:val="ArchiveText"/>
          </w:pPr>
          <w:r>
            <w:rPr>
              <w:noProof/>
            </w:rPr>
            <w:t>'Omega.W_eq' depends on axioms: [propext, Classical.choice, Quot.sound]</w:t>
          </w:r>
        </w:p>
        <w:p>
          <w:pPr>
            <w:pStyle w:val="ArchiveText"/>
          </w:pPr>
          <w:r>
            <w:rPr>
              <w:noProof/>
            </w:rPr>
            <w:t>'Omega.geometric_provenance' depends on axioms: [propext, Classical.choice, Quot.sound]</w:t>
          </w:r>
        </w:p>
        <w:p>
          <w:pPr>
            <w:pStyle w:val="ArchiveText"/>
          </w:pPr>
          <w:r>
            <w:rPr>
              <w:noProof/>
            </w:rPr>
            <w:t>'Omega.outline_length' depends on axioms: [propext, Classical.choice, Quot.sound]</w:t>
          </w:r>
        </w:p>
        <w:p>
          <w:pPr>
            <w:pStyle w:val="ArchiveText"/>
          </w:pPr>
          <w:r>
            <w:rPr>
              <w:noProof/>
            </w:rPr>
            <w:t>'Omega.reference_not_outline' depends on axioms: [propext, Classical.choice, Quot.sound]</w:t>
          </w:r>
        </w:p>
        <w:p>
          <w:pPr>
            <w:pStyle w:val="ArchiveText"/>
          </w:pPr>
          <w:r>
            <w:rPr>
              <w:noProof/>
            </w:rPr>
            <w:t>'Omega.marked_coordinate_uniqueness' depends on axioms: [propext, Classical.choice, Quot.sound]</w:t>
          </w:r>
        </w:p>
        <w:p>
          <w:pPr>
            <w:pStyle w:val="ArchiveText"/>
          </w:pPr>
          <w:r>
            <w:rPr>
              <w:noProof/>
            </w:rPr>
            <w:t>'Omega.heights_strictly_ordered' depends on axioms: [propext, Classical.choice, Quot.sound]</w:t>
          </w:r>
        </w:p>
        <w:p>
          <w:pPr>
            <w:pStyle w:val="ArchiveText"/>
          </w:pPr>
          <w:r>
            <w:rPr>
              <w:noProof/>
            </w:rPr>
            <w:t>'Omega.sequential_extensions' depends on axioms: [propext, Classical.choice, Quot.sound]</w:t>
          </w:r>
        </w:p>
        <w:p>
          <w:pPr>
            <w:pStyle w:val="ArchiveText"/>
          </w:pPr>
          <w:r>
            <w:rPr>
              <w:noProof/>
            </w:rPr>
            <w:t>'Omega.scalar_roundtrip' depends on axioms: [propext, Classical.choice, Quot.sound]</w:t>
          </w:r>
        </w:p>
        <w:p>
          <w:pPr>
            <w:pStyle w:val="ArchiveText"/>
          </w:pPr>
          <w:r>
            <w:rPr>
              <w:noProof/>
            </w:rPr>
            <w:t>'Omega.scalar_bounds' depends on axioms: [propext, Classical.choice, Quot.sound]</w:t>
          </w:r>
        </w:p>
        <w:p>
          <w:pPr>
            <w:pStyle w:val="ArchiveText"/>
          </w:pPr>
          <w:r>
            <w:rPr>
              <w:noProof/>
            </w:rPr>
            <w:t>'Omega.scalar_canonical' depends on axioms: [propext, Classical.choice, Quot.sound]</w:t>
          </w:r>
        </w:p>
        <w:p>
          <w:pPr>
            <w:pStyle w:val="ArchiveText"/>
          </w:pPr>
          <w:r>
            <w:rPr>
              <w:noProof/>
            </w:rPr>
            <w:t>'Omega.rational_residual' depends on axioms: [propext, Classical.choice, Quot.sound]</w:t>
          </w:r>
        </w:p>
        <w:p>
          <w:pPr>
            <w:pStyle w:val="ArchiveText"/>
          </w:pPr>
          <w:r>
            <w:rPr>
              <w:noProof/>
            </w:rPr>
            <w:t>'Omega.real_residual' depends on axioms: [propext, Classical.choice, Quot.sound]</w:t>
          </w:r>
        </w:p>
        <w:p>
          <w:pPr>
            <w:pStyle w:val="ArchiveText"/>
          </w:pPr>
          <w:r>
            <w:rPr>
              <w:noProof/>
            </w:rPr>
            <w:t>'Omega.positive_residual_difference' depends on axioms: [propext, Classical.choice, Quot.sound]</w:t>
          </w:r>
        </w:p>
        <w:p>
          <w:pPr>
            <w:pStyle w:val="ArchiveText"/>
          </w:pPr>
          <w:r>
            <w:rPr>
              <w:noProof/>
            </w:rPr>
            <w:t>'Omega.grid_finite_interface' depends on axioms: [propext, Classical.choice, Quot.sound]</w:t>
          </w:r>
        </w:p>
        <w:p>
          <w:pPr>
            <w:pStyle w:val="ArchiveText"/>
          </w:pPr>
          <w:r>
            <w:rPr>
              <w:noProof/>
            </w:rPr>
            <w:t>'Omega.grid_trajectory' depends on axioms: [propext, Classical.choice, Quot.sound]</w:t>
          </w:r>
        </w:p>
        <w:p>
          <w:pPr>
            <w:pStyle w:val="ArchiveText"/>
          </w:pPr>
          <w:r>
            <w:rPr>
              <w:noProof/>
            </w:rPr>
            <w:t>'Omega.repeated_rounding_counterexample' depends on axioms: [propext, Classical.choice, Quot.sound]</w:t>
          </w:r>
        </w:p>
        <w:p>
          <w:pPr>
            <w:pStyle w:val="ArchiveText"/>
          </w:pPr>
          <w:r>
            <w:rPr>
              <w:noProof/>
            </w:rPr>
            <w:t>'Omega.ledger_interface' depends on axioms: [propext]</w:t>
          </w:r>
        </w:p>
        <w:p>
          <w:pPr>
            <w:pStyle w:val="ArchiveText"/>
          </w:pPr>
          <w:r>
            <w:rPr>
              <w:noProof/>
            </w:rPr>
            <w:t>'Omega.external_factorization' depends on axioms: [propext, Classical.choice, Quot.sound]</w:t>
          </w:r>
        </w:p>
        <w:p>
          <w:pPr>
            <w:pStyle w:val="ArchiveText"/>
          </w:pPr>
          <w:r>
            <w:rPr>
              <w:noProof/>
            </w:rPr>
            <w:t>'Omega.predecessor_inequalities' depends on axioms: [propext, Classical.choice, Quot.sound]</w:t>
          </w:r>
        </w:p>
        <w:p>
          <w:pPr>
            <w:pStyle w:val="ArchiveText"/>
          </w:pPr>
          <w:r>
            <w:rPr>
              <w:noProof/>
            </w:rPr>
            <w:t>'Omega.point_reconstruction' depends on axioms: [propext, Classical.choice, Quot.sound]</w:t>
          </w:r>
        </w:p>
        <w:p>
          <w:pPr>
            <w:pStyle w:val="ArchiveText"/>
          </w:pPr>
          <w:r>
            <w:rPr>
              <w:noProof/>
            </w:rPr>
            <w:t>'Omega.Ledger.euclidean_identity' depends on axioms: [propext]</w:t>
          </w:r>
        </w:p>
        <w:p>
          <w:pPr>
            <w:pStyle w:val="ArchiveText"/>
          </w:pPr>
          <w:r>
            <w:rPr>
              <w:noProof/>
            </w:rPr>
            <w:t>'Omega.Ledger.remainder_bounds' depends on axioms: [propext]</w:t>
          </w:r>
        </w:p>
        <w:p>
          <w:pPr>
            <w:pStyle w:val="ArchiveText"/>
          </w:pPr>
          <w:r>
            <w:rPr>
              <w:noProof/>
            </w:rPr>
            <w:t>'Omega.Ledger.one_step_inverse' depends on axioms: [propext]</w:t>
          </w:r>
        </w:p>
        <w:p>
          <w:pPr>
            <w:pStyle w:val="ArchiveText"/>
          </w:pPr>
          <w:r>
            <w:rPr>
              <w:noProof/>
            </w:rPr>
            <w:t>'Omega.Ledger.roundtrip' depends on axioms: [propext]</w:t>
          </w:r>
        </w:p>
        <w:p>
          <w:pPr>
            <w:pStyle w:val="ArchiveText"/>
          </w:pPr>
          <w:r>
            <w:rPr>
              <w:noProof/>
            </w:rPr>
            <w:t>'Omega.Ledger.encode_length' depends on axioms: [propext]</w:t>
          </w:r>
        </w:p>
        <w:p>
          <w:pPr>
            <w:pStyle w:val="ArchiveText"/>
          </w:pPr>
          <w:r>
            <w:rPr>
              <w:noProof/>
            </w:rPr>
            <w:t>'Omega.Ledger.generated_admissible' depends on axioms: [propext]</w:t>
          </w:r>
        </w:p>
        <w:p>
          <w:pPr>
            <w:pStyle w:val="ArchiveText"/>
          </w:pPr>
          <w:r>
            <w:rPr>
              <w:noProof/>
            </w:rPr>
            <w:t>'Omega.Ledger.canonical_division' depends on axioms: [propext, Classical.choice, Quot.sound]</w:t>
          </w:r>
        </w:p>
        <w:p>
          <w:pPr>
            <w:pStyle w:val="ArchiveText"/>
          </w:pPr>
          <w:r>
            <w:rPr>
              <w:noProof/>
            </w:rPr>
            <w:t>'Omega.Ledger.admissible_roundtrip' depends on axioms: [propext, Classical.choice, Quot.sound]</w:t>
          </w:r>
        </w:p>
        <w:p>
          <w:pPr>
            <w:pStyle w:val="ArchiveText"/>
          </w:pPr>
          <w:r>
            <w:rPr>
              <w:noProof/>
            </w:rPr>
            <w:t>'Omega.Ledger.encoding_injective' depends on axioms: [propext]</w:t>
          </w:r>
        </w:p>
        <w:p>
          <w:pPr>
            <w:pStyle w:val="ArchiveText"/>
          </w:pPr>
          <w:r>
            <w:rPr>
              <w:noProof/>
            </w:rPr>
            <w:t>'Omega.Ledger.admissibility_iff' depends on axioms: [propext, Classical.choice, Quot.sound]</w:t>
          </w:r>
        </w:p>
        <w:p>
          <w:pPr>
            <w:pStyle w:val="ArchiveText"/>
          </w:pPr>
          <w:r>
            <w:rPr>
              <w:noProof/>
            </w:rPr>
            <w:t>'Omega.Ledger.weighted_identity' depends on axioms: [propext]</w:t>
          </w:r>
        </w:p>
        <w:p>
          <w:pPr>
            <w:pStyle w:val="ArchiveText"/>
          </w:pPr>
          <w:r>
            <w:rPr>
              <w:noProof/>
            </w:rPr>
            <w:t>'Omega.Ledger.encoded_weighted_identity' depends on axioms: [propext]</w:t>
          </w:r>
        </w:p>
        <w:p>
          <w:pPr>
            <w:pStyle w:val="ArchiveText"/>
          </w:pPr>
          <w:r>
            <w:rPr>
              <w:noProof/>
            </w:rPr>
            <w:t>'Omega.Ledger.trajectory_reconstruction' depends on axioms: [propext]</w:t>
          </w:r>
        </w:p>
        <w:p>
          <w:pPr>
            <w:pStyle w:val="ArchiveText"/>
          </w:pPr>
          <w:r>
            <w:rPr>
              <w:noProof/>
            </w:rPr>
            <w:t>'Omega.central_provenance_theorem' depends on axioms: [propext, Classical.choice, Quot.sound]</w:t>
          </w:r>
        </w:p>
        <w:p>
          <w:pPr>
            <w:pStyle w:val="ArchiveText"/>
          </w:pPr>
          <w:r>
            <w:rPr>
              <w:noProof/>
            </w:rPr>
            <w:t>'Omega.mark_dot' depends on axioms: [propext, Classical.choice, Quot.sound]</w:t>
          </w:r>
        </w:p>
        <w:p>
          <w:pPr>
            <w:pStyle w:val="ArchiveText"/>
          </w:pPr>
          <w:r>
            <w:rPr>
              <w:noProof/>
            </w:rPr>
            <w:t>'Omega.mark_radius' depends on axioms: [propext, Classical.choice, Quot.sound]</w:t>
          </w:r>
        </w:p>
        <w:p>
          <w:pPr>
            <w:pStyle w:val="ArchiveText"/>
          </w:pPr>
          <w:r>
            <w:rPr>
              <w:noProof/>
            </w:rPr>
            <w:t>'Omega.mark_angle_cosine' depends on axioms: [propext, Classical.choice, Quot.sound]</w:t>
          </w:r>
        </w:p>
        <w:p>
          <w:pPr>
            <w:pStyle w:val="ArchiveText"/>
          </w:pPr>
          <w:r>
            <w:rPr>
              <w:noProof/>
            </w:rPr>
            <w:t>'Omega.seed_angle' depends on axioms: [propext, Classical.choice, Quot.sound]</w:t>
          </w:r>
        </w:p>
        <w:p>
          <w:pPr>
            <w:pStyle w:val="ArchiveText"/>
          </w:pPr>
          <w:r>
            <w:rPr>
              <w:noProof/>
            </w:rPr>
            <w:t>'Omega.triangle_area' depends on axioms: [propext, Classical.choice, Quot.sound]</w:t>
          </w:r>
        </w:p>
        <w:p>
          <w:pPr>
            <w:pStyle w:val="ArchiveText"/>
          </w:pPr>
          <w:r>
            <w:rPr>
              <w:noProof/>
            </w:rPr>
            <w:t>'Omega.placed_distance' depends on axioms: [propext, Classical.choice, Quot.sound]</w:t>
          </w:r>
        </w:p>
        <w:p>
          <w:pPr>
            <w:pStyle w:val="ArchiveText"/>
          </w:pPr>
          <w:r>
            <w:rPr>
              <w:noProof/>
            </w:rPr>
            <w:t>'Omega.placed_arc_derivative' depends on axioms: [propext, Classical.choice, Quot.sound]</w:t>
          </w:r>
        </w:p>
        <w:p>
          <w:pPr>
            <w:pStyle w:val="ArchiveText"/>
          </w:pPr>
          <w:r>
            <w:rPr>
              <w:noProof/>
            </w:rPr>
            <w:t>'Omega.placed_G' depends on axioms: [propext, Classical.choice, Quot.sound]</w:t>
          </w:r>
        </w:p>
        <w:p>
          <w:pPr>
            <w:pStyle w:val="ArchiveText"/>
          </w:pPr>
          <w:r>
            <w:rPr>
              <w:noProof/>
            </w:rPr>
            <w:t>'Omega.placed_C' depends on axioms: [propext, Classical.choice, Quot.sound]</w:t>
          </w:r>
        </w:p>
        <w:p>
          <w:pPr>
            <w:pStyle w:val="ArchiveText"/>
          </w:pPr>
          <w:r>
            <w:rPr>
              <w:noProof/>
            </w:rPr>
            <w:t>'Omega.provenance_all_placements' depends on axioms: [propext, Classical.choice, Quot.sound]</w:t>
          </w:r>
        </w:p>
        <w:p>
          <w:pPr>
            <w:pStyle w:val="ArchiveText"/>
          </w:pPr>
          <w:r>
            <w:rPr>
              <w:noProof/>
            </w:rPr>
            <w:t>'Omega.mark_scale' depends on axioms: [propext, Classical.choice, Quot.sound]</w:t>
          </w:r>
        </w:p>
        <w:p>
          <w:pPr>
            <w:pStyle w:val="ArchiveText"/>
          </w:pPr>
          <w:r>
            <w:rPr>
              <w:noProof/>
            </w:rPr>
            <w:t>'Omega.circle_scale' depends on axioms: [propext, Classical.choice, Quot.sound]</w:t>
          </w:r>
        </w:p>
        <w:p>
          <w:pPr>
            <w:pStyle w:val="ArchiveText"/>
          </w:pPr>
          <w:r>
            <w:rPr>
              <w:noProof/>
            </w:rPr>
            <w:t>'Omega.outline_scale' depends on axioms: [propext, Classical.choice, Quot.sound]</w:t>
          </w:r>
        </w:p>
        <w:p>
          <w:pPr>
            <w:pStyle w:val="ArchiveText"/>
          </w:pPr>
          <w:r>
            <w:rPr>
              <w:noProof/>
            </w:rPr>
            <w:t>'Omega.placed_homothety' depends on axioms: [propext, Classical.choice, Quot.sound]</w:t>
          </w:r>
        </w:p>
        <w:p>
          <w:pPr>
            <w:pStyle w:val="ArchiveText"/>
          </w:pPr>
          <w:r>
            <w:rPr>
              <w:noProof/>
            </w:rPr>
            <w:t>'Omega.readout_scale' depends on axioms: [propext, Classical.choice, Quot.sound]</w:t>
          </w:r>
        </w:p>
        <w:p>
          <w:pPr>
            <w:pStyle w:val="ArchiveText"/>
          </w:pPr>
          <w:r>
            <w:rPr>
              <w:noProof/>
            </w:rPr>
            <w:t>'Omega.curve_reconstruction' depends on axioms: [propext, Classical.choice, Quot.sound]</w:t>
          </w:r>
        </w:p>
        <w:p>
          <w:pPr>
            <w:pStyle w:val="ArchiveText"/>
          </w:pPr>
          <w:r>
            <w:rPr>
              <w:noProof/>
            </w:rPr>
          </w:r>
        </w:p>
      </w:sdtContent>
    </w:sdt>
    <w:p>
      <w:bookmarkStart w:id="21" w:name="archive_21"/>
      <w:pPr>
        <w:pStyle w:val="Heading1"/>
        <w:pageBreakBefore w:val="0"/>
      </w:pPr>
      <w:r>
        <w:t>File 21</w:t>
      </w:r>
      <w:bookmarkEnd w:id="21"/>
    </w:p>
    <w:p>
      <w:pPr>
        <w:pStyle w:val="ArchivePath"/>
      </w:pPr>
      <w:r>
        <w:t>OMEGA_NAUGHT_Lean_Proof_v0.1/evidence/build.log</w:t>
      </w:r>
    </w:p>
    <w:p>
      <w:pPr>
        <w:pStyle w:val="ArchiveMeta"/>
      </w:pPr>
      <w:r>
        <w:t>1,791 bytes  |  25 original line breaks</w:t>
      </w:r>
    </w:p>
    <w:sdt>
      <w:sdtPr>
        <w:tag w:val="archive-file:OMEGA_NAUGHT_Lean_Proof_v0.1/evidence/build.log"/>
        <w:alias w:val="OMEGA_NAUGHT_Lean_Proof_v0.1/evidence/build.log"/>
      </w:sdtPr>
      <w:sdtContent>
        <w:p>
          <w:pPr>
            <w:pStyle w:val="ArchiveText"/>
          </w:pPr>
          <w:r>
            <w:rPr>
              <w:noProof/>
            </w:rPr>
            <w:t>⚠ [1976/2137] Replayed Omega.Constants</w:t>
          </w:r>
        </w:p>
        <w:p>
          <w:pPr>
            <w:pStyle w:val="ArchiveText"/>
          </w:pPr>
          <w:r>
            <w:rPr>
              <w:noProof/>
            </w:rPr>
            <w:t>warning: ././././Omega/Constants.lean:97:2: Used `tac1 &lt;;&gt; tac2` where `(tac1; tac2)` would suffice</w:t>
          </w:r>
        </w:p>
        <w:p>
          <w:pPr>
            <w:pStyle w:val="ArchiveText"/>
          </w:pPr>
          <w:r>
            <w:rPr>
              <w:noProof/>
            </w:rPr>
            <w:t>note: this linter can be disabled with `set_option linter.unnecessarySeqFocus false`</w:t>
          </w:r>
        </w:p>
        <w:p>
          <w:pPr>
            <w:pStyle w:val="ArchiveText"/>
          </w:pPr>
          <w:r>
            <w:rPr>
              <w:noProof/>
            </w:rPr>
            <w:t>⚠ [2372/2384] Replayed Omega.Dimension</w:t>
          </w:r>
        </w:p>
        <w:p>
          <w:pPr>
            <w:pStyle w:val="ArchiveText"/>
          </w:pPr>
          <w:r>
            <w:rPr>
              <w:noProof/>
            </w:rPr>
            <w:t>warning: ././././Omega/Dimension.lean:37:4: Used `tac1 &lt;;&gt; tac2` where `(tac1; tac2)` would suffice</w:t>
          </w:r>
        </w:p>
        <w:p>
          <w:pPr>
            <w:pStyle w:val="ArchiveText"/>
          </w:pPr>
          <w:r>
            <w:rPr>
              <w:noProof/>
            </w:rPr>
            <w:t>note: this linter can be disabled with `set_option linter.unnecessarySeqFocus false`</w:t>
          </w:r>
        </w:p>
        <w:p>
          <w:pPr>
            <w:pStyle w:val="ArchiveText"/>
          </w:pPr>
          <w:r>
            <w:rPr>
              <w:noProof/>
            </w:rPr>
            <w:t>warning: ././././Omega/Dimension.lean:39:4: Used `tac1 &lt;;&gt; tac2` where `(tac1; tac2)` would suffice</w:t>
          </w:r>
        </w:p>
        <w:p>
          <w:pPr>
            <w:pStyle w:val="ArchiveText"/>
          </w:pPr>
          <w:r>
            <w:rPr>
              <w:noProof/>
            </w:rPr>
            <w:t>note: this linter can be disabled with `set_option linter.unnecessarySeqFocus false`</w:t>
          </w:r>
        </w:p>
        <w:p>
          <w:pPr>
            <w:pStyle w:val="ArchiveText"/>
          </w:pPr>
          <w:r>
            <w:rPr>
              <w:noProof/>
            </w:rPr>
            <w:t>⚠ [2373/2384] Replayed Omega.Affine</w:t>
          </w:r>
        </w:p>
        <w:p>
          <w:pPr>
            <w:pStyle w:val="ArchiveText"/>
          </w:pPr>
          <w:r>
            <w:rPr>
              <w:noProof/>
            </w:rPr>
            <w:t>warning: ././././Omega/Affine.lean:18:2: Used `tac1 &lt;;&gt; tac2` where `(tac1; tac2)` would suffice</w:t>
          </w:r>
        </w:p>
        <w:p>
          <w:pPr>
            <w:pStyle w:val="ArchiveText"/>
          </w:pPr>
          <w:r>
            <w:rPr>
              <w:noProof/>
            </w:rPr>
            <w:t>note: this linter can be disabled with `set_option linter.unnecessarySeqFocus false`</w:t>
          </w:r>
        </w:p>
        <w:p>
          <w:pPr>
            <w:pStyle w:val="ArchiveText"/>
          </w:pPr>
          <w:r>
            <w:rPr>
              <w:noProof/>
            </w:rPr>
            <w:t>warning: ././././Omega/Affine.lean:73:4: Used `tac1 &lt;;&gt; tac2` where `(tac1; tac2)` would suffice</w:t>
          </w:r>
        </w:p>
        <w:p>
          <w:pPr>
            <w:pStyle w:val="ArchiveText"/>
          </w:pPr>
          <w:r>
            <w:rPr>
              <w:noProof/>
            </w:rPr>
            <w:t>note: this linter can be disabled with `set_option linter.unnecessarySeqFocus false`</w:t>
          </w:r>
        </w:p>
        <w:p>
          <w:pPr>
            <w:pStyle w:val="ArchiveText"/>
          </w:pPr>
          <w:r>
            <w:rPr>
              <w:noProof/>
            </w:rPr>
            <w:t>⚠ [2376/2384] Replayed Omega.Floor</w:t>
          </w:r>
        </w:p>
        <w:p>
          <w:pPr>
            <w:pStyle w:val="ArchiveText"/>
          </w:pPr>
          <w:r>
            <w:rPr>
              <w:noProof/>
            </w:rPr>
            <w:t>warning: ././././Omega/Floor.lean:167:2: Used `tac1 &lt;;&gt; tac2` where `(tac1; tac2)` would suffice</w:t>
          </w:r>
        </w:p>
        <w:p>
          <w:pPr>
            <w:pStyle w:val="ArchiveText"/>
          </w:pPr>
          <w:r>
            <w:rPr>
              <w:noProof/>
            </w:rPr>
            <w:t>note: this linter can be disabled with `set_option linter.unnecessarySeqFocus false`</w:t>
          </w:r>
        </w:p>
        <w:p>
          <w:pPr>
            <w:pStyle w:val="ArchiveText"/>
          </w:pPr>
          <w:r>
            <w:rPr>
              <w:noProof/>
            </w:rPr>
            <w:t>warning: ././././Omega/Floor.lean:175:2: Used `tac1 &lt;;&gt; tac2` where `(tac1; tac2)` would suffice</w:t>
          </w:r>
        </w:p>
        <w:p>
          <w:pPr>
            <w:pStyle w:val="ArchiveText"/>
          </w:pPr>
          <w:r>
            <w:rPr>
              <w:noProof/>
            </w:rPr>
            <w:t>note: this linter can be disabled with `set_option linter.unnecessarySeqFocus false`</w:t>
          </w:r>
        </w:p>
        <w:p>
          <w:pPr>
            <w:pStyle w:val="ArchiveText"/>
          </w:pPr>
          <w:r>
            <w:rPr>
              <w:noProof/>
            </w:rPr>
            <w:t>⚠ [2380/2384] Replayed Omega.Metrics</w:t>
          </w:r>
        </w:p>
        <w:p>
          <w:pPr>
            <w:pStyle w:val="ArchiveText"/>
          </w:pPr>
          <w:r>
            <w:rPr>
              <w:noProof/>
            </w:rPr>
            <w:t>warning: ././././Omega/Metrics.lean:30:2: Used `tac1 &lt;;&gt; tac2` where `(tac1; tac2)` would suffice</w:t>
          </w:r>
        </w:p>
        <w:p>
          <w:pPr>
            <w:pStyle w:val="ArchiveText"/>
          </w:pPr>
          <w:r>
            <w:rPr>
              <w:noProof/>
            </w:rPr>
            <w:t>note: this linter can be disabled with `set_option linter.unnecessarySeqFocus false`</w:t>
          </w:r>
        </w:p>
        <w:p>
          <w:pPr>
            <w:pStyle w:val="ArchiveText"/>
          </w:pPr>
          <w:r>
            <w:rPr>
              <w:noProof/>
            </w:rPr>
            <w:t>✔ [2381/2384] Built Omega.Interface</w:t>
          </w:r>
        </w:p>
        <w:p>
          <w:pPr>
            <w:pStyle w:val="ArchiveText"/>
          </w:pPr>
          <w:r>
            <w:rPr>
              <w:noProof/>
            </w:rPr>
            <w:t>✔ [2382/2384] Built Omega.Main</w:t>
          </w:r>
        </w:p>
        <w:p>
          <w:pPr>
            <w:pStyle w:val="ArchiveText"/>
          </w:pPr>
          <w:r>
            <w:rPr>
              <w:noProof/>
            </w:rPr>
            <w:t>✔ [2383/2384] Built Omega</w:t>
          </w:r>
        </w:p>
        <w:p>
          <w:pPr>
            <w:pStyle w:val="ArchiveText"/>
          </w:pPr>
          <w:r>
            <w:rPr>
              <w:noProof/>
            </w:rPr>
            <w:t>Build completed successfully.</w:t>
          </w:r>
        </w:p>
        <w:p>
          <w:pPr>
            <w:pStyle w:val="ArchiveText"/>
          </w:pPr>
          <w:r>
            <w:rPr>
              <w:noProof/>
            </w:rPr>
          </w:r>
        </w:p>
      </w:sdtContent>
    </w:sdt>
    <w:p>
      <w:bookmarkStart w:id="22" w:name="archive_22"/>
      <w:pPr>
        <w:pStyle w:val="Heading1"/>
        <w:pageBreakBefore w:val="0"/>
      </w:pPr>
      <w:r>
        <w:t>File 22</w:t>
      </w:r>
      <w:bookmarkEnd w:id="22"/>
    </w:p>
    <w:p>
      <w:pPr>
        <w:pStyle w:val="ArchivePath"/>
      </w:pPr>
      <w:r>
        <w:t>OMEGA_NAUGHT_Lean_Proof_v0.1/evidence/setup_lake_update.log</w:t>
      </w:r>
    </w:p>
    <w:p>
      <w:pPr>
        <w:pStyle w:val="ArchiveMeta"/>
      </w:pPr>
      <w:r>
        <w:t>1,722 bytes  |  26 original line breaks</w:t>
      </w:r>
    </w:p>
    <w:sdt>
      <w:sdtPr>
        <w:tag w:val="archive-file:OMEGA_NAUGHT_Lean_Proof_v0.1/evidence/setup_lake_update.log"/>
        <w:alias w:val="OMEGA_NAUGHT_Lean_Proof_v0.1/evidence/setup_lake_update.log"/>
      </w:sdtPr>
      <w:sdtContent>
        <w:p>
          <w:pPr>
            <w:pStyle w:val="ArchiveText"/>
          </w:pPr>
          <w:r>
            <w:rPr>
              <w:noProof/>
            </w:rPr>
            <w:t>info: omega_provenance: no previous manifest, creating one from scratch</w:t>
          </w:r>
        </w:p>
        <w:p>
          <w:pPr>
            <w:pStyle w:val="ArchiveText"/>
          </w:pPr>
          <w:r>
            <w:rPr>
              <w:noProof/>
            </w:rPr>
            <w:t>info: toolchain not updated; already up-to-date</w:t>
          </w:r>
        </w:p>
        <w:p>
          <w:pPr>
            <w:pStyle w:val="ArchiveText"/>
          </w:pPr>
          <w:r>
            <w:rPr>
              <w:noProof/>
            </w:rPr>
            <w:t>info: plausible: cloning https://github.com/leanprover-community/plausible</w:t>
          </w:r>
        </w:p>
        <w:p>
          <w:pPr>
            <w:pStyle w:val="ArchiveText"/>
          </w:pPr>
          <w:r>
            <w:rPr>
              <w:noProof/>
            </w:rPr>
            <w:t>info: plausible: checking out revision '77e08eddc486491d7b9e470926b3dbe50319451a'</w:t>
          </w:r>
        </w:p>
        <w:p>
          <w:pPr>
            <w:pStyle w:val="ArchiveText"/>
          </w:pPr>
          <w:r>
            <w:rPr>
              <w:noProof/>
            </w:rPr>
            <w:t>info: LeanSearchClient: cloning https://github.com/leanprover-community/LeanSearchClient</w:t>
          </w:r>
        </w:p>
        <w:p>
          <w:pPr>
            <w:pStyle w:val="ArchiveText"/>
          </w:pPr>
          <w:r>
            <w:rPr>
              <w:noProof/>
            </w:rPr>
            <w:t>info: LeanSearchClient: checking out revision '25078369972d295301f5a1e53c3e5850cf6d9d4c'</w:t>
          </w:r>
        </w:p>
        <w:p>
          <w:pPr>
            <w:pStyle w:val="ArchiveText"/>
          </w:pPr>
          <w:r>
            <w:rPr>
              <w:noProof/>
            </w:rPr>
            <w:t>info: importGraph: cloning https://github.com/leanprover-community/import-graph</w:t>
          </w:r>
        </w:p>
        <w:p>
          <w:pPr>
            <w:pStyle w:val="ArchiveText"/>
          </w:pPr>
          <w:r>
            <w:rPr>
              <w:noProof/>
            </w:rPr>
            <w:t>info: importGraph: checking out revision 'e6a9f0f5ee3ccf7443a0070f92b62f8db12ae82b'</w:t>
          </w:r>
        </w:p>
        <w:p>
          <w:pPr>
            <w:pStyle w:val="ArchiveText"/>
          </w:pPr>
          <w:r>
            <w:rPr>
              <w:noProof/>
            </w:rPr>
            <w:t>info: proofwidgets: cloning https://github.com/leanprover-community/ProofWidgets4</w:t>
          </w:r>
        </w:p>
        <w:p>
          <w:pPr>
            <w:pStyle w:val="ArchiveText"/>
          </w:pPr>
          <w:r>
            <w:rPr>
              <w:noProof/>
            </w:rPr>
            <w:t>info: proofwidgets: checking out revision 'c4919189477c3221e6a204008998b0d724f49904'</w:t>
          </w:r>
        </w:p>
        <w:p>
          <w:pPr>
            <w:pStyle w:val="ArchiveText"/>
          </w:pPr>
          <w:r>
            <w:rPr>
              <w:noProof/>
            </w:rPr>
            <w:t>info: aesop: cloning https://github.com/leanprover-community/aesop</w:t>
          </w:r>
        </w:p>
        <w:p>
          <w:pPr>
            <w:pStyle w:val="ArchiveText"/>
          </w:pPr>
          <w:r>
            <w:rPr>
              <w:noProof/>
            </w:rPr>
            <w:t>info: aesop: checking out revision '5d50b08dedd7d69b3d9b3176e0d58a23af228884'</w:t>
          </w:r>
        </w:p>
        <w:p>
          <w:pPr>
            <w:pStyle w:val="ArchiveText"/>
          </w:pPr>
          <w:r>
            <w:rPr>
              <w:noProof/>
            </w:rPr>
            <w:t>info: Qq: cloning https://github.com/leanprover-community/quote4</w:t>
          </w:r>
        </w:p>
        <w:p>
          <w:pPr>
            <w:pStyle w:val="ArchiveText"/>
          </w:pPr>
          <w:r>
            <w:rPr>
              <w:noProof/>
            </w:rPr>
            <w:t>info: Qq: checking out revision 'fa4f7f15d97591a9cf3aa7724ba371c7fc6dda02'</w:t>
          </w:r>
        </w:p>
        <w:p>
          <w:pPr>
            <w:pStyle w:val="ArchiveText"/>
          </w:pPr>
          <w:r>
            <w:rPr>
              <w:noProof/>
            </w:rPr>
            <w:t>info: batteries: cloning https://github.com/leanprover-community/batteries</w:t>
          </w:r>
        </w:p>
        <w:p>
          <w:pPr>
            <w:pStyle w:val="ArchiveText"/>
          </w:pPr>
          <w:r>
            <w:rPr>
              <w:noProof/>
            </w:rPr>
            <w:t>info: batteries: checking out revision 'f5d04a9c4973d401c8c92500711518f7c656f034'</w:t>
          </w:r>
        </w:p>
        <w:p>
          <w:pPr>
            <w:pStyle w:val="ArchiveText"/>
          </w:pPr>
          <w:r>
            <w:rPr>
              <w:noProof/>
            </w:rPr>
            <w:t>info: Cli: cloning https://github.com/leanprover/lean4-cli</w:t>
          </w:r>
        </w:p>
        <w:p>
          <w:pPr>
            <w:pStyle w:val="ArchiveText"/>
          </w:pPr>
          <w:r>
            <w:rPr>
              <w:noProof/>
            </w:rPr>
            <w:t>info: Cli: checking out revision '02dbd02bc00ec4916e99b04b2245b30200e200d0'</w:t>
          </w:r>
        </w:p>
        <w:p>
          <w:pPr>
            <w:pStyle w:val="ArchiveText"/>
          </w:pPr>
          <w:r>
            <w:rPr>
              <w:noProof/>
            </w:rPr>
            <w:t>info: mathlib: running post-update hooks</w:t>
          </w:r>
        </w:p>
        <w:p>
          <w:pPr>
            <w:pStyle w:val="ArchiveText"/>
          </w:pPr>
          <w:r>
            <w:rPr>
              <w:noProof/>
            </w:rPr>
            <w:t>✖ [2/2] Running proofwidgets:release</w:t>
          </w:r>
        </w:p>
        <w:p>
          <w:pPr>
            <w:pStyle w:val="ArchiveText"/>
          </w:pPr>
          <w:r>
            <w:rPr>
              <w:noProof/>
            </w:rPr>
            <w:t>error: failed to fetch GitHub release (run with '-v' for details)</w:t>
          </w:r>
        </w:p>
        <w:p>
          <w:pPr>
            <w:pStyle w:val="ArchiveText"/>
          </w:pPr>
          <w:r>
            <w:rPr>
              <w:noProof/>
            </w:rPr>
            <w:t>Some required builds logged failures:</w:t>
          </w:r>
        </w:p>
        <w:p>
          <w:pPr>
            <w:pStyle w:val="ArchiveText"/>
          </w:pPr>
          <w:r>
            <w:rPr>
              <w:noProof/>
            </w:rPr>
            <w:t>- proofwidgets:release</w:t>
          </w:r>
        </w:p>
        <w:p>
          <w:pPr>
            <w:pStyle w:val="ArchiveText"/>
          </w:pPr>
          <w:r>
            <w:rPr>
              <w:noProof/>
            </w:rPr>
            <w:t>error: build failed</w:t>
          </w:r>
        </w:p>
        <w:p>
          <w:pPr>
            <w:pStyle w:val="ArchiveText"/>
          </w:pPr>
          <w:r>
            <w:rPr>
              <w:noProof/>
            </w:rPr>
            <w:t>uncaught exception: Failed to fetch ProofWidgets cloud release: lake failed with error code 1</w:t>
          </w:r>
        </w:p>
        <w:p>
          <w:pPr>
            <w:pStyle w:val="ArchiveText"/>
          </w:pPr>
          <w:r>
            <w:rPr>
              <w:noProof/>
            </w:rPr>
            <w:t>error: mathlib: failed to fetch cache</w:t>
          </w:r>
        </w:p>
        <w:p>
          <w:pPr>
            <w:pStyle w:val="ArchiveText"/>
          </w:pPr>
          <w:r>
            <w:rPr>
              <w:noProof/>
            </w:rPr>
          </w:r>
        </w:p>
      </w:sdtContent>
    </w:sdt>
    <w:p>
      <w:bookmarkStart w:id="23" w:name="archive_23"/>
      <w:pPr>
        <w:pStyle w:val="Heading1"/>
        <w:pageBreakBefore w:val="0"/>
      </w:pPr>
      <w:r>
        <w:t>File 23</w:t>
      </w:r>
      <w:bookmarkEnd w:id="23"/>
    </w:p>
    <w:p>
      <w:pPr>
        <w:pStyle w:val="ArchivePath"/>
      </w:pPr>
      <w:r>
        <w:t>OMEGA_NAUGHT_Lean_Proof_v0.1/lake-manifest.json</w:t>
      </w:r>
    </w:p>
    <w:p>
      <w:pPr>
        <w:pStyle w:val="ArchiveMeta"/>
      </w:pPr>
      <w:r>
        <w:t>3,141 bytes  |  95 original line breaks</w:t>
      </w:r>
    </w:p>
    <w:sdt>
      <w:sdtPr>
        <w:tag w:val="archive-file:OMEGA_NAUGHT_Lean_Proof_v0.1/lake-manifest.json"/>
        <w:alias w:val="OMEGA_NAUGHT_Lean_Proof_v0.1/lake-manifest.json"/>
      </w:sdtPr>
      <w:sdtContent>
        <w:p>
          <w:pPr>
            <w:pStyle w:val="ArchiveText"/>
          </w:pPr>
          <w:r>
            <w:rPr>
              <w:noProof/>
            </w:rPr>
            <w:t>{"version": "1.1.0",</w:t>
          </w:r>
        </w:p>
        <w:p>
          <w:pPr>
            <w:pStyle w:val="ArchiveText"/>
          </w:pPr>
          <w:r>
            <w:rPr>
              <w:noProof/>
            </w:rPr>
            <w:t xml:space="preserve"> "packagesDir": ".lake/packages",</w:t>
          </w:r>
        </w:p>
        <w:p>
          <w:pPr>
            <w:pStyle w:val="ArchiveText"/>
          </w:pPr>
          <w:r>
            <w:rPr>
              <w:noProof/>
            </w:rPr>
            <w:t xml:space="preserve"> "packages":</w:t>
          </w:r>
        </w:p>
        <w:p>
          <w:pPr>
            <w:pStyle w:val="ArchiveText"/>
          </w:pPr>
          <w:r>
            <w:rPr>
              <w:noProof/>
            </w:rPr>
            <w:t xml:space="preserve"> [{"url": "https://github.com/leanprover-community/mathlib4.git",</w:t>
          </w:r>
        </w:p>
        <w:p>
          <w:pPr>
            <w:pStyle w:val="ArchiveText"/>
          </w:pPr>
          <w:r>
            <w:rPr>
              <w:noProof/>
            </w:rPr>
            <w:t xml:space="preserve">   "type": "git",</w:t>
          </w:r>
        </w:p>
        <w:p>
          <w:pPr>
            <w:pStyle w:val="ArchiveText"/>
          </w:pPr>
          <w:r>
            <w:rPr>
              <w:noProof/>
            </w:rPr>
            <w:t xml:space="preserve">   "subDir": null,</w:t>
          </w:r>
        </w:p>
        <w:p>
          <w:pPr>
            <w:pStyle w:val="ArchiveText"/>
          </w:pPr>
          <w:r>
            <w:rPr>
              <w:noProof/>
            </w:rPr>
            <w:t xml:space="preserve">   "scope": "",</w:t>
          </w:r>
        </w:p>
        <w:p>
          <w:pPr>
            <w:pStyle w:val="ArchiveText"/>
          </w:pPr>
          <w:r>
            <w:rPr>
              <w:noProof/>
            </w:rPr>
            <w:t xml:space="preserve">   "rev": "c44e0c8ee63ca166450922a373c7409c5d26b00b",</w:t>
          </w:r>
        </w:p>
        <w:p>
          <w:pPr>
            <w:pStyle w:val="ArchiveText"/>
          </w:pPr>
          <w:r>
            <w:rPr>
              <w:noProof/>
            </w:rPr>
            <w:t xml:space="preserve">   "name": "mathlib",</w:t>
          </w:r>
        </w:p>
        <w:p>
          <w:pPr>
            <w:pStyle w:val="ArchiveText"/>
          </w:pPr>
          <w:r>
            <w:rPr>
              <w:noProof/>
            </w:rPr>
            <w:t xml:space="preserve">   "manifestFile": "lake-manifest.json",</w:t>
          </w:r>
        </w:p>
        <w:p>
          <w:pPr>
            <w:pStyle w:val="ArchiveText"/>
          </w:pPr>
          <w:r>
            <w:rPr>
              <w:noProof/>
            </w:rPr>
            <w:t xml:space="preserve">   "inputRev": "c44e0c8ee63ca166450922a373c7409c5d26b00b",</w:t>
          </w:r>
        </w:p>
        <w:p>
          <w:pPr>
            <w:pStyle w:val="ArchiveText"/>
          </w:pPr>
          <w:r>
            <w:rPr>
              <w:noProof/>
            </w:rPr>
            <w:t xml:space="preserve">   "inherited": false,</w:t>
          </w:r>
        </w:p>
        <w:p>
          <w:pPr>
            <w:pStyle w:val="ArchiveText"/>
          </w:pPr>
          <w:r>
            <w:rPr>
              <w:noProof/>
            </w:rPr>
            <w:t xml:space="preserve">   "configFile": "lakefile.lean"},</w:t>
          </w:r>
        </w:p>
        <w:p>
          <w:pPr>
            <w:pStyle w:val="ArchiveText"/>
          </w:pPr>
          <w:r>
            <w:rPr>
              <w:noProof/>
            </w:rPr>
            <w:t xml:space="preserve">  {"url": "https://github.com/leanprover-community/plausible",</w:t>
          </w:r>
        </w:p>
        <w:p>
          <w:pPr>
            <w:pStyle w:val="ArchiveText"/>
          </w:pPr>
          <w:r>
            <w:rPr>
              <w:noProof/>
            </w:rPr>
            <w:t xml:space="preserve">   "type": "git",</w:t>
          </w:r>
        </w:p>
        <w:p>
          <w:pPr>
            <w:pStyle w:val="ArchiveText"/>
          </w:pPr>
          <w:r>
            <w:rPr>
              <w:noProof/>
            </w:rPr>
            <w:t xml:space="preserve">   "subDir": null,</w:t>
          </w:r>
        </w:p>
        <w:p>
          <w:pPr>
            <w:pStyle w:val="ArchiveText"/>
          </w:pPr>
          <w:r>
            <w:rPr>
              <w:noProof/>
            </w:rPr>
            <w:t xml:space="preserve">   "scope": "leanprover-community",</w:t>
          </w:r>
        </w:p>
        <w:p>
          <w:pPr>
            <w:pStyle w:val="ArchiveText"/>
          </w:pPr>
          <w:r>
            <w:rPr>
              <w:noProof/>
            </w:rPr>
            <w:t xml:space="preserve">   "rev": "77e08eddc486491d7b9e470926b3dbe50319451a",</w:t>
          </w:r>
        </w:p>
        <w:p>
          <w:pPr>
            <w:pStyle w:val="ArchiveText"/>
          </w:pPr>
          <w:r>
            <w:rPr>
              <w:noProof/>
            </w:rPr>
            <w:t xml:space="preserve">   "name": "plausible",</w:t>
          </w:r>
        </w:p>
        <w:p>
          <w:pPr>
            <w:pStyle w:val="ArchiveText"/>
          </w:pPr>
          <w:r>
            <w:rPr>
              <w:noProof/>
            </w:rPr>
            <w:t xml:space="preserve">   "manifestFile": "lake-manifest.json",</w:t>
          </w:r>
        </w:p>
        <w:p>
          <w:pPr>
            <w:pStyle w:val="ArchiveText"/>
          </w:pPr>
          <w:r>
            <w:rPr>
              <w:noProof/>
            </w:rPr>
            <w:t xml:space="preserve">   "inputRev": "main",</w:t>
          </w:r>
        </w:p>
        <w:p>
          <w:pPr>
            <w:pStyle w:val="ArchiveText"/>
          </w:pPr>
          <w:r>
            <w:rPr>
              <w:noProof/>
            </w:rPr>
            <w:t xml:space="preserve">   "inherited": true,</w:t>
          </w:r>
        </w:p>
        <w:p>
          <w:pPr>
            <w:pStyle w:val="ArchiveText"/>
          </w:pPr>
          <w:r>
            <w:rPr>
              <w:noProof/>
            </w:rPr>
            <w:t xml:space="preserve">   "configFile": "lakefile.toml"},</w:t>
          </w:r>
        </w:p>
        <w:p>
          <w:pPr>
            <w:pStyle w:val="ArchiveText"/>
          </w:pPr>
          <w:r>
            <w:rPr>
              <w:noProof/>
            </w:rPr>
            <w:t xml:space="preserve">  {"url": "https://github.com/leanprover-community/LeanSearchClient",</w:t>
          </w:r>
        </w:p>
        <w:p>
          <w:pPr>
            <w:pStyle w:val="ArchiveText"/>
          </w:pPr>
          <w:r>
            <w:rPr>
              <w:noProof/>
            </w:rPr>
            <w:t xml:space="preserve">   "type": "git",</w:t>
          </w:r>
        </w:p>
        <w:p>
          <w:pPr>
            <w:pStyle w:val="ArchiveText"/>
          </w:pPr>
          <w:r>
            <w:rPr>
              <w:noProof/>
            </w:rPr>
            <w:t xml:space="preserve">   "subDir": null,</w:t>
          </w:r>
        </w:p>
        <w:p>
          <w:pPr>
            <w:pStyle w:val="ArchiveText"/>
          </w:pPr>
          <w:r>
            <w:rPr>
              <w:noProof/>
            </w:rPr>
            <w:t xml:space="preserve">   "scope": "leanprover-community",</w:t>
          </w:r>
        </w:p>
        <w:p>
          <w:pPr>
            <w:pStyle w:val="ArchiveText"/>
          </w:pPr>
          <w:r>
            <w:rPr>
              <w:noProof/>
            </w:rPr>
            <w:t xml:space="preserve">   "rev": "25078369972d295301f5a1e53c3e5850cf6d9d4c",</w:t>
          </w:r>
        </w:p>
        <w:p>
          <w:pPr>
            <w:pStyle w:val="ArchiveText"/>
          </w:pPr>
          <w:r>
            <w:rPr>
              <w:noProof/>
            </w:rPr>
            <w:t xml:space="preserve">   "name": "LeanSearchClient",</w:t>
          </w:r>
        </w:p>
        <w:p>
          <w:pPr>
            <w:pStyle w:val="ArchiveText"/>
          </w:pPr>
          <w:r>
            <w:rPr>
              <w:noProof/>
            </w:rPr>
            <w:t xml:space="preserve">   "manifestFile": "lake-manifest.json",</w:t>
          </w:r>
        </w:p>
        <w:p>
          <w:pPr>
            <w:pStyle w:val="ArchiveText"/>
          </w:pPr>
          <w:r>
            <w:rPr>
              <w:noProof/>
            </w:rPr>
            <w:t xml:space="preserve">   "inputRev": "main",</w:t>
          </w:r>
        </w:p>
        <w:p>
          <w:pPr>
            <w:pStyle w:val="ArchiveText"/>
          </w:pPr>
          <w:r>
            <w:rPr>
              <w:noProof/>
            </w:rPr>
            <w:t xml:space="preserve">   "inherited": true,</w:t>
          </w:r>
        </w:p>
        <w:p>
          <w:pPr>
            <w:pStyle w:val="ArchiveText"/>
          </w:pPr>
          <w:r>
            <w:rPr>
              <w:noProof/>
            </w:rPr>
            <w:t xml:space="preserve">   "configFile": "lakefile.toml"},</w:t>
          </w:r>
        </w:p>
        <w:p>
          <w:pPr>
            <w:pStyle w:val="ArchiveText"/>
          </w:pPr>
          <w:r>
            <w:rPr>
              <w:noProof/>
            </w:rPr>
            <w:t xml:space="preserve">  {"url": "https://github.com/leanprover-community/import-graph",</w:t>
          </w:r>
        </w:p>
        <w:p>
          <w:pPr>
            <w:pStyle w:val="ArchiveText"/>
          </w:pPr>
          <w:r>
            <w:rPr>
              <w:noProof/>
            </w:rPr>
            <w:t xml:space="preserve">   "type": "git",</w:t>
          </w:r>
        </w:p>
        <w:p>
          <w:pPr>
            <w:pStyle w:val="ArchiveText"/>
          </w:pPr>
          <w:r>
            <w:rPr>
              <w:noProof/>
            </w:rPr>
            <w:t xml:space="preserve">   "subDir": null,</w:t>
          </w:r>
        </w:p>
        <w:p>
          <w:pPr>
            <w:pStyle w:val="ArchiveText"/>
          </w:pPr>
          <w:r>
            <w:rPr>
              <w:noProof/>
            </w:rPr>
            <w:t xml:space="preserve">   "scope": "leanprover-community",</w:t>
          </w:r>
        </w:p>
        <w:p>
          <w:pPr>
            <w:pStyle w:val="ArchiveText"/>
          </w:pPr>
          <w:r>
            <w:rPr>
              <w:noProof/>
            </w:rPr>
            <w:t xml:space="preserve">   "rev": "e6a9f0f5ee3ccf7443a0070f92b62f8db12ae82b",</w:t>
          </w:r>
        </w:p>
        <w:p>
          <w:pPr>
            <w:pStyle w:val="ArchiveText"/>
          </w:pPr>
          <w:r>
            <w:rPr>
              <w:noProof/>
            </w:rPr>
            <w:t xml:space="preserve">   "name": "importGraph",</w:t>
          </w:r>
        </w:p>
        <w:p>
          <w:pPr>
            <w:pStyle w:val="ArchiveText"/>
          </w:pPr>
          <w:r>
            <w:rPr>
              <w:noProof/>
            </w:rPr>
            <w:t xml:space="preserve">   "manifestFile": "lake-manifest.json",</w:t>
          </w:r>
        </w:p>
        <w:p>
          <w:pPr>
            <w:pStyle w:val="ArchiveText"/>
          </w:pPr>
          <w:r>
            <w:rPr>
              <w:noProof/>
            </w:rPr>
            <w:t xml:space="preserve">   "inputRev": "main",</w:t>
          </w:r>
        </w:p>
        <w:p>
          <w:pPr>
            <w:pStyle w:val="ArchiveText"/>
          </w:pPr>
          <w:r>
            <w:rPr>
              <w:noProof/>
            </w:rPr>
            <w:t xml:space="preserve">   "inherited": true,</w:t>
          </w:r>
        </w:p>
        <w:p>
          <w:pPr>
            <w:pStyle w:val="ArchiveText"/>
          </w:pPr>
          <w:r>
            <w:rPr>
              <w:noProof/>
            </w:rPr>
            <w:t xml:space="preserve">   "configFile": "lakefile.toml"},</w:t>
          </w:r>
        </w:p>
        <w:p>
          <w:pPr>
            <w:pStyle w:val="ArchiveText"/>
          </w:pPr>
          <w:r>
            <w:rPr>
              <w:noProof/>
            </w:rPr>
            <w:t xml:space="preserve">  {"url": "https://github.com/leanprover-community/ProofWidgets4",</w:t>
          </w:r>
        </w:p>
        <w:p>
          <w:pPr>
            <w:pStyle w:val="ArchiveText"/>
          </w:pPr>
          <w:r>
            <w:rPr>
              <w:noProof/>
            </w:rPr>
            <w:t xml:space="preserve">   "type": "git",</w:t>
          </w:r>
        </w:p>
        <w:p>
          <w:pPr>
            <w:pStyle w:val="ArchiveText"/>
          </w:pPr>
          <w:r>
            <w:rPr>
              <w:noProof/>
            </w:rPr>
            <w:t xml:space="preserve">   "subDir": null,</w:t>
          </w:r>
        </w:p>
        <w:p>
          <w:pPr>
            <w:pStyle w:val="ArchiveText"/>
          </w:pPr>
          <w:r>
            <w:rPr>
              <w:noProof/>
            </w:rPr>
            <w:t xml:space="preserve">   "scope": "leanprover-community",</w:t>
          </w:r>
        </w:p>
        <w:p>
          <w:pPr>
            <w:pStyle w:val="ArchiveText"/>
          </w:pPr>
          <w:r>
            <w:rPr>
              <w:noProof/>
            </w:rPr>
            <w:t xml:space="preserve">   "rev": "c4919189477c3221e6a204008998b0d724f49904",</w:t>
          </w:r>
        </w:p>
        <w:p>
          <w:pPr>
            <w:pStyle w:val="ArchiveText"/>
          </w:pPr>
          <w:r>
            <w:rPr>
              <w:noProof/>
            </w:rPr>
            <w:t xml:space="preserve">   "name": "proofwidgets",</w:t>
          </w:r>
        </w:p>
        <w:p>
          <w:pPr>
            <w:pStyle w:val="ArchiveText"/>
          </w:pPr>
          <w:r>
            <w:rPr>
              <w:noProof/>
            </w:rPr>
            <w:t xml:space="preserve">   "manifestFile": "lake-manifest.json",</w:t>
          </w:r>
        </w:p>
        <w:p>
          <w:pPr>
            <w:pStyle w:val="ArchiveText"/>
          </w:pPr>
          <w:r>
            <w:rPr>
              <w:noProof/>
            </w:rPr>
            <w:t xml:space="preserve">   "inputRev": "v0.0.57",</w:t>
          </w:r>
        </w:p>
        <w:p>
          <w:pPr>
            <w:pStyle w:val="ArchiveText"/>
          </w:pPr>
          <w:r>
            <w:rPr>
              <w:noProof/>
            </w:rPr>
            <w:t xml:space="preserve">   "inherited": true,</w:t>
          </w:r>
        </w:p>
        <w:p>
          <w:pPr>
            <w:pStyle w:val="ArchiveText"/>
          </w:pPr>
          <w:r>
            <w:rPr>
              <w:noProof/>
            </w:rPr>
            <w:t xml:space="preserve">   "configFile": "lakefile.lean"},</w:t>
          </w:r>
        </w:p>
        <w:p>
          <w:pPr>
            <w:pStyle w:val="ArchiveText"/>
          </w:pPr>
          <w:r>
            <w:rPr>
              <w:noProof/>
            </w:rPr>
            <w:t xml:space="preserve">  {"url": "https://github.com/leanprover-community/aesop",</w:t>
          </w:r>
        </w:p>
        <w:p>
          <w:pPr>
            <w:pStyle w:val="ArchiveText"/>
          </w:pPr>
          <w:r>
            <w:rPr>
              <w:noProof/>
            </w:rPr>
            <w:t xml:space="preserve">   "type": "git",</w:t>
          </w:r>
        </w:p>
        <w:p>
          <w:pPr>
            <w:pStyle w:val="ArchiveText"/>
          </w:pPr>
          <w:r>
            <w:rPr>
              <w:noProof/>
            </w:rPr>
            <w:t xml:space="preserve">   "subDir": null,</w:t>
          </w:r>
        </w:p>
        <w:p>
          <w:pPr>
            <w:pStyle w:val="ArchiveText"/>
          </w:pPr>
          <w:r>
            <w:rPr>
              <w:noProof/>
            </w:rPr>
            <w:t xml:space="preserve">   "scope": "leanprover-community",</w:t>
          </w:r>
        </w:p>
        <w:p>
          <w:pPr>
            <w:pStyle w:val="ArchiveText"/>
          </w:pPr>
          <w:r>
            <w:rPr>
              <w:noProof/>
            </w:rPr>
            <w:t xml:space="preserve">   "rev": "5d50b08dedd7d69b3d9b3176e0d58a23af228884",</w:t>
          </w:r>
        </w:p>
        <w:p>
          <w:pPr>
            <w:pStyle w:val="ArchiveText"/>
          </w:pPr>
          <w:r>
            <w:rPr>
              <w:noProof/>
            </w:rPr>
            <w:t xml:space="preserve">   "name": "aesop",</w:t>
          </w:r>
        </w:p>
        <w:p>
          <w:pPr>
            <w:pStyle w:val="ArchiveText"/>
          </w:pPr>
          <w:r>
            <w:rPr>
              <w:noProof/>
            </w:rPr>
            <w:t xml:space="preserve">   "manifestFile": "lake-manifest.json",</w:t>
          </w:r>
        </w:p>
        <w:p>
          <w:pPr>
            <w:pStyle w:val="ArchiveText"/>
          </w:pPr>
          <w:r>
            <w:rPr>
              <w:noProof/>
            </w:rPr>
            <w:t xml:space="preserve">   "inputRev": "master",</w:t>
          </w:r>
        </w:p>
        <w:p>
          <w:pPr>
            <w:pStyle w:val="ArchiveText"/>
          </w:pPr>
          <w:r>
            <w:rPr>
              <w:noProof/>
            </w:rPr>
            <w:t xml:space="preserve">   "inherited": true,</w:t>
          </w:r>
        </w:p>
        <w:p>
          <w:pPr>
            <w:pStyle w:val="ArchiveText"/>
          </w:pPr>
          <w:r>
            <w:rPr>
              <w:noProof/>
            </w:rPr>
            <w:t xml:space="preserve">   "configFile": "lakefile.toml"},</w:t>
          </w:r>
        </w:p>
        <w:p>
          <w:pPr>
            <w:pStyle w:val="ArchiveText"/>
          </w:pPr>
          <w:r>
            <w:rPr>
              <w:noProof/>
            </w:rPr>
            <w:t xml:space="preserve">  {"url": "https://github.com/leanprover-community/quote4",</w:t>
          </w:r>
        </w:p>
        <w:p>
          <w:pPr>
            <w:pStyle w:val="ArchiveText"/>
          </w:pPr>
          <w:r>
            <w:rPr>
              <w:noProof/>
            </w:rPr>
            <w:t xml:space="preserve">   "type": "git",</w:t>
          </w:r>
        </w:p>
        <w:p>
          <w:pPr>
            <w:pStyle w:val="ArchiveText"/>
          </w:pPr>
          <w:r>
            <w:rPr>
              <w:noProof/>
            </w:rPr>
            <w:t xml:space="preserve">   "subDir": null,</w:t>
          </w:r>
        </w:p>
        <w:p>
          <w:pPr>
            <w:pStyle w:val="ArchiveText"/>
          </w:pPr>
          <w:r>
            <w:rPr>
              <w:noProof/>
            </w:rPr>
            <w:t xml:space="preserve">   "scope": "leanprover-community",</w:t>
          </w:r>
        </w:p>
        <w:p>
          <w:pPr>
            <w:pStyle w:val="ArchiveText"/>
          </w:pPr>
          <w:r>
            <w:rPr>
              <w:noProof/>
            </w:rPr>
            <w:t xml:space="preserve">   "rev": "fa4f7f15d97591a9cf3aa7724ba371c7fc6dda02",</w:t>
          </w:r>
        </w:p>
        <w:p>
          <w:pPr>
            <w:pStyle w:val="ArchiveText"/>
          </w:pPr>
          <w:r>
            <w:rPr>
              <w:noProof/>
            </w:rPr>
            <w:t xml:space="preserve">   "name": "Qq",</w:t>
          </w:r>
        </w:p>
        <w:p>
          <w:pPr>
            <w:pStyle w:val="ArchiveText"/>
          </w:pPr>
          <w:r>
            <w:rPr>
              <w:noProof/>
            </w:rPr>
            <w:t xml:space="preserve">   "manifestFile": "lake-manifest.json",</w:t>
          </w:r>
        </w:p>
        <w:p>
          <w:pPr>
            <w:pStyle w:val="ArchiveText"/>
          </w:pPr>
          <w:r>
            <w:rPr>
              <w:noProof/>
            </w:rPr>
            <w:t xml:space="preserve">   "inputRev": "master",</w:t>
          </w:r>
        </w:p>
        <w:p>
          <w:pPr>
            <w:pStyle w:val="ArchiveText"/>
          </w:pPr>
          <w:r>
            <w:rPr>
              <w:noProof/>
            </w:rPr>
            <w:t xml:space="preserve">   "inherited": true,</w:t>
          </w:r>
        </w:p>
        <w:p>
          <w:pPr>
            <w:pStyle w:val="ArchiveText"/>
          </w:pPr>
          <w:r>
            <w:rPr>
              <w:noProof/>
            </w:rPr>
            <w:t xml:space="preserve">   "configFile": "lakefile.toml"},</w:t>
          </w:r>
        </w:p>
        <w:p>
          <w:pPr>
            <w:pStyle w:val="ArchiveText"/>
          </w:pPr>
          <w:r>
            <w:rPr>
              <w:noProof/>
            </w:rPr>
            <w:t xml:space="preserve">  {"url": "https://github.com/leanprover-community/batteries",</w:t>
          </w:r>
        </w:p>
        <w:p>
          <w:pPr>
            <w:pStyle w:val="ArchiveText"/>
          </w:pPr>
          <w:r>
            <w:rPr>
              <w:noProof/>
            </w:rPr>
            <w:t xml:space="preserve">   "type": "git",</w:t>
          </w:r>
        </w:p>
        <w:p>
          <w:pPr>
            <w:pStyle w:val="ArchiveText"/>
          </w:pPr>
          <w:r>
            <w:rPr>
              <w:noProof/>
            </w:rPr>
            <w:t xml:space="preserve">   "subDir": null,</w:t>
          </w:r>
        </w:p>
        <w:p>
          <w:pPr>
            <w:pStyle w:val="ArchiveText"/>
          </w:pPr>
          <w:r>
            <w:rPr>
              <w:noProof/>
            </w:rPr>
            <w:t xml:space="preserve">   "scope": "leanprover-community",</w:t>
          </w:r>
        </w:p>
        <w:p>
          <w:pPr>
            <w:pStyle w:val="ArchiveText"/>
          </w:pPr>
          <w:r>
            <w:rPr>
              <w:noProof/>
            </w:rPr>
            <w:t xml:space="preserve">   "rev": "f5d04a9c4973d401c8c92500711518f7c656f034",</w:t>
          </w:r>
        </w:p>
        <w:p>
          <w:pPr>
            <w:pStyle w:val="ArchiveText"/>
          </w:pPr>
          <w:r>
            <w:rPr>
              <w:noProof/>
            </w:rPr>
            <w:t xml:space="preserve">   "name": "batteries",</w:t>
          </w:r>
        </w:p>
        <w:p>
          <w:pPr>
            <w:pStyle w:val="ArchiveText"/>
          </w:pPr>
          <w:r>
            <w:rPr>
              <w:noProof/>
            </w:rPr>
            <w:t xml:space="preserve">   "manifestFile": "lake-manifest.json",</w:t>
          </w:r>
        </w:p>
        <w:p>
          <w:pPr>
            <w:pStyle w:val="ArchiveText"/>
          </w:pPr>
          <w:r>
            <w:rPr>
              <w:noProof/>
            </w:rPr>
            <w:t xml:space="preserve">   "inputRev": "main",</w:t>
          </w:r>
        </w:p>
        <w:p>
          <w:pPr>
            <w:pStyle w:val="ArchiveText"/>
          </w:pPr>
          <w:r>
            <w:rPr>
              <w:noProof/>
            </w:rPr>
            <w:t xml:space="preserve">   "inherited": true,</w:t>
          </w:r>
        </w:p>
        <w:p>
          <w:pPr>
            <w:pStyle w:val="ArchiveText"/>
          </w:pPr>
          <w:r>
            <w:rPr>
              <w:noProof/>
            </w:rPr>
            <w:t xml:space="preserve">   "configFile": "lakefile.toml"},</w:t>
          </w:r>
        </w:p>
        <w:p>
          <w:pPr>
            <w:pStyle w:val="ArchiveText"/>
          </w:pPr>
          <w:r>
            <w:rPr>
              <w:noProof/>
            </w:rPr>
            <w:t xml:space="preserve">  {"url": "https://github.com/leanprover/lean4-cli",</w:t>
          </w:r>
        </w:p>
        <w:p>
          <w:pPr>
            <w:pStyle w:val="ArchiveText"/>
          </w:pPr>
          <w:r>
            <w:rPr>
              <w:noProof/>
            </w:rPr>
            <w:t xml:space="preserve">   "type": "git",</w:t>
          </w:r>
        </w:p>
        <w:p>
          <w:pPr>
            <w:pStyle w:val="ArchiveText"/>
          </w:pPr>
          <w:r>
            <w:rPr>
              <w:noProof/>
            </w:rPr>
            <w:t xml:space="preserve">   "subDir": null,</w:t>
          </w:r>
        </w:p>
        <w:p>
          <w:pPr>
            <w:pStyle w:val="ArchiveText"/>
          </w:pPr>
          <w:r>
            <w:rPr>
              <w:noProof/>
            </w:rPr>
            <w:t xml:space="preserve">   "scope": "leanprover",</w:t>
          </w:r>
        </w:p>
        <w:p>
          <w:pPr>
            <w:pStyle w:val="ArchiveText"/>
          </w:pPr>
          <w:r>
            <w:rPr>
              <w:noProof/>
            </w:rPr>
            <w:t xml:space="preserve">   "rev": "02dbd02bc00ec4916e99b04b2245b30200e200d0",</w:t>
          </w:r>
        </w:p>
        <w:p>
          <w:pPr>
            <w:pStyle w:val="ArchiveText"/>
          </w:pPr>
          <w:r>
            <w:rPr>
              <w:noProof/>
            </w:rPr>
            <w:t xml:space="preserve">   "name": "Cli",</w:t>
          </w:r>
        </w:p>
        <w:p>
          <w:pPr>
            <w:pStyle w:val="ArchiveText"/>
          </w:pPr>
          <w:r>
            <w:rPr>
              <w:noProof/>
            </w:rPr>
            <w:t xml:space="preserve">   "manifestFile": "lake-manifest.json",</w:t>
          </w:r>
        </w:p>
        <w:p>
          <w:pPr>
            <w:pStyle w:val="ArchiveText"/>
          </w:pPr>
          <w:r>
            <w:rPr>
              <w:noProof/>
            </w:rPr>
            <w:t xml:space="preserve">   "inputRev": "main",</w:t>
          </w:r>
        </w:p>
        <w:p>
          <w:pPr>
            <w:pStyle w:val="ArchiveText"/>
          </w:pPr>
          <w:r>
            <w:rPr>
              <w:noProof/>
            </w:rPr>
            <w:t xml:space="preserve">   "inherited": true,</w:t>
          </w:r>
        </w:p>
        <w:p>
          <w:pPr>
            <w:pStyle w:val="ArchiveText"/>
          </w:pPr>
          <w:r>
            <w:rPr>
              <w:noProof/>
            </w:rPr>
            <w:t xml:space="preserve">   "configFile": "lakefile.toml"}],</w:t>
          </w:r>
        </w:p>
        <w:p>
          <w:pPr>
            <w:pStyle w:val="ArchiveText"/>
          </w:pPr>
          <w:r>
            <w:rPr>
              <w:noProof/>
            </w:rPr>
            <w:t xml:space="preserve"> "name": "omega_provenance",</w:t>
          </w:r>
        </w:p>
        <w:p>
          <w:pPr>
            <w:pStyle w:val="ArchiveText"/>
          </w:pPr>
          <w:r>
            <w:rPr>
              <w:noProof/>
            </w:rPr>
            <w:t xml:space="preserve"> "lakeDir": ".lake"}</w:t>
          </w:r>
        </w:p>
        <w:p>
          <w:pPr>
            <w:pStyle w:val="ArchiveText"/>
          </w:pPr>
          <w:r>
            <w:rPr>
              <w:noProof/>
            </w:rPr>
          </w:r>
        </w:p>
      </w:sdtContent>
    </w:sdt>
    <w:p>
      <w:bookmarkStart w:id="24" w:name="archive_24"/>
      <w:pPr>
        <w:pStyle w:val="Heading1"/>
        <w:pageBreakBefore w:val="0"/>
      </w:pPr>
      <w:r>
        <w:t>File 24</w:t>
      </w:r>
      <w:bookmarkEnd w:id="24"/>
    </w:p>
    <w:p>
      <w:pPr>
        <w:pStyle w:val="ArchivePath"/>
      </w:pPr>
      <w:r>
        <w:t>OMEGA_NAUGHT_Lean_Proof_v0.1/lakefile.lean</w:t>
      </w:r>
    </w:p>
    <w:p>
      <w:pPr>
        <w:pStyle w:val="ArchiveMeta"/>
      </w:pPr>
      <w:r>
        <w:t>238 bytes  |  7 original line breaks</w:t>
      </w:r>
    </w:p>
    <w:sdt>
      <w:sdtPr>
        <w:tag w:val="archive-file:OMEGA_NAUGHT_Lean_Proof_v0.1/lakefile.lean"/>
        <w:alias w:val="OMEGA_NAUGHT_Lean_Proof_v0.1/lakefile.lean"/>
      </w:sdtPr>
      <w:sdtContent>
        <w:p>
          <w:pPr>
            <w:pStyle w:val="ArchiveText"/>
          </w:pPr>
          <w:r>
            <w:rPr>
              <w:noProof/>
            </w:rPr>
            <w:t>import Lake</w:t>
          </w:r>
        </w:p>
        <w:p>
          <w:pPr>
            <w:pStyle w:val="ArchiveText"/>
          </w:pPr>
          <w:r>
            <w:rPr>
              <w:noProof/>
            </w:rPr>
            <w:t>open Lake DSL</w:t>
          </w:r>
        </w:p>
        <w:p>
          <w:pPr>
            <w:pStyle w:val="ArchiveText"/>
          </w:pPr>
          <w:r>
            <w:rPr>
              <w:noProof/>
            </w:rPr>
            <w:t>package omega_provenance where</w:t>
          </w:r>
        </w:p>
        <w:p>
          <w:pPr>
            <w:pStyle w:val="ArchiveText"/>
          </w:pPr>
          <w:r>
            <w:rPr>
              <w:noProof/>
            </w:rPr>
            <w:t xml:space="preserve">  version := v!"0.1.0"</w:t>
          </w:r>
        </w:p>
        <w:p>
          <w:pPr>
            <w:pStyle w:val="ArchiveText"/>
          </w:pPr>
          <w:r>
            <w:rPr>
              <w:noProof/>
            </w:rPr>
            <w:t>require mathlib from git "https://github.com/leanprover-community/mathlib4.git" @ "c44e0c8ee63ca166450922a373c7409c5d26b00b"</w:t>
          </w:r>
        </w:p>
        <w:p>
          <w:pPr>
            <w:pStyle w:val="ArchiveText"/>
          </w:pPr>
          <w:r>
            <w:rPr>
              <w:noProof/>
            </w:rPr>
            <w:t>@[default_target]</w:t>
          </w:r>
        </w:p>
        <w:p>
          <w:pPr>
            <w:pStyle w:val="ArchiveText"/>
          </w:pPr>
          <w:r>
            <w:rPr>
              <w:noProof/>
            </w:rPr>
            <w:t>lean_lib Omega</w:t>
          </w:r>
        </w:p>
        <w:p>
          <w:pPr>
            <w:pStyle w:val="ArchiveText"/>
          </w:pPr>
          <w:r>
            <w:rPr>
              <w:noProof/>
            </w:rPr>
          </w:r>
        </w:p>
      </w:sdtContent>
    </w:sdt>
    <w:p>
      <w:bookmarkStart w:id="25" w:name="archive_25"/>
      <w:pPr>
        <w:pStyle w:val="Heading1"/>
        <w:pageBreakBefore w:val="0"/>
      </w:pPr>
      <w:r>
        <w:t>File 25</w:t>
      </w:r>
      <w:bookmarkEnd w:id="25"/>
    </w:p>
    <w:p>
      <w:pPr>
        <w:pStyle w:val="ArchivePath"/>
      </w:pPr>
      <w:r>
        <w:t>OMEGA_NAUGHT_Lean_Proof_v0.1/lean-toolchain</w:t>
      </w:r>
    </w:p>
    <w:p>
      <w:pPr>
        <w:pStyle w:val="ArchiveMeta"/>
      </w:pPr>
      <w:r>
        <w:t>25 bytes  |  1 original line breaks</w:t>
      </w:r>
    </w:p>
    <w:sdt>
      <w:sdtPr>
        <w:tag w:val="archive-file:OMEGA_NAUGHT_Lean_Proof_v0.1/lean-toolchain"/>
        <w:alias w:val="OMEGA_NAUGHT_Lean_Proof_v0.1/lean-toolchain"/>
      </w:sdtPr>
      <w:sdtContent>
        <w:p>
          <w:pPr>
            <w:pStyle w:val="ArchiveText"/>
          </w:pPr>
          <w:r>
            <w:rPr>
              <w:noProof/>
            </w:rPr>
            <w:t>leanprover/lean4:v4.19.0</w:t>
          </w:r>
        </w:p>
        <w:p>
          <w:pPr>
            <w:pStyle w:val="ArchiveText"/>
          </w:pPr>
          <w:r>
            <w:rPr>
              <w:noProof/>
            </w:rPr>
          </w:r>
        </w:p>
      </w:sdtContent>
    </w:sdt>
    <w:p>
      <w:bookmarkStart w:id="26" w:name="archive_26"/>
      <w:pPr>
        <w:pStyle w:val="Heading1"/>
        <w:pageBreakBefore w:val="0"/>
      </w:pPr>
      <w:r>
        <w:t>File 26</w:t>
      </w:r>
      <w:bookmarkEnd w:id="26"/>
    </w:p>
    <w:p>
      <w:pPr>
        <w:pStyle w:val="ArchivePath"/>
      </w:pPr>
      <w:r>
        <w:t>OMEGA_NAUGHT_Lean_Proof_v0.1/scripts/check_axioms.py</w:t>
      </w:r>
    </w:p>
    <w:p>
      <w:pPr>
        <w:pStyle w:val="ArchiveMeta"/>
      </w:pPr>
      <w:r>
        <w:t>1,326 bytes  |  28 original line breaks</w:t>
      </w:r>
    </w:p>
    <w:sdt>
      <w:sdtPr>
        <w:tag w:val="archive-file:OMEGA_NAUGHT_Lean_Proof_v0.1/scripts/check_axioms.py"/>
        <w:alias w:val="OMEGA_NAUGHT_Lean_Proof_v0.1/scripts/check_axioms.py"/>
      </w:sdtPr>
      <w:sdtContent>
        <w:p>
          <w:pPr>
            <w:pStyle w:val="ArchiveText"/>
          </w:pPr>
          <w:r>
            <w:rPr>
              <w:noProof/>
            </w:rPr>
            <w:t>#!/usr/bin/env python3</w:t>
          </w:r>
        </w:p>
        <w:p>
          <w:pPr>
            <w:pStyle w:val="ArchiveText"/>
          </w:pPr>
          <w:r>
            <w:rPr>
              <w:noProof/>
            </w:rPr>
            <w:t>"""Check coverage and the transitive-axiom report; this is not a proof oracle."""</w:t>
          </w:r>
        </w:p>
        <w:p>
          <w:pPr>
            <w:pStyle w:val="ArchiveText"/>
          </w:pPr>
          <w:r>
            <w:rPr>
              <w:noProof/>
            </w:rPr>
            <w:t>from pathlib import Path</w:t>
          </w:r>
        </w:p>
        <w:p>
          <w:pPr>
            <w:pStyle w:val="ArchiveText"/>
          </w:pPr>
          <w:r>
            <w:rPr>
              <w:noProof/>
            </w:rPr>
            <w:t>import re</w:t>
          </w:r>
        </w:p>
        <w:p>
          <w:pPr>
            <w:pStyle w:val="ArchiveText"/>
          </w:pPr>
          <w:r>
            <w:rPr>
              <w:noProof/>
            </w:rPr>
            <w:t>import sys</w:t>
          </w:r>
        </w:p>
        <w:p>
          <w:pPr>
            <w:pStyle w:val="ArchiveText"/>
          </w:pPr>
          <w:r>
            <w:rPr>
              <w:noProof/>
            </w:rPr>
          </w:r>
        </w:p>
        <w:p>
          <w:pPr>
            <w:pStyle w:val="ArchiveText"/>
          </w:pPr>
          <w:r>
            <w:rPr>
              <w:noProof/>
            </w:rPr>
            <w:t>root = Path(__file__).resolve().parent.parent</w:t>
          </w:r>
        </w:p>
        <w:p>
          <w:pPr>
            <w:pStyle w:val="ArchiveText"/>
          </w:pPr>
          <w:r>
            <w:rPr>
              <w:noProof/>
            </w:rPr>
            <w:t>report = Path(sys.argv[1]).read_text()</w:t>
          </w:r>
        </w:p>
        <w:p>
          <w:pPr>
            <w:pStyle w:val="ArchiveText"/>
          </w:pPr>
          <w:r>
            <w:rPr>
              <w:noProof/>
            </w:rPr>
            <w:t>expected = set()</w:t>
          </w:r>
        </w:p>
        <w:p>
          <w:pPr>
            <w:pStyle w:val="ArchiveText"/>
          </w:pPr>
          <w:r>
            <w:rPr>
              <w:noProof/>
            </w:rPr>
            <w:t>for source in (root / 'Omega').glob('*.lean'):</w:t>
          </w:r>
        </w:p>
        <w:p>
          <w:pPr>
            <w:pStyle w:val="ArchiveText"/>
          </w:pPr>
          <w:r>
            <w:rPr>
              <w:noProof/>
            </w:rPr>
            <w:t xml:space="preserve">    if source.stem == 'AxiomAudit':</w:t>
          </w:r>
        </w:p>
        <w:p>
          <w:pPr>
            <w:pStyle w:val="ArchiveText"/>
          </w:pPr>
          <w:r>
            <w:rPr>
              <w:noProof/>
            </w:rPr>
            <w:t xml:space="preserve">        continue</w:t>
          </w:r>
        </w:p>
        <w:p>
          <w:pPr>
            <w:pStyle w:val="ArchiveText"/>
          </w:pPr>
          <w:r>
            <w:rPr>
              <w:noProof/>
            </w:rPr>
            <w:t xml:space="preserve">    prefix = 'Omega.Ledger' if source.stem == 'Ledger' else 'Omega'</w:t>
          </w:r>
        </w:p>
        <w:p>
          <w:pPr>
            <w:pStyle w:val="ArchiveText"/>
          </w:pPr>
          <w:r>
            <w:rPr>
              <w:noProof/>
            </w:rPr>
            <w:t xml:space="preserve">    for name in re.findall(r'^theorem\s+(\w+)', source.read_text(), re.MULTILINE):</w:t>
          </w:r>
        </w:p>
        <w:p>
          <w:pPr>
            <w:pStyle w:val="ArchiveText"/>
          </w:pPr>
          <w:r>
            <w:rPr>
              <w:noProof/>
            </w:rPr>
            <w:t xml:space="preserve">        expected.add(prefix + '.' + name)</w:t>
          </w:r>
        </w:p>
        <w:p>
          <w:pPr>
            <w:pStyle w:val="ArchiveText"/>
          </w:pPr>
          <w:r>
            <w:rPr>
              <w:noProof/>
            </w:rPr>
            <w:t>found = set(re.findall(r"^'(Omega\.[^']+)' (?:depends on axioms:|does not depend on any axioms)",</w:t>
          </w:r>
        </w:p>
        <w:p>
          <w:pPr>
            <w:pStyle w:val="ArchiveText"/>
          </w:pPr>
          <w:r>
            <w:rPr>
              <w:noProof/>
            </w:rPr>
            <w:t xml:space="preserve">                       report, re.MULTILINE))</w:t>
          </w:r>
        </w:p>
        <w:p>
          <w:pPr>
            <w:pStyle w:val="ArchiveText"/>
          </w:pPr>
          <w:r>
            <w:rPr>
              <w:noProof/>
            </w:rPr>
            <w:t>if found != expected:</w:t>
          </w:r>
        </w:p>
        <w:p>
          <w:pPr>
            <w:pStyle w:val="ArchiveText"/>
          </w:pPr>
          <w:r>
            <w:rPr>
              <w:noProof/>
            </w:rPr>
            <w:t xml:space="preserve">    raise SystemExit(f'Coverage mismatch: missing={sorted(expected-found)}, extra={sorted(found-expected)}')</w:t>
          </w:r>
        </w:p>
        <w:p>
          <w:pPr>
            <w:pStyle w:val="ArchiveText"/>
          </w:pPr>
          <w:r>
            <w:rPr>
              <w:noProof/>
            </w:rPr>
            <w:t>allowed = {'propext', 'Classical.choice', 'Quot.sound'}</w:t>
          </w:r>
        </w:p>
        <w:p>
          <w:pPr>
            <w:pStyle w:val="ArchiveText"/>
          </w:pPr>
          <w:r>
            <w:rPr>
              <w:noProof/>
            </w:rPr>
            <w:t>used = set()</w:t>
          </w:r>
        </w:p>
        <w:p>
          <w:pPr>
            <w:pStyle w:val="ArchiveText"/>
          </w:pPr>
          <w:r>
            <w:rPr>
              <w:noProof/>
            </w:rPr>
            <w:t>for values in re.findall(r'depends on axioms: \[([^\]]*)\]', report):</w:t>
          </w:r>
        </w:p>
        <w:p>
          <w:pPr>
            <w:pStyle w:val="ArchiveText"/>
          </w:pPr>
          <w:r>
            <w:rPr>
              <w:noProof/>
            </w:rPr>
            <w:t xml:space="preserve">    used.update(x.strip() for x in values.split(',') if x.strip())</w:t>
          </w:r>
        </w:p>
        <w:p>
          <w:pPr>
            <w:pStyle w:val="ArchiveText"/>
          </w:pPr>
          <w:r>
            <w:rPr>
              <w:noProof/>
            </w:rPr>
            <w:t>if used - allowed:</w:t>
          </w:r>
        </w:p>
        <w:p>
          <w:pPr>
            <w:pStyle w:val="ArchiveText"/>
          </w:pPr>
          <w:r>
            <w:rPr>
              <w:noProof/>
            </w:rPr>
            <w:t xml:space="preserve">    raise SystemExit(f'Unexpected axioms: {sorted(used-allowed)}')</w:t>
          </w:r>
        </w:p>
        <w:p>
          <w:pPr>
            <w:pStyle w:val="ArchiveText"/>
          </w:pPr>
          <w:r>
            <w:rPr>
              <w:noProof/>
            </w:rPr>
            <w:t>if 'error:' in report or 'sorryAx' in report:</w:t>
          </w:r>
        </w:p>
        <w:p>
          <w:pPr>
            <w:pStyle w:val="ArchiveText"/>
          </w:pPr>
          <w:r>
            <w:rPr>
              <w:noProof/>
            </w:rPr>
            <w:t xml:space="preserve">    raise SystemExit('Axiom report contains an error or an unfinished-proof axiom')</w:t>
          </w:r>
        </w:p>
        <w:p>
          <w:pPr>
            <w:pStyle w:val="ArchiveText"/>
          </w:pPr>
          <w:r>
            <w:rPr>
              <w:noProof/>
            </w:rPr>
            <w:t>print(f'Checked {len(found)} theorem reports; axioms: {", ".join(sorted(used))}')</w:t>
          </w:r>
        </w:p>
        <w:p>
          <w:pPr>
            <w:pStyle w:val="ArchiveText"/>
          </w:pPr>
          <w:r>
            <w:rPr>
              <w:noProof/>
            </w:rPr>
          </w:r>
        </w:p>
      </w:sdtContent>
    </w:sdt>
    <w:p>
      <w:bookmarkStart w:id="27" w:name="archive_27"/>
      <w:pPr>
        <w:pStyle w:val="Heading1"/>
        <w:pageBreakBefore w:val="0"/>
      </w:pPr>
      <w:r>
        <w:t>File 27</w:t>
      </w:r>
      <w:bookmarkEnd w:id="27"/>
    </w:p>
    <w:p>
      <w:pPr>
        <w:pStyle w:val="ArchivePath"/>
      </w:pPr>
      <w:r>
        <w:t>OMEGA_NAUGHT_Lean_Proof_v0.1/scripts/lean_local.sh</w:t>
      </w:r>
    </w:p>
    <w:p>
      <w:pPr>
        <w:pStyle w:val="ArchiveMeta"/>
      </w:pPr>
      <w:r>
        <w:t>165 bytes  |  5 original line breaks</w:t>
      </w:r>
    </w:p>
    <w:sdt>
      <w:sdtPr>
        <w:tag w:val="archive-file:OMEGA_NAUGHT_Lean_Proof_v0.1/scripts/lean_local.sh"/>
        <w:alias w:val="OMEGA_NAUGHT_Lean_Proof_v0.1/scripts/lean_local.sh"/>
      </w:sdtPr>
      <w:sdtContent>
        <w:p>
          <w:pPr>
            <w:pStyle w:val="ArchiveText"/>
          </w:pPr>
          <w:r>
            <w:rPr>
              <w:noProof/>
            </w:rPr>
            <w:t>#!/usr/bin/env bash</w:t>
          </w:r>
        </w:p>
        <w:p>
          <w:pPr>
            <w:pStyle w:val="ArchiveText"/>
          </w:pPr>
          <w:r>
            <w:rPr>
              <w:noProof/>
            </w:rPr>
            <w:t>set -eu</w:t>
          </w:r>
        </w:p>
        <w:p>
          <w:pPr>
            <w:pStyle w:val="ArchiveText"/>
          </w:pPr>
          <w:r>
            <w:rPr>
              <w:noProof/>
            </w:rPr>
            <w:t>export LD_PRELOAD=/tmp/omega-lean-toolchain/self_exe.so</w:t>
          </w:r>
        </w:p>
        <w:p>
          <w:pPr>
            <w:pStyle w:val="ArchiveText"/>
          </w:pPr>
          <w:r>
            <w:rPr>
              <w:noProof/>
            </w:rPr>
            <w:t>export PATH=/tmp/omega-lean-toolchain/lean-4.19.0-linux/bin:$PATH</w:t>
          </w:r>
        </w:p>
        <w:p>
          <w:pPr>
            <w:pStyle w:val="ArchiveText"/>
          </w:pPr>
          <w:r>
            <w:rPr>
              <w:noProof/>
            </w:rPr>
            <w:t>exec lake "$@"</w:t>
          </w:r>
        </w:p>
        <w:p>
          <w:pPr>
            <w:pStyle w:val="ArchiveText"/>
          </w:pPr>
          <w:r>
            <w:rPr>
              <w:noProof/>
            </w:rPr>
          </w:r>
        </w:p>
      </w:sdtContent>
    </w:sdt>
    <w:p>
      <w:bookmarkStart w:id="28" w:name="archive_28"/>
      <w:pPr>
        <w:pStyle w:val="Heading1"/>
        <w:pageBreakBefore w:val="0"/>
      </w:pPr>
      <w:r>
        <w:t>File 28</w:t>
      </w:r>
      <w:bookmarkEnd w:id="28"/>
    </w:p>
    <w:p>
      <w:pPr>
        <w:pStyle w:val="ArchivePath"/>
      </w:pPr>
      <w:r>
        <w:t>OMEGA_NAUGHT_Lean_Proof_v0.1/scripts/self_exe.c</w:t>
      </w:r>
    </w:p>
    <w:p>
      <w:pPr>
        <w:pStyle w:val="ArchiveMeta"/>
      </w:pPr>
      <w:r>
        <w:t>530 bytes  |  12 original line breaks</w:t>
      </w:r>
    </w:p>
    <w:sdt>
      <w:sdtPr>
        <w:tag w:val="archive-file:OMEGA_NAUGHT_Lean_Proof_v0.1/scripts/self_exe.c"/>
        <w:alias w:val="OMEGA_NAUGHT_Lean_Proof_v0.1/scripts/self_exe.c"/>
      </w:sdtPr>
      <w:sdtContent>
        <w:p>
          <w:pPr>
            <w:pStyle w:val="ArchiveText"/>
          </w:pPr>
          <w:r>
            <w:rPr>
              <w:noProof/>
            </w:rPr>
            <w:t>#define _GNU_SOURCE</w:t>
          </w:r>
        </w:p>
        <w:p>
          <w:pPr>
            <w:pStyle w:val="ArchiveText"/>
          </w:pPr>
          <w:r>
            <w:rPr>
              <w:noProof/>
            </w:rPr>
            <w:t>#include &lt;dlfcn.h&gt;</w:t>
          </w:r>
        </w:p>
        <w:p>
          <w:pPr>
            <w:pStyle w:val="ArchiveText"/>
          </w:pPr>
          <w:r>
            <w:rPr>
              <w:noProof/>
            </w:rPr>
            <w:t>#include &lt;unistd.h&gt;</w:t>
          </w:r>
        </w:p>
        <w:p>
          <w:pPr>
            <w:pStyle w:val="ArchiveText"/>
          </w:pPr>
          <w:r>
            <w:rPr>
              <w:noProof/>
            </w:rPr>
            <w:t>#include &lt;stdio.h&gt;</w:t>
          </w:r>
        </w:p>
        <w:p>
          <w:pPr>
            <w:pStyle w:val="ArchiveText"/>
          </w:pPr>
          <w:r>
            <w:rPr>
              <w:noProof/>
            </w:rPr>
            <w:t>#include &lt;string.h&gt;</w:t>
          </w:r>
        </w:p>
        <w:p>
          <w:pPr>
            <w:pStyle w:val="ArchiveText"/>
          </w:pPr>
          <w:r>
            <w:rPr>
              <w:noProof/>
            </w:rPr>
            <w:t>/* Compatibility only: the container exposes our executable via /proc/self/exe. */</w:t>
          </w:r>
        </w:p>
        <w:p>
          <w:pPr>
            <w:pStyle w:val="ArchiveText"/>
          </w:pPr>
          <w:r>
            <w:rPr>
              <w:noProof/>
            </w:rPr>
            <w:t>ssize_t readlink(const char *path, char *buf, size_t n) {</w:t>
          </w:r>
        </w:p>
        <w:p>
          <w:pPr>
            <w:pStyle w:val="ArchiveText"/>
          </w:pPr>
          <w:r>
            <w:rPr>
              <w:noProof/>
            </w:rPr>
            <w:t xml:space="preserve">  static ssize_t (*real_readlink)(const char *, char *, size_t);</w:t>
          </w:r>
        </w:p>
        <w:p>
          <w:pPr>
            <w:pStyle w:val="ArchiveText"/>
          </w:pPr>
          <w:r>
            <w:rPr>
              <w:noProof/>
            </w:rPr>
            <w:t xml:space="preserve">  if (!real_readlink) real_readlink = dlsym(RTLD_NEXT, "readlink");</w:t>
          </w:r>
        </w:p>
        <w:p>
          <w:pPr>
            <w:pStyle w:val="ArchiveText"/>
          </w:pPr>
          <w:r>
            <w:rPr>
              <w:noProof/>
            </w:rPr>
            <w:t xml:space="preserve">  char own[80]; snprintf(own, sizeof own, "/proc/%d/exe", (int)getpid());</w:t>
          </w:r>
        </w:p>
        <w:p>
          <w:pPr>
            <w:pStyle w:val="ArchiveText"/>
          </w:pPr>
          <w:r>
            <w:rPr>
              <w:noProof/>
            </w:rPr>
            <w:t xml:space="preserve">  return real_readlink(strcmp(path, own) == 0 ? "/proc/self/exe" : path, buf, n);</w:t>
          </w:r>
        </w:p>
        <w:p>
          <w:pPr>
            <w:pStyle w:val="ArchiveText"/>
          </w:pPr>
          <w:r>
            <w:rPr>
              <w:noProof/>
            </w:rPr>
            <w:t>}</w:t>
          </w:r>
        </w:p>
        <w:p>
          <w:pPr>
            <w:pStyle w:val="ArchiveText"/>
          </w:pPr>
          <w:r>
            <w:rPr>
              <w:noProof/>
            </w:rPr>
          </w:r>
        </w:p>
      </w:sdtContent>
    </w:sdt>
    <w:p>
      <w:bookmarkStart w:id="29" w:name="archive_29"/>
      <w:pPr>
        <w:pStyle w:val="Heading1"/>
        <w:pageBreakBefore w:val="0"/>
      </w:pPr>
      <w:r>
        <w:t>File 29</w:t>
      </w:r>
      <w:bookmarkEnd w:id="29"/>
    </w:p>
    <w:p>
      <w:pPr>
        <w:pStyle w:val="ArchivePath"/>
      </w:pPr>
      <w:r>
        <w:t>OMEGA_NAUGHT_Lean_Proof_v0.1/scripts/verify.sh</w:t>
      </w:r>
    </w:p>
    <w:p>
      <w:pPr>
        <w:pStyle w:val="ArchiveMeta"/>
      </w:pPr>
      <w:r>
        <w:t>264 bytes  |  7 original line breaks</w:t>
      </w:r>
    </w:p>
    <w:sdt>
      <w:sdtPr>
        <w:tag w:val="archive-file:OMEGA_NAUGHT_Lean_Proof_v0.1/scripts/verify.sh"/>
        <w:alias w:val="OMEGA_NAUGHT_Lean_Proof_v0.1/scripts/verify.sh"/>
      </w:sdtPr>
      <w:sdtContent>
        <w:p>
          <w:pPr>
            <w:pStyle w:val="ArchiveText"/>
          </w:pPr>
          <w:r>
            <w:rPr>
              <w:noProof/>
            </w:rPr>
            <w:t>#!/usr/bin/env bash</w:t>
          </w:r>
        </w:p>
        <w:p>
          <w:pPr>
            <w:pStyle w:val="ArchiveText"/>
          </w:pPr>
          <w:r>
            <w:rPr>
              <w:noProof/>
            </w:rPr>
            <w:t>set -euo pipefail</w:t>
          </w:r>
        </w:p>
        <w:p>
          <w:pPr>
            <w:pStyle w:val="ArchiveText"/>
          </w:pPr>
          <w:r>
            <w:rPr>
              <w:noProof/>
            </w:rPr>
            <w:t>cd "$(dirname "$0")/.."</w:t>
          </w:r>
        </w:p>
        <w:p>
          <w:pPr>
            <w:pStyle w:val="ArchiveText"/>
          </w:pPr>
          <w:r>
            <w:rPr>
              <w:noProof/>
            </w:rPr>
            <w:t>mkdir -p evidence/current</w:t>
          </w:r>
        </w:p>
        <w:p>
          <w:pPr>
            <w:pStyle w:val="ArchiveText"/>
          </w:pPr>
          <w:r>
            <w:rPr>
              <w:noProof/>
            </w:rPr>
            <w:t>lake build &gt; evidence/current/build.log 2&gt;&amp;1</w:t>
          </w:r>
        </w:p>
        <w:p>
          <w:pPr>
            <w:pStyle w:val="ArchiveText"/>
          </w:pPr>
          <w:r>
            <w:rPr>
              <w:noProof/>
            </w:rPr>
            <w:t>lake env lean Omega/AxiomAudit.lean &gt; evidence/current/axioms.log 2&gt;&amp;1</w:t>
          </w:r>
        </w:p>
        <w:p>
          <w:pPr>
            <w:pStyle w:val="ArchiveText"/>
          </w:pPr>
          <w:r>
            <w:rPr>
              <w:noProof/>
            </w:rPr>
            <w:t>python3 scripts/check_axioms.py evidence/current/axioms.log</w:t>
          </w:r>
        </w:p>
        <w:p>
          <w:pPr>
            <w:pStyle w:val="ArchiveText"/>
          </w:pPr>
          <w:r>
            <w:rPr>
              <w:noProof/>
            </w:rPr>
          </w:r>
        </w:p>
      </w:sdtContent>
    </w:sdt>
    <w:sectPr w:rsidR="00FC693F" w:rsidRPr="0006063C" w:rsidSect="00034616">
      <w:footerReference w:type="default" r:id="rId9"/>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ArchiveMeta"/>
      <w:keepNext w:val="0"/>
      <w:tabs>
        <w:tab w:pos="10080" w:val="right"/>
      </w:tabs>
    </w:pPr>
    <w:r>
      <w:t>OMEGA NAUGHT Lean proof archive</w:t>
      <w:tab/>
    </w:r>
    <w:r/>
    <w:fldSimple w:instr="PAGE"/>
    <w:r>
      <w:t xml:space="preserve"> / </w:t>
    </w:r>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DejaVu Sans" w:hAnsi="DejaVu Sans" w:eastAsia="DejaVu Sans" w:cs="DejaVu Sans"/>
      <w:b w:val="0"/>
      <w:color w:val="000000"/>
      <w:sz w:val="20"/>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DejaVu Sans" w:hAnsi="DejaVu Sans" w:eastAsia="DejaVu Sans" w:cs="DejaVu Sans"/>
      <w:b/>
      <w:bCs/>
      <w:color w:val="000000"/>
      <w:sz w:val="26"/>
      <w:szCs w:val="28"/>
      <w:u w:val="none"/>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DejaVu Sans" w:hAnsi="DejaVu Sans" w:eastAsia="DejaVu Sans" w:cs="DejaVu Sans"/>
      <w:b/>
      <w:bCs/>
      <w:color w:val="000000"/>
      <w:sz w:val="26"/>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DejaVu Sans" w:hAnsi="DejaVu Sans" w:eastAsia="DejaVu Sans" w:cs="DejaVu Sans"/>
      <w:b/>
      <w:color w:val="000000"/>
      <w:spacing w:val="5"/>
      <w:kern w:val="28"/>
      <w:sz w:val="44"/>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eastAsia="DejaVu Sans" w:cs="DejaVu Sans"/>
      <w:b w:val="0"/>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chiveText">
    <w:name w:val="ArchiveText"/>
    <w:basedOn w:val="Normal"/>
    <w:pPr>
      <w:keepNext w:val="0"/>
      <w:keepLines w:val="0"/>
      <w:widowControl/>
      <w:spacing w:before="0" w:after="0" w:lineRule="atLeast" w:line="232"/>
    </w:pPr>
    <w:rPr>
      <w:rFonts w:ascii="DejaVu Sans Mono" w:hAnsi="DejaVu Sans Mono" w:eastAsia="DejaVu Sans Mono" w:cs="DejaVu Sans Mono"/>
      <w:b w:val="0"/>
      <w:color w:val="000000"/>
      <w:sz w:val="19"/>
      <w:u w:val="none"/>
    </w:rPr>
  </w:style>
  <w:style w:type="paragraph" w:customStyle="1" w:styleId="ArchivePath">
    <w:name w:val="ArchivePath"/>
    <w:pPr>
      <w:keepNext/>
      <w:spacing w:after="100"/>
    </w:pPr>
    <w:rPr>
      <w:rFonts w:ascii="DejaVu Sans Mono" w:hAnsi="DejaVu Sans Mono" w:eastAsia="DejaVu Sans Mono" w:cs="DejaVu Sans Mono"/>
      <w:b w:val="0"/>
      <w:color w:val="000000"/>
      <w:sz w:val="20"/>
      <w:u w:val="none"/>
    </w:rPr>
  </w:style>
  <w:style w:type="paragraph" w:customStyle="1" w:styleId="ArchiveMeta">
    <w:name w:val="ArchiveMeta"/>
    <w:pPr>
      <w:keepNext/>
      <w:spacing w:after="160"/>
    </w:pPr>
    <w:rPr>
      <w:rFonts w:ascii="DejaVu Sans" w:hAnsi="DejaVu Sans" w:eastAsia="DejaVu Sans" w:cs="DejaVu Sans"/>
      <w:b w:val="0"/>
      <w:color w:val="000000"/>
      <w:sz w:val="17"/>
      <w:u w:val="none"/>
    </w:rPr>
  </w:style>
  <w:style w:type="paragraph" w:customStyle="1" w:styleId="ArchiveIndex">
    <w:name w:val="ArchiveIndex"/>
    <w:pPr>
      <w:spacing w:before="0" w:after="0" w:line="208" w:lineRule="exact"/>
    </w:pPr>
    <w:rPr>
      <w:rFonts w:ascii="DejaVu Sans" w:hAnsi="DejaVu Sans" w:eastAsia="DejaVu Sans" w:cs="DejaVu Sans"/>
      <w:b w:val="0"/>
      <w:color w:val="000000"/>
      <w:sz w:val="17"/>
      <w:u w:val="non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OMEGA NAUGHT Lean proof archive</dc:title>
  <dc:subject>Verbatim transcription of all 29 files in the supplied Lean proof ZIP</dc:subject>
  <dc:creator/>
  <cp:keywords>OMEGA NAUGHT Lean verbatim source archive</cp:keywords>
  <dc:description>generated by python-docx</dc:description>
  <cp:lastModifiedBy/>
  <cp:revision>1</cp:revision>
  <dcterms:created xsi:type="dcterms:W3CDTF">2013-12-23T23:15:00Z</dcterms:created>
  <dcterms:modified xsi:type="dcterms:W3CDTF">2013-12-23T23:15:00Z</dcterms:modified>
  <cp:category/>
</cp:coreProperties>
</file>